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r="http://schemas.openxmlformats.org/officeDocument/2006/relationships" xmlns:w14="http://schemas.microsoft.com/office/word/2010/wordml" xmlns:w="http://schemas.openxmlformats.org/wordprocessingml/2006/main" xmlns:mc="http://schemas.openxmlformats.org/markup-compatibility/2006" mc:Ignorable="vyd" w:conformance="transitional">
  <w:background/>
  <w:body vyd:_id="vyd:00000000000001">
    <w:p w:rsidR="00AA59A3" w:rsidRPr="00AA59A3" w:rsidRDefault="00AA59A3" w:rsidP="00AA59A3" vyd:_id="vyd:000000000001v2">
      <w:pPr>
        <w:widowControl w:val="0"/>
        <w:suppressAutoHyphens w:val="1"/>
        <w:spacing w:after="0"/>
        <w:jc w:val="center"/>
        <w:rPr>
          <w:rFonts w:eastAsia="Andale Sans UI"/>
          <w:sz w:val="28"/>
          <w:lang w:val="ru-RU"/>
          <w:szCs w:val="28"/>
        </w:rPr>
      </w:pPr>
      <w:r>
        <w:rPr>
          <w:rFonts w:eastAsia="Andale Sans UI"/>
          <w:sz w:val="28"/>
          <w:lang w:val="ru-RU"/>
          <w:szCs w:val="28"/>
        </w:rPr>
        <w:t vyd:_id="vyd:000000000001v3">ИНДИВИДУАЛЬНЫЙ ПРЕДПРИНИМАТЕЛЬ</w:t>
      </w:r>
    </w:p>
    <w:p w:rsidR="00AA59A3" w:rsidRPr="00AA59A3" w:rsidRDefault="00AA59A3" w:rsidP="00AA59A3" vyd:_id="vyd:000000000001v0">
      <w:pPr>
        <w:widowControl w:val="0"/>
        <w:suppressAutoHyphens w:val="1"/>
        <w:spacing w:after="0"/>
        <w:jc w:val="center"/>
        <w:rPr>
          <w:rFonts w:eastAsia="Andale Sans UI"/>
          <w:sz w:val="28"/>
          <w:color w:val="00000A"/>
          <w:lang w:val="ru-RU"/>
          <w:szCs w:val="28"/>
        </w:rPr>
      </w:pPr>
      <w:r>
        <w:rPr>
          <w:rFonts w:eastAsia="Andale Sans UI"/>
          <w:sz w:val="28"/>
          <w:color w:val="00000A"/>
          <w:lang w:val="ru-RU"/>
          <w:szCs w:val="28"/>
        </w:rPr>
        <w:t vyd:_id="vyd:000000000001v1">Казимиров Дмитрий Александрович</w:t>
      </w:r>
    </w:p>
    <w:p w:rsidR="00AA59A3" w:rsidRPr="00AA59A3" w:rsidRDefault="00AA59A3" w:rsidP="00AA59A3" vyd:_id="vyd:000000000001uw">
      <w:pPr>
        <w:widowControl w:val="0"/>
        <w:suppressAutoHyphens w:val="1"/>
        <w:spacing w:after="0"/>
        <w:jc w:val="center"/>
        <w:rPr>
          <w:rFonts w:eastAsia="Andale Sans UI"/>
          <w:sz w:val="28"/>
          <w:lang w:val="ru-RU"/>
          <w:szCs w:val="28"/>
        </w:rPr>
      </w:pPr>
      <w:r>
        <w:rPr>
          <w:rFonts w:eastAsia="Andale Sans UI"/>
          <w:sz w:val="28"/>
          <w:lang w:val="ru-RU"/>
          <w:szCs w:val="28"/>
        </w:rPr>
        <w:t vyd:_id="vyd:000000000001uz">Дошкольная группа «</w:t>
      </w:r>
      <w:r>
        <w:rPr>
          <w:rFonts w:eastAsia="Andale Sans UI"/>
          <w:sz w:val="28"/>
          <w:szCs w:val="28"/>
        </w:rPr>
        <w:t vyd:_id="vyd:000000000001uy">Alice</w:t>
      </w:r>
      <w:r>
        <w:rPr>
          <w:rFonts w:eastAsia="Andale Sans UI"/>
          <w:sz w:val="28"/>
          <w:lang w:val="ru-RU"/>
          <w:szCs w:val="28"/>
        </w:rPr>
        <w:t vyd:_id="vyd:000000000001ux">»</w:t>
      </w:r>
    </w:p>
    <w:p w:rsidR="00AA59A3" w:rsidRPr="00F74972" w:rsidRDefault="00AA59A3" w:rsidP="00AA59A3" vyd:_id="vyd:000000000001ur">
      <w:pPr>
        <w:widowControl w:val="0"/>
        <w:suppressAutoHyphens w:val="1"/>
        <w:spacing w:after="0"/>
        <w:jc w:val="center"/>
        <w:rPr>
          <w:rFonts w:eastAsia="Andale Sans UI"/>
          <w:sz w:val="28"/>
          <w:lang w:val="ru-RU"/>
          <w:szCs w:val="28"/>
        </w:rPr>
      </w:pPr>
      <w:r>
        <w:rPr>
          <w:rFonts w:eastAsia="Andale Sans UI"/>
          <w:sz w:val="28"/>
          <w:lang w:val="ru-RU"/>
          <w:szCs w:val="28"/>
        </w:rPr>
        <w:t vyd:_id="vyd:000000000001uv" xml:space="preserve">г. Краснодар, </w:t>
      </w:r>
      <w:r>
        <w:rPr>
          <w:rFonts w:eastAsia="Andale Sans UI"/>
          <w:sz w:val="28"/>
          <w:lang w:val="ru-RU"/>
          <w:szCs w:val="28"/>
        </w:rPr>
        <w:t vyd:_id="vyd:000000000001uu">ул</w:t>
      </w:r>
      <w:r>
        <w:rPr>
          <w:rFonts w:eastAsia="Andale Sans UI"/>
          <w:sz w:val="28"/>
          <w:lang w:val="ru-RU"/>
          <w:szCs w:val="28"/>
        </w:rPr>
        <w:t vyd:_id="vyd:000000000001ut" xml:space="preserve"> .Передовая</w:t>
      </w:r>
      <w:r>
        <w:rPr>
          <w:rFonts w:eastAsia="Andale Sans UI"/>
          <w:sz w:val="28"/>
          <w:lang w:val="ru-RU"/>
          <w:szCs w:val="28"/>
        </w:rPr>
        <w:t vyd:_id="vyd:000000000001us">, 94</w:t>
      </w:r>
    </w:p>
    <w:p w:rsidR="00B81FA9" w:rsidRPr="00F74972" w:rsidRDefault="00B81FA9" vyd:_id="vyd:000000000001uq">
      <w:pPr>
        <w:rPr>
          <w:lang w:val="ru-RU"/>
        </w:rPr>
      </w:pPr>
    </w:p>
    <w:p w:rsidR="00B81FA9" w:rsidRDefault="00B81FA9" vyd:_id="vyd:000000000001up">
      <w:pPr>
        <w:rPr>
          <w:lang w:val="ru-RU"/>
        </w:rPr>
      </w:pPr>
    </w:p>
    <w:p w:rsidR="00AA59A3" w:rsidRDefault="00AA59A3" w:rsidP="00AA59A3" vyd:_id="vyd:000000000001un">
      <w:pPr>
        <w:spacing w:after="0" w:line="259" w:lineRule="auto"/>
        <w:rPr>
          <w:rFonts w:eastAsia="Calibri"/>
          <w:sz w:val="28"/>
          <w:lang w:val="ru-RU"/>
          <w:szCs w:val="28"/>
        </w:rPr>
      </w:pPr>
      <w:r>
        <w:rPr>
          <w:rFonts w:eastAsia="Calibri"/>
          <w:sz w:val="28"/>
          <w:lang w:val="ru-RU"/>
          <w:szCs w:val="28"/>
        </w:rPr>
        <w:t vyd:_id="vyd:000000000001uo">Принят                                                                                                       Утверждаю</w:t>
      </w:r>
    </w:p>
    <w:p w:rsidR="00AA59A3" w:rsidRDefault="00AA59A3" w:rsidP="00AA59A3" vyd:_id="vyd:000000000001ul">
      <w:pPr>
        <w:spacing w:after="0" w:line="259" w:lineRule="auto"/>
        <w:rPr>
          <w:rFonts w:eastAsia="Calibri"/>
          <w:sz w:val="28"/>
          <w:lang w:val="ru-RU"/>
          <w:szCs w:val="28"/>
        </w:rPr>
      </w:pPr>
      <w:r>
        <w:rPr>
          <w:rFonts w:eastAsia="Calibri"/>
          <w:sz w:val="28"/>
          <w:lang w:val="ru-RU"/>
          <w:szCs w:val="28"/>
        </w:rPr>
        <w:t vyd:_id="vyd:000000000001um">на педагогическом совете                                               Д.А. Казимиров______________</w:t>
      </w:r>
    </w:p>
    <w:p w:rsidR="00AA59A3" w:rsidRPr="00AA59A3" w:rsidRDefault="00AA59A3" w:rsidP="00AA59A3" vyd:_id="vyd:000000000001uf">
      <w:pPr>
        <w:spacing w:after="0" w:line="259" w:lineRule="auto"/>
        <w:rPr>
          <w:rFonts w:eastAsia="Calibri"/>
          <w:sz w:val="28"/>
          <w:lang w:val="ru-RU"/>
          <w:szCs w:val="28"/>
        </w:rPr>
      </w:pPr>
      <w:r>
        <w:rPr>
          <w:rFonts w:eastAsia="Calibri"/>
          <w:sz w:val="28"/>
          <w:lang w:val="ru-RU"/>
          <w:szCs w:val="28"/>
        </w:rPr>
        <w:t vyd:_id="vyd:000000000001uk" xml:space="preserve">протокол № </w:t>
      </w:r>
      <w:r>
        <w:rPr>
          <w:rFonts w:eastAsia="Calibri"/>
          <w:sz w:val="28"/>
          <w:lang w:val="ru-RU"/>
          <w:szCs w:val="28"/>
        </w:rPr>
        <w:t vyd:_id="vyd:000000000001uj">3</w:t>
      </w:r>
      <w:r>
        <w:rPr>
          <w:rFonts w:eastAsia="Calibri"/>
          <w:sz w:val="28"/>
          <w:lang w:val="ru-RU"/>
          <w:szCs w:val="28"/>
        </w:rPr>
        <w:t vyd:_id="vyd:000000000001ui" xml:space="preserve">                                                                    </w:t>
      </w:r>
      <w:r>
        <w:rPr>
          <w:rFonts w:eastAsia="Calibri"/>
          <w:sz w:val="28"/>
          <w:lang w:val="ru-RU"/>
          <w:szCs w:val="28"/>
        </w:rPr>
        <w:t vyd:_id="vyd:000000000001uh" xml:space="preserve">приказ № </w:t>
      </w:r>
      <w:r>
        <w:rPr>
          <w:rFonts w:eastAsia="Calibri"/>
          <w:sz w:val="28"/>
          <w:lang w:val="ru-RU"/>
          <w:szCs w:val="28"/>
        </w:rPr>
        <w:t vyd:_id="vyd:000000000001ug">8-ОД</w:t>
      </w:r>
    </w:p>
    <w:p w:rsidR="00AA59A3" w:rsidRPr="00AA59A3" w:rsidRDefault="00AA59A3" w:rsidP="00AA59A3" vyd:_id="vyd:000000000001ub">
      <w:pPr>
        <w:spacing w:after="94"/>
        <w:ind w:end="578"/>
        <w:rPr>
          <w:lang w:val="ru-RU"/>
        </w:rPr>
      </w:pPr>
      <w:r>
        <w:rPr>
          <w:rFonts w:eastAsia="Calibri"/>
          <w:sz w:val="28"/>
          <w:lang w:val="ru-RU"/>
          <w:szCs w:val="28"/>
        </w:rPr>
        <w:t vyd:_id="vyd:000000000001ue">от «27» августа 202</w:t>
      </w:r>
      <w:r>
        <w:rPr>
          <w:rFonts w:eastAsia="Calibri"/>
          <w:sz w:val="28"/>
          <w:lang w:val="ru-RU"/>
          <w:szCs w:val="28"/>
        </w:rPr>
        <w:t vyd:_id="vyd:000000000001ud">6</w:t>
      </w:r>
      <w:r>
        <w:rPr>
          <w:rFonts w:eastAsia="Calibri"/>
          <w:sz w:val="28"/>
          <w:lang w:val="ru-RU"/>
          <w:szCs w:val="28"/>
        </w:rPr>
        <w:t vyd:_id="vyd:000000000001uc" xml:space="preserve"> г.                                                     от «27» августа 2026 г.</w:t>
      </w:r>
    </w:p>
    <w:p w:rsidR="00AA59A3" w:rsidRDefault="00AA59A3" vyd:_id="vyd:000000000001ua">
      <w:pPr>
        <w:rPr>
          <w:lang w:val="ru-RU"/>
        </w:rPr>
      </w:pPr>
    </w:p>
    <w:p w:rsidR="00AA59A3" w:rsidRPr="00AA59A3" w:rsidRDefault="00AA59A3" vyd:_id="vyd:000000000001u9">
      <w:pPr>
        <w:rPr>
          <w:lang w:val="ru-RU"/>
        </w:rPr>
      </w:pPr>
    </w:p>
    <w:p w:rsidR="00AA59A3" w:rsidRDefault="00AA59A3" vyd:_id="vyd:000000000001u8">
      <w:pPr>
        <w:jc w:val="center"/>
        <w:rPr>
          <w:sz w:val="32"/>
          <w:b w:val="1"/>
          <w:lang w:val="ru-RU"/>
        </w:rPr>
      </w:pPr>
    </w:p>
    <w:p w:rsidR="00AA59A3" w:rsidRDefault="00AA59A3" vyd:_id="vyd:000000000001u7">
      <w:pPr>
        <w:jc w:val="center"/>
        <w:rPr>
          <w:sz w:val="32"/>
          <w:b w:val="1"/>
          <w:lang w:val="ru-RU"/>
        </w:rPr>
      </w:pPr>
    </w:p>
    <w:p w:rsidR="00B81FA9" w:rsidRPr="00AA59A3" w:rsidRDefault="00781383" vyd:_id="vyd:000000000001u5">
      <w:pPr>
        <w:jc w:val="center"/>
        <w:rPr>
          <w:lang w:val="ru-RU"/>
        </w:rPr>
      </w:pPr>
      <w:r>
        <w:rPr>
          <w:sz w:val="32"/>
          <w:b w:val="1"/>
          <w:lang w:val="ru-RU"/>
        </w:rPr>
        <w:t vyd:_id="vyd:000000000001u6">ГОДОВОЙ ПЛАН РАБОТЫ</w:t>
      </w:r>
    </w:p>
    <w:p w:rsidR="00B81FA9" w:rsidRPr="00AA59A3" w:rsidRDefault="00781383" vyd:_id="vyd:000000000001u3">
      <w:pPr>
        <w:jc w:val="center"/>
        <w:rPr>
          <w:lang w:val="ru-RU"/>
        </w:rPr>
      </w:pPr>
      <w:r>
        <w:rPr>
          <w:sz w:val="28"/>
          <w:b w:val="1"/>
          <w:lang w:val="ru-RU"/>
        </w:rPr>
        <w:t vyd:_id="vyd:000000000001u4">дошкольной образовательной организации</w:t>
      </w:r>
    </w:p>
    <w:p w:rsidR="00B81FA9" w:rsidRPr="00AA59A3" w:rsidRDefault="00781383" vyd:_id="vyd:000000000001u1">
      <w:pPr>
        <w:jc w:val="center"/>
        <w:rPr>
          <w:lang w:val="ru-RU"/>
        </w:rPr>
      </w:pPr>
      <w:r>
        <w:rPr>
          <w:sz w:val="28"/>
          <w:b w:val="1"/>
          <w:lang w:val="ru-RU"/>
        </w:rPr>
        <w:t vyd:_id="vyd:000000000001u2">на 2026/2027 учебный год</w:t>
      </w:r>
    </w:p>
    <w:p w:rsidR="00B81FA9" w:rsidRPr="00AA59A3" w:rsidRDefault="00B81FA9" vyd:_id="vyd:000000000001u0">
      <w:pPr>
        <w:rPr>
          <w:lang w:val="ru-RU"/>
        </w:rPr>
      </w:pPr>
    </w:p>
    <w:p w:rsidR="00AA59A3" w:rsidRDefault="00AA59A3" vyd:_id="vyd:000000000001tz">
      <w:pPr>
        <w:jc w:val="center"/>
        <w:rPr>
          <w:sz w:val="20"/>
          <w:lang w:val="ru-RU"/>
        </w:rPr>
      </w:pPr>
    </w:p>
    <w:p w:rsidR="00AA59A3" w:rsidRDefault="00AA59A3" vyd:_id="vyd:000000000001ty">
      <w:pPr>
        <w:jc w:val="center"/>
        <w:rPr>
          <w:sz w:val="20"/>
          <w:lang w:val="ru-RU"/>
        </w:rPr>
      </w:pPr>
    </w:p>
    <w:p w:rsidR="00AA59A3" w:rsidRDefault="00AA59A3" vyd:_id="vyd:000000000001tx">
      <w:pPr>
        <w:jc w:val="center"/>
        <w:rPr>
          <w:sz w:val="20"/>
          <w:lang w:val="ru-RU"/>
        </w:rPr>
      </w:pPr>
    </w:p>
    <w:p w:rsidR="00AA59A3" w:rsidRDefault="00AA59A3" vyd:_id="vyd:000000000001tw">
      <w:pPr>
        <w:jc w:val="center"/>
        <w:rPr>
          <w:sz w:val="20"/>
          <w:lang w:val="ru-RU"/>
        </w:rPr>
      </w:pPr>
    </w:p>
    <w:p w:rsidR="00AA59A3" w:rsidRDefault="00AA59A3" vyd:_id="vyd:000000000001tv">
      <w:pPr>
        <w:jc w:val="center"/>
        <w:rPr>
          <w:sz w:val="20"/>
          <w:lang w:val="ru-RU"/>
        </w:rPr>
      </w:pPr>
    </w:p>
    <w:p w:rsidR="00AA59A3" w:rsidRDefault="00AA59A3" vyd:_id="vyd:000000000001tu">
      <w:pPr>
        <w:jc w:val="center"/>
        <w:rPr>
          <w:sz w:val="20"/>
          <w:lang w:val="ru-RU"/>
        </w:rPr>
      </w:pPr>
    </w:p>
    <w:p w:rsidR="00AA59A3" w:rsidRDefault="00AA59A3" vyd:_id="vyd:000000000001tt">
      <w:pPr>
        <w:jc w:val="center"/>
        <w:rPr>
          <w:sz w:val="20"/>
          <w:lang w:val="ru-RU"/>
        </w:rPr>
      </w:pPr>
    </w:p>
    <w:p w:rsidR="00AA59A3" w:rsidRDefault="00AA59A3" vyd:_id="vyd:000000000001ts">
      <w:pPr>
        <w:jc w:val="center"/>
        <w:rPr>
          <w:sz w:val="20"/>
          <w:lang w:val="ru-RU"/>
        </w:rPr>
      </w:pPr>
    </w:p>
    <w:p w:rsidR="00AA59A3" w:rsidRDefault="00AA59A3" vyd:_id="vyd:000000000001tr">
      <w:pPr>
        <w:jc w:val="center"/>
        <w:rPr>
          <w:sz w:val="20"/>
          <w:lang w:val="ru-RU"/>
        </w:rPr>
      </w:pPr>
    </w:p>
    <w:p w:rsidR="00AA59A3" w:rsidRDefault="00AA59A3" vyd:_id="vyd:000000000001tq">
      <w:pPr>
        <w:jc w:val="center"/>
        <w:rPr>
          <w:sz w:val="20"/>
          <w:lang w:val="ru-RU"/>
        </w:rPr>
      </w:pPr>
    </w:p>
    <w:p w:rsidR="00AA59A3" w:rsidRDefault="00AA59A3" vyd:_id="vyd:000000000001tp">
      <w:pPr>
        <w:jc w:val="center"/>
        <w:rPr>
          <w:sz w:val="20"/>
          <w:lang w:val="ru-RU"/>
        </w:rPr>
      </w:pPr>
    </w:p>
    <w:p w:rsidR="00AA59A3" w:rsidRDefault="00AA59A3" vyd:_id="vyd:000000000001to">
      <w:pPr>
        <w:jc w:val="center"/>
        <w:rPr>
          <w:sz w:val="20"/>
          <w:lang w:val="ru-RU"/>
        </w:rPr>
      </w:pPr>
    </w:p>
    <w:p w:rsidR="00B81FA9" w:rsidRPr="00AA59A3" w:rsidRDefault="00AA59A3" vyd:_id="vyd:000000000001tm">
      <w:pPr>
        <w:jc w:val="center"/>
        <w:rPr>
          <w:sz w:val="24"/>
          <w:lang w:val="ru-RU"/>
          <w:szCs w:val="24"/>
        </w:rPr>
      </w:pPr>
      <w:r>
        <w:rPr>
          <w:sz w:val="24"/>
          <w:lang w:val="ru-RU"/>
          <w:szCs w:val="24"/>
        </w:rPr>
        <w:t vyd:_id="vyd:000000000001tn">Краснодар</w:t>
      </w:r>
    </w:p>
    <w:p w:rsidR="00B81FA9" w:rsidRPr="00AA59A3" w:rsidRDefault="00781383" vyd:_id="vyd:000000000001tk">
      <w:pPr>
        <w:jc w:val="center"/>
        <w:rPr>
          <w:sz w:val="24"/>
          <w:szCs w:val="24"/>
        </w:rPr>
      </w:pPr>
      <w:r>
        <w:rPr>
          <w:sz w:val="24"/>
          <w:szCs w:val="24"/>
        </w:rPr>
        <w:t vyd:_id="vyd:000000000001tl">2026</w:t>
      </w:r>
    </w:p>
    <w:p w:rsidR="00B81FA9" w:rsidRDefault="00781383" vyd:_id="vyd:000000000001ti">
      <w:r>
        <w:br w:type="page" vyd:_id="vyd:000000000001tj"/>
      </w:r>
    </w:p>
    <w:p w:rsidR="00B81FA9" w:rsidRDefault="00781383" vyd:_id="vyd:000000000001tg">
      <w:pPr>
        <w:pStyle w:val="1"/>
      </w:pPr>
      <w:r>
        <w:t vyd:_id="vyd:000000000001th">Содержание</w:t>
      </w:r>
    </w:p>
    <w:tbl vyd:_id="vyd:000000000001qw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850"/>
        <w:gridCol w:w="8504"/>
      </w:tblGrid>
      <w:tr w:rsidR="00B81FA9" vyd:_id="vyd:000000000001t9">
        <w:trPr>
          <w:jc w:val="center"/>
          <w:tblHeader w:val="1"/>
        </w:trPr>
        <w:tc vyd:_id="vyd:000000000001td">
          <w:tcPr>
            <w:shd w:val="clear" w:color="auto" w:fill="E7E6E6"/>
            <w:vAlign w:val="center"/>
          </w:tcPr>
          <w:p w:rsidR="00B81FA9" w:rsidRDefault="00781383" vyd:_id="vyd:000000000001te">
            <w:r>
              <w:rPr>
                <w:sz w:val="20"/>
                <w:b w:val="1"/>
              </w:rPr>
              <w:t vyd:_id="vyd:000000000001tf">№</w:t>
            </w:r>
          </w:p>
        </w:tc>
        <w:tc vyd:_id="vyd:000000000001ta">
          <w:tcPr>
            <w:shd w:val="clear" w:color="auto" w:fill="E7E6E6"/>
            <w:vAlign w:val="center"/>
          </w:tcPr>
          <w:p w:rsidR="00B81FA9" w:rsidRDefault="00781383" vyd:_id="vyd:000000000001tb">
            <w:r>
              <w:rPr>
                <w:sz w:val="20"/>
                <w:b w:val="1"/>
              </w:rPr>
              <w:t vyd:_id="vyd:000000000001tc">Раздел</w:t>
            </w:r>
          </w:p>
        </w:tc>
      </w:tr>
      <w:tr w:rsidR="00B81FA9" w:rsidRPr="00AF438E" vyd:_id="vyd:000000000001t2">
        <w:trPr>
          <w:jc w:val="center"/>
        </w:trPr>
        <w:tc vyd:_id="vyd:000000000001t6">
          <w:tcPr>
            <w:vAlign w:val="center"/>
          </w:tcPr>
          <w:p w:rsidR="00B81FA9" w:rsidRDefault="00781383" vyd:_id="vyd:000000000001t7">
            <w:r>
              <w:rPr>
                <w:sz w:val="20"/>
              </w:rPr>
              <w:t vyd:_id="vyd:000000000001t8">1.</w:t>
            </w:r>
          </w:p>
        </w:tc>
        <w:tc vyd:_id="vyd:000000000001t3">
          <w:tcPr>
            <w:vAlign w:val="center"/>
          </w:tcPr>
          <w:p w:rsidR="00B81FA9" w:rsidRPr="00AA59A3" w:rsidRDefault="00781383" vyd:_id="vyd:000000000001t4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vyd:_id="vyd:000000000001t5">Пояснительная записка и нормативные ориентиры</w:t>
            </w:r>
          </w:p>
        </w:tc>
      </w:tr>
      <w:tr w:rsidR="00B81FA9" w:rsidRPr="00AF438E" vyd:_id="vyd:000000000001sv">
        <w:trPr>
          <w:jc w:val="center"/>
        </w:trPr>
        <w:tc vyd:_id="vyd:000000000001sz">
          <w:tcPr>
            <w:vAlign w:val="center"/>
          </w:tcPr>
          <w:p w:rsidR="00B81FA9" w:rsidRDefault="00781383" vyd:_id="vyd:000000000001t0">
            <w:r>
              <w:rPr>
                <w:sz w:val="20"/>
              </w:rPr>
              <w:t vyd:_id="vyd:000000000001t1">2.</w:t>
            </w:r>
          </w:p>
        </w:tc>
        <w:tc vyd:_id="vyd:000000000001sw">
          <w:tcPr>
            <w:vAlign w:val="center"/>
          </w:tcPr>
          <w:p w:rsidR="00B81FA9" w:rsidRPr="00AA59A3" w:rsidRDefault="00781383" vyd:_id="vyd:000000000001sx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vyd:_id="vyd:000000000001sy">Анализ и приоритеты работы ДОО</w:t>
            </w:r>
          </w:p>
        </w:tc>
      </w:tr>
      <w:tr w:rsidR="00B81FA9" w:rsidRPr="00AF438E" vyd:_id="vyd:000000000001so">
        <w:trPr>
          <w:jc w:val="center"/>
        </w:trPr>
        <w:tc vyd:_id="vyd:000000000001ss">
          <w:tcPr>
            <w:vAlign w:val="center"/>
          </w:tcPr>
          <w:p w:rsidR="00B81FA9" w:rsidRDefault="00781383" vyd:_id="vyd:000000000001st">
            <w:r>
              <w:rPr>
                <w:sz w:val="20"/>
              </w:rPr>
              <w:t vyd:_id="vyd:000000000001su">3.</w:t>
            </w:r>
          </w:p>
        </w:tc>
        <w:tc vyd:_id="vyd:000000000001sp">
          <w:tcPr>
            <w:vAlign w:val="center"/>
          </w:tcPr>
          <w:p w:rsidR="00B81FA9" w:rsidRPr="00AA59A3" w:rsidRDefault="00781383" vyd:_id="vyd:000000000001sq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vyd:_id="vyd:000000000001sr">Цель, задачи и ожидаемые результаты</w:t>
            </w:r>
          </w:p>
        </w:tc>
      </w:tr>
      <w:tr w:rsidR="00B81FA9" vyd:_id="vyd:000000000001sh">
        <w:trPr>
          <w:jc w:val="center"/>
        </w:trPr>
        <w:tc vyd:_id="vyd:000000000001sl">
          <w:tcPr>
            <w:vAlign w:val="center"/>
          </w:tcPr>
          <w:p w:rsidR="00B81FA9" w:rsidRDefault="00781383" vyd:_id="vyd:000000000001sm">
            <w:r>
              <w:rPr>
                <w:sz w:val="20"/>
              </w:rPr>
              <w:t vyd:_id="vyd:000000000001sn">4.</w:t>
            </w:r>
          </w:p>
        </w:tc>
        <w:tc vyd:_id="vyd:000000000001si">
          <w:tcPr>
            <w:vAlign w:val="center"/>
          </w:tcPr>
          <w:p w:rsidR="00B81FA9" w:rsidRDefault="00781383" vyd:_id="vyd:000000000001sj">
            <w:r>
              <w:rPr>
                <w:sz w:val="20"/>
              </w:rPr>
              <w:t vyd:_id="vyd:000000000001sk">Воспитательная и образовательная деятельность</w:t>
            </w:r>
          </w:p>
        </w:tc>
      </w:tr>
      <w:tr w:rsidR="00B81FA9" vyd:_id="vyd:000000000001sa">
        <w:trPr>
          <w:jc w:val="center"/>
        </w:trPr>
        <w:tc vyd:_id="vyd:000000000001se">
          <w:tcPr>
            <w:vAlign w:val="center"/>
          </w:tcPr>
          <w:p w:rsidR="00B81FA9" w:rsidRDefault="00781383" vyd:_id="vyd:000000000001sf">
            <w:r>
              <w:rPr>
                <w:sz w:val="20"/>
              </w:rPr>
              <w:t vyd:_id="vyd:000000000001sg">5.</w:t>
            </w:r>
          </w:p>
        </w:tc>
        <w:tc vyd:_id="vyd:000000000001sb">
          <w:tcPr>
            <w:vAlign w:val="center"/>
          </w:tcPr>
          <w:p w:rsidR="00B81FA9" w:rsidRDefault="00781383" vyd:_id="vyd:000000000001sc">
            <w:r>
              <w:rPr>
                <w:sz w:val="20"/>
              </w:rPr>
              <w:t vyd:_id="vyd:000000000001sd">Взаимодействие с семьями воспитанников</w:t>
            </w:r>
          </w:p>
        </w:tc>
      </w:tr>
      <w:tr w:rsidR="00B81FA9" w:rsidRPr="00AF438E" vyd:_id="vyd:000000000001s3">
        <w:trPr>
          <w:jc w:val="center"/>
        </w:trPr>
        <w:tc vyd:_id="vyd:000000000001s7">
          <w:tcPr>
            <w:vAlign w:val="center"/>
          </w:tcPr>
          <w:p w:rsidR="00B81FA9" w:rsidRDefault="00781383" vyd:_id="vyd:000000000001s8">
            <w:r>
              <w:rPr>
                <w:sz w:val="20"/>
              </w:rPr>
              <w:t vyd:_id="vyd:000000000001s9">6.</w:t>
            </w:r>
          </w:p>
        </w:tc>
        <w:tc vyd:_id="vyd:000000000001s4">
          <w:tcPr>
            <w:vAlign w:val="center"/>
          </w:tcPr>
          <w:p w:rsidR="00B81FA9" w:rsidRPr="00AA59A3" w:rsidRDefault="00781383" vyd:_id="vyd:000000000001s5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vyd:_id="vyd:000000000001s6">Методическая работа и развитие кадрового потенциала</w:t>
            </w:r>
          </w:p>
        </w:tc>
      </w:tr>
      <w:tr w:rsidR="00B81FA9" w:rsidRPr="00AF438E" vyd:_id="vyd:000000000001rw">
        <w:trPr>
          <w:jc w:val="center"/>
        </w:trPr>
        <w:tc vyd:_id="vyd:000000000001s0">
          <w:tcPr>
            <w:vAlign w:val="center"/>
          </w:tcPr>
          <w:p w:rsidR="00B81FA9" w:rsidRDefault="00781383" vyd:_id="vyd:000000000001s1">
            <w:r>
              <w:rPr>
                <w:sz w:val="20"/>
              </w:rPr>
              <w:t vyd:_id="vyd:000000000001s2">7.</w:t>
            </w:r>
          </w:p>
        </w:tc>
        <w:tc vyd:_id="vyd:000000000001rx">
          <w:tcPr>
            <w:vAlign w:val="center"/>
          </w:tcPr>
          <w:p w:rsidR="00B81FA9" w:rsidRPr="00AA59A3" w:rsidRDefault="00781383" vyd:_id="vyd:000000000001ry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vyd:_id="vyd:000000000001rz">Педагогические советы и управленческие совещания</w:t>
            </w:r>
          </w:p>
        </w:tc>
      </w:tr>
      <w:tr w:rsidR="00B81FA9" w:rsidRPr="00AF438E" vyd:_id="vyd:000000000001rp">
        <w:trPr>
          <w:jc w:val="center"/>
        </w:trPr>
        <w:tc vyd:_id="vyd:000000000001rt">
          <w:tcPr>
            <w:vAlign w:val="center"/>
          </w:tcPr>
          <w:p w:rsidR="00B81FA9" w:rsidRDefault="00781383" vyd:_id="vyd:000000000001ru">
            <w:r>
              <w:rPr>
                <w:sz w:val="20"/>
              </w:rPr>
              <w:t vyd:_id="vyd:000000000001rv">8.</w:t>
            </w:r>
          </w:p>
        </w:tc>
        <w:tc vyd:_id="vyd:000000000001rq">
          <w:tcPr>
            <w:vAlign w:val="center"/>
          </w:tcPr>
          <w:p w:rsidR="00B81FA9" w:rsidRPr="00AA59A3" w:rsidRDefault="00781383" vyd:_id="vyd:000000000001rr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vyd:_id="vyd:000000000001rs">Внутренняя система оценки качества образования и контроль</w:t>
            </w:r>
          </w:p>
        </w:tc>
      </w:tr>
      <w:tr w:rsidR="00B81FA9" w:rsidRPr="00AF438E" vyd:_id="vyd:000000000001ri">
        <w:trPr>
          <w:jc w:val="center"/>
        </w:trPr>
        <w:tc vyd:_id="vyd:000000000001rm">
          <w:tcPr>
            <w:vAlign w:val="center"/>
          </w:tcPr>
          <w:p w:rsidR="00B81FA9" w:rsidRDefault="00781383" vyd:_id="vyd:000000000001rn">
            <w:r>
              <w:rPr>
                <w:sz w:val="20"/>
              </w:rPr>
              <w:t vyd:_id="vyd:000000000001ro">9.</w:t>
            </w:r>
          </w:p>
        </w:tc>
        <w:tc vyd:_id="vyd:000000000001rj">
          <w:tcPr>
            <w:vAlign w:val="center"/>
          </w:tcPr>
          <w:p w:rsidR="00B81FA9" w:rsidRPr="00AA59A3" w:rsidRDefault="00781383" vyd:_id="vyd:000000000001rk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vyd:_id="vyd:000000000001rl">Безопасность, охрана здоровья и санитарное благополучие</w:t>
            </w:r>
          </w:p>
        </w:tc>
      </w:tr>
      <w:tr w:rsidR="00B81FA9" vyd:_id="vyd:000000000001rb">
        <w:trPr>
          <w:jc w:val="center"/>
        </w:trPr>
        <w:tc vyd:_id="vyd:000000000001rf">
          <w:tcPr>
            <w:vAlign w:val="center"/>
          </w:tcPr>
          <w:p w:rsidR="00B81FA9" w:rsidRDefault="00781383" vyd:_id="vyd:000000000001rg">
            <w:r>
              <w:rPr>
                <w:sz w:val="20"/>
              </w:rPr>
              <w:t vyd:_id="vyd:000000000001rh">10.</w:t>
            </w:r>
          </w:p>
        </w:tc>
        <w:tc vyd:_id="vyd:000000000001rc">
          <w:tcPr>
            <w:vAlign w:val="center"/>
          </w:tcPr>
          <w:p w:rsidR="00B81FA9" w:rsidRDefault="00781383" vyd:_id="vyd:000000000001rd">
            <w:r>
              <w:rPr>
                <w:sz w:val="20"/>
              </w:rPr>
              <w:t vyd:_id="vyd:000000000001re">Развитие инфраструктуры и РППС</w:t>
            </w:r>
          </w:p>
        </w:tc>
      </w:tr>
      <w:tr w:rsidR="00B81FA9" vyd:_id="vyd:000000000001r4">
        <w:trPr>
          <w:jc w:val="center"/>
        </w:trPr>
        <w:tc vyd:_id="vyd:000000000001r8">
          <w:tcPr>
            <w:vAlign w:val="center"/>
          </w:tcPr>
          <w:p w:rsidR="00B81FA9" w:rsidRDefault="00781383" vyd:_id="vyd:000000000001r9">
            <w:r>
              <w:rPr>
                <w:sz w:val="20"/>
              </w:rPr>
              <w:t vyd:_id="vyd:000000000001ra">11.</w:t>
            </w:r>
          </w:p>
        </w:tc>
        <w:tc vyd:_id="vyd:000000000001r5">
          <w:tcPr>
            <w:vAlign w:val="center"/>
          </w:tcPr>
          <w:p w:rsidR="00B81FA9" w:rsidRDefault="00781383" vyd:_id="vyd:000000000001r6">
            <w:r>
              <w:rPr>
                <w:sz w:val="20"/>
              </w:rPr>
              <w:t vyd:_id="vyd:000000000001r7">Административно-хозяйственная деятельность</w:t>
            </w:r>
          </w:p>
        </w:tc>
      </w:tr>
      <w:tr w:rsidR="00B81FA9" w:rsidRPr="00AF438E" vyd:_id="vyd:000000000001qx">
        <w:trPr>
          <w:jc w:val="center"/>
        </w:trPr>
        <w:tc vyd:_id="vyd:000000000001r1">
          <w:tcPr>
            <w:vAlign w:val="center"/>
          </w:tcPr>
          <w:p w:rsidR="00B81FA9" w:rsidRDefault="00781383" vyd:_id="vyd:000000000001r2">
            <w:r>
              <w:rPr>
                <w:sz w:val="20"/>
              </w:rPr>
              <w:t vyd:_id="vyd:000000000001r3">12.</w:t>
            </w:r>
          </w:p>
        </w:tc>
        <w:tc vyd:_id="vyd:000000000001qy">
          <w:tcPr>
            <w:vAlign w:val="center"/>
          </w:tcPr>
          <w:p w:rsidR="00B81FA9" w:rsidRPr="00AA59A3" w:rsidRDefault="00781383" vyd:_id="vyd:000000000001qz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 vyd:_id="vyd:000000000001r0">Приложения и лист корректировки плана</w:t>
            </w:r>
          </w:p>
        </w:tc>
      </w:tr>
    </w:tbl>
    <w:p w:rsidR="00B81FA9" w:rsidRPr="00AA59A3" w:rsidRDefault="00B81FA9" vyd:_id="vyd:000000000001qv">
      <w:pPr>
        <w:rPr>
          <w:lang w:val="ru-RU"/>
        </w:rPr>
      </w:pPr>
    </w:p>
    <w:p w:rsidR="00B81FA9" w:rsidRPr="00AA59A3" w:rsidRDefault="00781383" vyd:_id="vyd:000000000001qt">
      <w:pPr>
        <w:pStyle w:val="1"/>
        <w:rPr>
          <w:lang w:val="ru-RU"/>
        </w:rPr>
      </w:pPr>
      <w:r>
        <w:rPr>
          <w:lang w:val="ru-RU"/>
        </w:rPr>
        <w:t vyd:_id="vyd:000000000001qu">1. Пояснительная записка и нормативные ориентиры</w:t>
      </w:r>
    </w:p>
    <w:p w:rsidR="00B81FA9" w:rsidRPr="00AA59A3" w:rsidRDefault="00781383" vyd:_id="vyd:000000000001qp">
      <w:pPr>
        <w:jc w:val="both"/>
        <w:rPr>
          <w:lang w:val="ru-RU"/>
        </w:rPr>
      </w:pPr>
      <w:r>
        <w:rPr>
          <w:lang w:val="ru-RU"/>
        </w:rPr>
        <w:t vyd:_id="vyd:000000000001qs">Настоящий годовой план определяет основные направления деятельности дошкольной образовательной организации на 2026/2027 учебный год. План является управленческим документом Д</w:t>
      </w:r>
      <w:r>
        <w:rPr>
          <w:lang w:val="ru-RU"/>
        </w:rPr>
        <w:t vyd:_id="vyd:000000000001qr">Г</w:t>
      </w:r>
      <w:r>
        <w:rPr>
          <w:lang w:val="ru-RU"/>
        </w:rPr>
        <w:t vyd:_id="vyd:000000000001qq" xml:space="preserve"> и конкретизирует задачи образовательной программы, программы развития, рабочей программы воспитания, календарного плана воспитательной работы и иных локальных документов организации.</w:t>
      </w:r>
    </w:p>
    <w:p w:rsidR="00B81FA9" w:rsidRPr="00AA59A3" w:rsidRDefault="00781383" vyd:_id="vyd:000000000001qn">
      <w:pPr>
        <w:jc w:val="both"/>
        <w:rPr>
          <w:lang w:val="ru-RU"/>
        </w:rPr>
      </w:pPr>
      <w:r>
        <w:rPr>
          <w:lang w:val="ru-RU"/>
        </w:rPr>
        <w:t vyd:_id="vyd:000000000001qo">Нормативную основу при актуализации плана составляют действующие на дату утверждения документа:</w:t>
      </w:r>
    </w:p>
    <w:p w:rsidR="00B81FA9" w:rsidRPr="00AA59A3" w:rsidRDefault="00781383" vyd:_id="vyd:000000000001qk">
      <w:pPr>
        <w:ind w:start="340" w:hanging="198"/>
        <w:rPr>
          <w:lang w:val="ru-RU"/>
        </w:rPr>
      </w:pPr>
      <w:r>
        <w:rPr>
          <w:b w:val="1"/>
          <w:lang w:val="ru-RU"/>
        </w:rPr>
        <w:t vyd:_id="vyd:000000000001qm" xml:space="preserve">• </w:t>
      </w:r>
      <w:r>
        <w:rPr>
          <w:lang w:val="ru-RU"/>
        </w:rPr>
        <w:t vyd:_id="vyd:000000000001ql">Федеральный закон от 29.12.2012 № 273-ФЗ «Об образовании в Российской Федерации»;</w:t>
      </w:r>
    </w:p>
    <w:p w:rsidR="00B81FA9" w:rsidRPr="00AA59A3" w:rsidRDefault="00781383" vyd:_id="vyd:000000000001qh">
      <w:pPr>
        <w:ind w:start="340" w:hanging="198"/>
        <w:rPr>
          <w:lang w:val="ru-RU"/>
        </w:rPr>
      </w:pPr>
      <w:r>
        <w:rPr>
          <w:b w:val="1"/>
          <w:lang w:val="ru-RU"/>
        </w:rPr>
        <w:t vyd:_id="vyd:000000000001qj" xml:space="preserve">• </w:t>
      </w:r>
      <w:r>
        <w:rPr>
          <w:lang w:val="ru-RU"/>
        </w:rPr>
        <w:t vyd:_id="vyd:000000000001qi">ФГОС дошкольного образования, утвержденный приказом Минобрнауки России от 17.10.2013 № 1155, в действующей редакции;</w:t>
      </w:r>
    </w:p>
    <w:p w:rsidR="001756CE" w:rsidRDefault="00781383" w:rsidP="001756CE" vyd:_id="vyd:000000000001qc">
      <w:pPr>
        <w:ind w:start="340" w:hanging="198"/>
        <w:rPr>
          <w:lang w:val="ru-RU"/>
        </w:rPr>
      </w:pPr>
      <w:r>
        <w:rPr>
          <w:b w:val="1"/>
          <w:lang w:val="ru-RU"/>
        </w:rPr>
        <w:t vyd:_id="vyd:000000000001qg" xml:space="preserve">• </w:t>
      </w:r>
      <w:r>
        <w:rPr>
          <w:lang w:val="ru-RU"/>
        </w:rPr>
        <w:t vyd:_id="vyd:000000000001qf" xml:space="preserve">Федеральная образовательная программа дошкольного образования, утвержденная приказом </w:t>
      </w:r>
      <w:r>
        <w:rPr>
          <w:lang w:val="ru-RU"/>
        </w:rPr>
        <w:t vyd:_id="vyd:000000000001qe">Минпросвещения</w:t>
      </w:r>
      <w:r>
        <w:rPr>
          <w:lang w:val="ru-RU"/>
        </w:rPr>
        <w:t vyd:_id="vyd:000000000001qd" xml:space="preserve"> России от 25.11.2022 № 1028, в действующей редакции;</w:t>
      </w:r>
    </w:p>
    <w:p w:rsidR="001756CE" w:rsidRPr="001756CE" w:rsidRDefault="001756CE" w:rsidP="001756CE" vyd:_id="vyd:000000000001qa">
      <w:pPr>
        <w:pStyle w:val="ae"/>
        <w:numPr>
          <w:ilvl w:val="0"/>
          <w:numId w:val="12"/>
        </w:numPr>
        <w:ind w:start="426" w:hanging="284"/>
        <w:rPr>
          <w:lang w:val="ru-RU"/>
        </w:rPr>
      </w:pPr>
      <w:r>
        <w:rPr>
          <w:lang w:val="ru-RU"/>
        </w:rPr>
        <w:t vyd:_id="vyd:000000000001qb">Указ Президента Российской Федерации от 25.12.2025 № 962; федеральная образовательная программа дошкольного образования; федеральный календарный план воспитательной работы.</w:t>
      </w:r>
    </w:p>
    <w:p w:rsidR="001756CE" w:rsidRPr="001756CE" w:rsidRDefault="00781383" w:rsidP="001756CE" vyd:_id="vyd:000000000001q5">
      <w:pPr>
        <w:spacing w:after="120" w:line="276" w:lineRule="auto"/>
        <w:ind w:firstLine="142"/>
        <w:rPr>
          <w:color w:val="000000"/>
          <w:lang w:val="ru-RU"/>
        </w:rPr>
      </w:pPr>
      <w:r>
        <w:rPr>
          <w:b w:val="1"/>
          <w:lang w:val="ru-RU"/>
        </w:rPr>
        <w:t vyd:_id="vyd:000000000001q9" xml:space="preserve">• </w:t>
      </w:r>
      <w:r>
        <w:rPr>
          <w:color w:val="000000"/>
          <w:b w:val="1"/>
          <w:lang w:val="ru-RU"/>
        </w:rPr>
        <w:t vyd:_id="vyd:000000000001q8">СанПиН 2.3/2.4.4282-26</w:t>
      </w:r>
      <w:r>
        <w:rPr>
          <w:color w:val="000000"/>
        </w:rPr>
        <w:t vyd:_id="vyd:000000000001q7" xml:space="preserve"> </w:t>
      </w:r>
      <w:r>
        <w:rPr>
          <w:color w:val="000000"/>
          <w:lang w:val="ru-RU"/>
        </w:rPr>
        <w:t vyd:_id="vyd:000000000001q6">«Санитарно-эпидемиологические требования к организации общественного питания населения»;</w:t>
      </w:r>
    </w:p>
    <w:p w:rsidR="001756CE" w:rsidRPr="001756CE" w:rsidRDefault="001756CE" w:rsidP="001756CE" vyd:_id="vyd:000000000001q1">
      <w:pPr>
        <w:pStyle w:val="ae"/>
        <w:numPr>
          <w:ilvl w:val="0"/>
          <w:numId w:val="12"/>
        </w:numPr>
        <w:spacing w:after="120" w:line="276" w:lineRule="auto"/>
        <w:ind w:start="284" w:hanging="142"/>
        <w:rPr>
          <w:color w:val="000000"/>
          <w:lang w:val="ru-RU"/>
        </w:rPr>
      </w:pPr>
      <w:r>
        <w:rPr>
          <w:color w:val="000000"/>
          <w:b w:val="1"/>
          <w:lang w:val="ru-RU"/>
        </w:rPr>
        <w:t vyd:_id="vyd:000000000001q4">СП 2.4.2.4283-26</w:t>
      </w:r>
      <w:r>
        <w:rPr>
          <w:color w:val="000000"/>
        </w:rPr>
        <w:t vyd:_id="vyd:000000000001q3" xml:space="preserve"> </w:t>
      </w:r>
      <w:r>
        <w:rPr>
          <w:color w:val="000000"/>
          <w:lang w:val="ru-RU"/>
        </w:rPr>
        <w:t vyd:_id="vyd:000000000001q2">«Санитарно-эпидемиологические требования к организациям воспитания и обучения, отдыха и оздоровления детей и молодежи»;</w:t>
      </w:r>
    </w:p>
    <w:p w:rsidR="00B81FA9" w:rsidRPr="00AA59A3" w:rsidRDefault="00781383" w:rsidP="001756CE" vyd:_id="vyd:000000000001py">
      <w:pPr>
        <w:spacing w:after="120"/>
        <w:ind w:start="340" w:hanging="198"/>
        <w:rPr>
          <w:lang w:val="ru-RU"/>
        </w:rPr>
      </w:pPr>
      <w:r>
        <w:rPr>
          <w:b w:val="1"/>
          <w:lang w:val="ru-RU"/>
        </w:rPr>
        <w:t vyd:_id="vyd:000000000001q0" xml:space="preserve">• </w:t>
      </w:r>
      <w:r>
        <w:rPr>
          <w:lang w:val="ru-RU"/>
        </w:rPr>
        <w:t vyd:_id="vyd:000000000001pz">требования законодательства об охране труда, пожарной безопасности, антитеррористической защищенности, защите персональных данных и информационной безопасности;</w:t>
      </w:r>
    </w:p>
    <w:p w:rsidR="00B81FA9" w:rsidRPr="00AA59A3" w:rsidRDefault="00781383" vyd:_id="vyd:000000000001pv">
      <w:pPr>
        <w:ind w:start="340" w:hanging="198"/>
        <w:rPr>
          <w:lang w:val="ru-RU"/>
        </w:rPr>
      </w:pPr>
      <w:r>
        <w:rPr>
          <w:b w:val="1"/>
          <w:lang w:val="ru-RU"/>
        </w:rPr>
        <w:t vyd:_id="vyd:000000000001px" xml:space="preserve">• </w:t>
      </w:r>
      <w:r>
        <w:rPr>
          <w:lang w:val="ru-RU"/>
        </w:rPr>
        <w:t vyd:_id="vyd:000000000001pw">образовательная программа ДОО, программа развития, локальные нормативные акты и распорядительные документы ДОО.</w:t>
      </w:r>
    </w:p>
    <w:p w:rsidR="00B81FA9" w:rsidRPr="00AA59A3" w:rsidRDefault="00781383" vyd:_id="vyd:000000000001pt">
      <w:pPr>
        <w:pStyle w:val="1"/>
        <w:rPr>
          <w:lang w:val="ru-RU"/>
        </w:rPr>
      </w:pPr>
      <w:r>
        <w:rPr>
          <w:lang w:val="ru-RU"/>
        </w:rPr>
        <w:t vyd:_id="vyd:000000000001pu">2. Анализ и приоритеты работы ДОО</w:t>
      </w:r>
    </w:p>
    <w:p w:rsidR="00B81FA9" w:rsidRPr="00AA59A3" w:rsidRDefault="00781383" vyd:_id="vyd:000000000001pr">
      <w:pPr>
        <w:jc w:val="both"/>
        <w:rPr>
          <w:lang w:val="ru-RU"/>
        </w:rPr>
      </w:pPr>
      <w:r>
        <w:rPr>
          <w:lang w:val="ru-RU"/>
        </w:rPr>
        <w:t vyd:_id="vyd:000000000001ps">Основанием для определения годовых задач служит анализ результатов предыдущего учебного года. В итоговой редакции ДОО рекомендуется кратко отразить достижения, проблемные зоны и причины выявленных затруднений по следующим направлениям:</w:t>
      </w:r>
    </w:p>
    <w:tbl vyd:_id="vyd:000000000001ez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3402"/>
        <w:gridCol w:w="7070"/>
      </w:tblGrid>
      <w:tr w:rsidR="00B81FA9" w:rsidRPr="00AF438E" w:rsidTr="00F81F24" vyd:_id="vyd:000000000001pi">
        <w:trPr>
          <w:jc w:val="center"/>
          <w:tblHeader w:val="1"/>
        </w:trPr>
        <w:tc vyd:_id="vyd:000000000001pm">
          <w:tcPr>
            <w:shd w:val="clear" w:color="auto" w:fill="E7E6E6"/>
            <w:vAlign w:val="center"/>
          </w:tcPr>
          <w:p w:rsidR="00B81FA9" w:rsidRDefault="00781383" vyd:_id="vyd:000000000001pn">
            <w:r>
              <w:rPr>
                <w:sz w:val="18"/>
                <w:b w:val="1"/>
              </w:rPr>
              <w:t vyd:_id="vyd:000000000001pq">Направление</w:t>
            </w:r>
            <w:r>
              <w:rPr>
                <w:sz w:val="18"/>
                <w:b w:val="1"/>
              </w:rPr>
              <w:t vyd:_id="vyd:000000000001pp" xml:space="preserve"> </w:t>
            </w:r>
            <w:r>
              <w:rPr>
                <w:sz w:val="18"/>
                <w:b w:val="1"/>
              </w:rPr>
              <w:t vyd:_id="vyd:000000000001po">анализа</w:t>
            </w:r>
          </w:p>
        </w:tc>
        <w:tc vyd:_id="vyd:000000000001pj">
          <w:tcPr>
            <w:shd w:val="clear" w:color="auto" w:fill="E7E6E6"/>
            <w:vAlign w:val="center"/>
          </w:tcPr>
          <w:p w:rsidR="00B81FA9" w:rsidRPr="00AA59A3" w:rsidRDefault="00781383" vyd:_id="vyd:000000000001pk">
            <w:pPr>
              <w:rPr>
                <w:lang w:val="ru-RU"/>
              </w:rPr>
            </w:pPr>
            <w:r>
              <w:rPr>
                <w:sz w:val="18"/>
                <w:b w:val="1"/>
                <w:lang w:val="ru-RU"/>
              </w:rPr>
              <w:t vyd:_id="vyd:000000000001pl">Что фиксируется в итоговой редакции</w:t>
            </w:r>
          </w:p>
        </w:tc>
      </w:tr>
      <w:tr w:rsidR="00B81FA9" w:rsidRPr="00AF438E" w:rsidTr="00F81F24" vyd:_id="vyd:000000000001oh">
        <w:trPr>
          <w:jc w:val="center"/>
        </w:trPr>
        <w:tc vyd:_id="vyd:000000000001pc">
          <w:tcPr>
            <w:vAlign w:val="center"/>
          </w:tcPr>
          <w:p w:rsidR="00B81FA9" w:rsidRDefault="00781383" vyd:_id="vyd:000000000001pd">
            <w:r>
              <w:rPr>
                <w:sz w:val="18"/>
              </w:rPr>
              <w:t vyd:_id="vyd:000000000001ph">Качество</w:t>
            </w:r>
            <w:r>
              <w:rPr>
                <w:sz w:val="18"/>
              </w:rPr>
              <w:t vyd:_id="vyd:000000000001pg" xml:space="preserve"> </w:t>
            </w:r>
            <w:r>
              <w:rPr>
                <w:sz w:val="18"/>
              </w:rPr>
              <w:t vyd:_id="vyd:000000000001pf">реализации</w:t>
            </w:r>
            <w:r>
              <w:rPr>
                <w:sz w:val="18"/>
              </w:rPr>
              <w:t vyd:_id="vyd:000000000001pe" xml:space="preserve"> ОП ДО</w:t>
            </w:r>
          </w:p>
        </w:tc>
        <w:tc vyd:_id="vyd:000000000001oi">
          <w:tcPr>
            <w:vAlign w:val="center"/>
          </w:tcPr>
          <w:p w:rsidR="00F81F24" w:rsidRPr="00F81F24" w:rsidRDefault="00F81F24" w:rsidP="00F81F24" vyd:_id="vyd:000000000001p8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szCs w:val="18"/>
              </w:rPr>
              <w:t vyd:_id="vyd:000000000001pb">Физическое развитие:</w:t>
            </w:r>
            <w:r>
              <w:rPr>
                <w:sz w:val="18"/>
                <w:lang w:val="ru-RU"/>
                <w:szCs w:val="18"/>
              </w:rPr>
              <w:t vyd:_id="vyd:000000000001pa" xml:space="preserve"> «У большинства детей сформированы основные виды движений — ходьба, бег, прыжки. Дети активно используют физические качества в подвижных играх, соблюдают элементарные правила. Требуют дополнительного внимания </w:t>
            </w:r>
            <w:r>
              <w:rPr>
                <w:sz w:val="18"/>
                <w:lang w:val="ru-RU"/>
                <w:szCs w:val="18"/>
              </w:rPr>
              <w:t vyd:_id="vyd:000000000001p9">упражнения на равновесие и метание, а также формирование навыков самоконтроля за осанкой во время статичных поз».</w:t>
            </w:r>
          </w:p>
          <w:p w:rsidR="00F81F24" w:rsidRPr="00F81F24" w:rsidRDefault="00F81F24" w:rsidP="00F81F24" vyd:_id="vyd:000000000001p5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szCs w:val="18"/>
              </w:rPr>
              <w:t vyd:_id="vyd:000000000001p7">Социально-коммуникативное развитие:</w:t>
            </w:r>
            <w:r>
              <w:rPr>
                <w:sz w:val="18"/>
                <w:lang w:val="ru-RU"/>
                <w:szCs w:val="18"/>
              </w:rPr>
              <w:t vyd:_id="vyd:000000000001p6" xml:space="preserve"> «Дети проявляют инициативу в общении со сверстниками и взрослыми, умеют договариваться в совместных играх, следуют установленным правилам. Наблюдается положительная динамика в развитии навыков самообслуживания и культурно-гигиенических навыков. Зона ближайшего развития — разрешение конфликтных ситуаций без помощи взрослого».</w:t>
            </w:r>
          </w:p>
          <w:p w:rsidR="00B81FA9" w:rsidRPr="00F81F24" w:rsidRDefault="00F81F24" w:rsidP="00F81F24" vyd:_id="vyd:000000000001p2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szCs w:val="18"/>
              </w:rPr>
              <w:t vyd:_id="vyd:000000000001p4">Познавательное развитие:</w:t>
            </w:r>
            <w:r>
              <w:rPr>
                <w:sz w:val="18"/>
                <w:lang w:val="ru-RU"/>
                <w:szCs w:val="18"/>
              </w:rPr>
              <w:t vyd:_id="vyd:000000000001p3" xml:space="preserve"> «Дети проявляют любознательность, активно обследуют предметы, знают и группируют объекты по сенсорным признакам. Зафиксирован рост интереса к экспериментальной деятельности. Обращает на себя внимание необходимость систематической работы по формированию представлений о временных отношениях (части суток, времена года) и развитию элементарных математических представлений в практической деятельности».</w:t>
            </w:r>
          </w:p>
          <w:p w:rsidR="00F81F24" w:rsidRPr="00F81F24" w:rsidRDefault="00F81F24" w:rsidP="00F81F24" vyd:_id="vyd:000000000001oz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szCs w:val="18"/>
              </w:rPr>
              <w:t vyd:_id="vyd:000000000001p1">Речевое развитие:</w:t>
            </w:r>
            <w:r>
              <w:rPr>
                <w:sz w:val="18"/>
                <w:lang w:val="ru-RU"/>
                <w:szCs w:val="18"/>
              </w:rPr>
              <w:t vyd:_id="vyd:000000000001p0" xml:space="preserve"> «Дети активно используют речь для общения, словарный запас обогатился, большинство может составлять короткие описательные рассказы. Вызывает тревогу недостаточный уровень развития звуковой культуры речи у части воспитанников, что требует организации индивидуальной работы».</w:t>
            </w:r>
          </w:p>
          <w:p w:rsidR="00F81F24" w:rsidRDefault="00F81F24" w:rsidP="00F81F24" vyd:_id="vyd:000000000001os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szCs w:val="18"/>
              </w:rPr>
              <w:t vyd:_id="vyd:000000000001oy">Художественно</w:t>
            </w:r>
            <w:r>
              <w:rPr>
                <w:sz w:val="18"/>
                <w:lang w:val="ru-RU"/>
                <w:szCs w:val="18"/>
              </w:rPr>
              <w:t vyd:_id="vyd:000000000001ox">-</w:t>
            </w:r>
            <w:r>
              <w:rPr>
                <w:sz w:val="18"/>
                <w:b w:val="1"/>
                <w:lang w:val="ru-RU"/>
                <w:szCs w:val="18"/>
              </w:rPr>
              <w:t vyd:_id="vyd:000000000001ow">эстетическое</w:t>
            </w:r>
            <w:r>
              <w:rPr>
                <w:sz w:val="18"/>
                <w:lang w:val="ru-RU"/>
                <w:szCs w:val="18"/>
              </w:rPr>
              <w:t vyd:_id="vyd:000000000001ov" xml:space="preserve"> </w:t>
            </w:r>
            <w:r>
              <w:rPr>
                <w:sz w:val="18"/>
                <w:b w:val="1"/>
                <w:lang w:val="ru-RU"/>
                <w:szCs w:val="18"/>
              </w:rPr>
              <w:t vyd:_id="vyd:000000000001ou">развитие</w:t>
            </w:r>
            <w:r>
              <w:rPr>
                <w:sz w:val="18"/>
                <w:lang w:val="ru-RU"/>
                <w:szCs w:val="18"/>
              </w:rPr>
              <w:t vyd:_id="vyd:000000000001ot">: «Дети проявляют интерес к рисованию, лепке, аппликации, умеют создавать выразительные образы. Отмечается прогресс в освоении технических навыков. Требует развития способность к планированию своей деятельности и доведению замысла до конца».</w:t>
            </w:r>
          </w:p>
          <w:p w:rsidR="001865B2" w:rsidRPr="001865B2" w:rsidRDefault="001865B2" w:rsidP="00F81F24" vyd:_id="vyd:000000000001oj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or">В целом, задачи ОП ДО реализуются на</w:t>
            </w:r>
            <w:r>
              <w:rPr>
                <w:sz w:val="18"/>
                <w:szCs w:val="18"/>
              </w:rPr>
              <w:t vyd:_id="vyd:000000000001oq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op">достаточном уровне</w:t>
            </w:r>
            <w:r>
              <w:rPr>
                <w:sz w:val="18"/>
                <w:lang w:val="ru-RU"/>
                <w:szCs w:val="18"/>
              </w:rPr>
              <w:t vyd:_id="vyd:000000000001oo">, о чем свидетельствует положительная динамика индивидуального развития детей. Результаты диагностики позволяют наметить направления дальнейшей работы по</w:t>
            </w:r>
            <w:r>
              <w:rPr>
                <w:sz w:val="18"/>
                <w:szCs w:val="18"/>
              </w:rPr>
              <w:t vyd:_id="vyd:000000000001on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om">совершенствованию образовательного процесса</w:t>
            </w:r>
            <w:r>
              <w:rPr>
                <w:sz w:val="18"/>
                <w:szCs w:val="18"/>
              </w:rPr>
              <w:t vyd:_id="vyd:000000000001ol" xml:space="preserve"> </w:t>
            </w:r>
            <w:r>
              <w:rPr>
                <w:sz w:val="18"/>
                <w:lang w:val="ru-RU"/>
                <w:szCs w:val="18"/>
              </w:rPr>
              <w:t vyd:_id="vyd:000000000001ok">с учетом выявленных дефицитов.</w:t>
            </w:r>
          </w:p>
        </w:tc>
      </w:tr>
      <w:tr w:rsidR="00B81FA9" w:rsidRPr="00AF438E" w:rsidTr="00F81F24" vyd:_id="vyd:000000000001mj">
        <w:trPr>
          <w:jc w:val="center"/>
        </w:trPr>
        <w:tc vyd:_id="vyd:000000000001oc">
          <w:tcPr>
            <w:vAlign w:val="center"/>
          </w:tcPr>
          <w:p w:rsidR="00B81FA9" w:rsidRDefault="00781383" vyd:_id="vyd:000000000001od">
            <w:r>
              <w:rPr>
                <w:sz w:val="18"/>
              </w:rPr>
              <w:t vyd:_id="vyd:000000000001og">Воспитательная</w:t>
            </w:r>
            <w:r>
              <w:rPr>
                <w:sz w:val="18"/>
              </w:rPr>
              <w:t vyd:_id="vyd:000000000001of" xml:space="preserve"> </w:t>
            </w:r>
            <w:r>
              <w:rPr>
                <w:sz w:val="18"/>
              </w:rPr>
              <w:t vyd:_id="vyd:000000000001oe">работа</w:t>
            </w:r>
          </w:p>
        </w:tc>
        <w:tc vyd:_id="vyd:000000000001mk">
          <w:tcPr>
            <w:vAlign w:val="center"/>
          </w:tcPr>
          <w:p w:rsidR="00AF438E" w:rsidRPr="006F1A9A" w:rsidRDefault="001865B2" w:rsidP="00AF438E" vyd:_id="vyd:000000000001nx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ob">Патриотическое и духовно-нравственное:</w:t>
            </w:r>
            <w:r>
              <w:rPr>
                <w:sz w:val="18"/>
                <w:lang w:val="ru-RU"/>
                <w:szCs w:val="18"/>
              </w:rPr>
              <w:t vyd:_id="vyd:000000000001oa" xml:space="preserve"> Реализация данного направления осуществлялась через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o9">интеграцию воспитательных задач</w:t>
            </w:r>
            <w:r>
              <w:rPr>
                <w:sz w:val="18"/>
                <w:lang w:val="ru-RU"/>
                <w:szCs w:val="18"/>
              </w:rPr>
              <w:t vyd:_id="vyd:000000000001o8" xml:space="preserve"> в совместную деятельность и режимные моменты. У детей сформированы первичные представления о малой родине (</w:t>
            </w:r>
            <w:r>
              <w:rPr>
                <w:sz w:val="18"/>
                <w:lang w:val="ru-RU"/>
                <w:szCs w:val="18"/>
              </w:rPr>
              <w:t vyd:_id="vyd:000000000001o7">город Краснодар</w:t>
            </w:r>
            <w:r>
              <w:rPr>
                <w:sz w:val="18"/>
                <w:lang w:val="ru-RU"/>
                <w:szCs w:val="18"/>
              </w:rPr>
              <w:t vyd:_id="vyd:000000000001o6" xml:space="preserve">), государственной символике. В группе поддерживается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o5">традиция</w:t>
            </w:r>
            <w:r>
              <w:rPr>
                <w:sz w:val="18"/>
                <w:lang w:val="ru-RU"/>
                <w:szCs w:val="18"/>
              </w:rPr>
              <w:t vyd:_id="vyd:000000000001o4" xml:space="preserve"> «Утреннего круга» и «Минутки доброты», что способствовало развитию у детей чувства сопричастности к коллективу, уважения к старшим и сверстникам. Наблюдается положительная динамика в проявлении детьми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o3">эмпатии и взаимопомощи</w:t>
            </w:r>
            <w:r>
              <w:rPr>
                <w:sz w:val="18"/>
                <w:lang w:val="ru-RU"/>
                <w:szCs w:val="18"/>
              </w:rPr>
              <w:t vyd:_id="vyd:000000000001o2" xml:space="preserve"> в бытовых ситуациях.</w:t>
            </w:r>
            <w:r>
              <w:rPr>
                <w:sz w:val="18"/>
                <w:lang w:val="ru-RU"/>
                <w:szCs w:val="18"/>
              </w:rPr>
              <w:t vyd:_id="vyd:000000000001o1" xml:space="preserve"> </w:t>
            </w:r>
            <w:r>
              <w:rPr>
                <w:sz w:val="18"/>
                <w:lang w:val="ru-RU"/>
                <w:szCs w:val="18"/>
              </w:rPr>
              <w:t vyd:_id="vyd:000000000001o0">Необходимо продолжить целенаправленную работу по формированию у обучающихся навыка культуры диалога и уважительного отношения к собеседнику, в частности, по преодолению привычки перебивать взрослых в процессе коммуникации</w:t>
            </w:r>
            <w:r>
              <w:rPr>
                <w:sz w:val="18"/>
                <w:lang w:val="ru-RU"/>
                <w:szCs w:val="18"/>
              </w:rPr>
              <w:t vyd:_id="vyd:000000000001nz">.</w:t>
            </w:r>
            <w:bookmarkStart w:id="0" w:name="_GoBack" vyd:_id="vyd:000000000001ny"/>
            <w:bookmarkEnd w:id="0"/>
          </w:p>
          <w:p w:rsidR="001865B2" w:rsidRPr="001865B2" w:rsidRDefault="001865B2" w:rsidP="00C07929" vyd:_id="vyd:000000000001nr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nw">Трудовое:</w:t>
            </w:r>
            <w:r>
              <w:rPr>
                <w:sz w:val="18"/>
                <w:lang w:val="ru-RU"/>
                <w:szCs w:val="18"/>
              </w:rPr>
              <w:t vyd:_id="vyd:000000000001nv" xml:space="preserve"> Воспитание ценностного отношения к труду реализовывалось через поручения, дежурства, совместные трудовые акции (уход за растениями, уборка игрушек). Дети стали более самостоятельными в самообслуживании, проявляют инициативу в помощи взрослым.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nu">Обращает на себя внимание</w:t>
            </w:r>
            <w:r>
              <w:rPr>
                <w:sz w:val="18"/>
                <w:lang w:val="ru-RU"/>
                <w:szCs w:val="18"/>
              </w:rPr>
              <w:t vyd:_id="vyd:000000000001nt" xml:space="preserve"> необходимость дальнейшего формирования у детей привычки доводить начатое дело до конца</w:t>
            </w:r>
            <w:r>
              <w:rPr>
                <w:sz w:val="18"/>
                <w:lang w:val="ru-RU"/>
                <w:szCs w:val="18"/>
              </w:rPr>
              <w:t vyd:_id="vyd:000000000001ns">.</w:t>
            </w:r>
          </w:p>
          <w:p w:rsidR="001865B2" w:rsidRDefault="001865B2" w:rsidP="00C07929" vyd:_id="vyd:000000000001nm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nq">Экологическое:</w:t>
            </w:r>
            <w:r>
              <w:rPr>
                <w:sz w:val="18"/>
                <w:lang w:val="ru-RU"/>
                <w:szCs w:val="18"/>
              </w:rPr>
              <w:t vyd:_id="vyd:000000000001np" xml:space="preserve"> Формирование основ экологической культуры происходило в ходе наблюдений в природе и практической деятельности (полив, </w:t>
            </w:r>
            <w:r>
              <w:rPr>
                <w:sz w:val="18"/>
                <w:lang w:val="ru-RU"/>
                <w:szCs w:val="18"/>
              </w:rPr>
              <w:t vyd:_id="vyd:000000000001no">сбор сухих листьев и веток</w:t>
            </w:r>
            <w:r>
              <w:rPr>
                <w:sz w:val="18"/>
                <w:lang w:val="ru-RU"/>
                <w:szCs w:val="18"/>
              </w:rPr>
              <w:t vyd:_id="vyd:000000000001nn">). Дети демонстрируют понимание взаимосвязей в природе, проявляют бережное отношение к объектам живой природы.</w:t>
            </w:r>
          </w:p>
          <w:p w:rsidR="00036C63" w:rsidRDefault="00036C63" w:rsidP="00036C63" vyd:_id="vyd:000000000001nk">
            <w:pPr>
              <w:rPr>
                <w:sz w:val="18"/>
                <w:b w:val="1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szCs w:val="18"/>
              </w:rPr>
              <w:t vyd:_id="vyd:000000000001nl">Выполнение календарного плана воспитательной работы (КПВР)</w:t>
            </w:r>
          </w:p>
          <w:p w:rsidR="003A5855" w:rsidRPr="003A5855" w:rsidRDefault="003A5855" w:rsidP="00C07929" vyd:_id="vyd:000000000001n9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nj">Охват</w:t>
            </w:r>
            <w:r>
              <w:rPr>
                <w:sz w:val="18"/>
                <w:lang w:val="ru-RU"/>
                <w:bCs w:val="1"/>
                <w:szCs w:val="18"/>
              </w:rPr>
              <w:t vyd:_id="vyd:000000000001ni" xml:space="preserve"> 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nh">и</w:t>
            </w:r>
            <w:r>
              <w:rPr>
                <w:sz w:val="18"/>
                <w:lang w:val="ru-RU"/>
                <w:bCs w:val="1"/>
                <w:szCs w:val="18"/>
              </w:rPr>
              <w:t vyd:_id="vyd:000000000001ng" xml:space="preserve"> 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nf">вариативность</w:t>
            </w:r>
            <w:r>
              <w:rPr>
                <w:sz w:val="18"/>
                <w:lang w:val="ru-RU"/>
                <w:bCs w:val="1"/>
                <w:szCs w:val="18"/>
              </w:rPr>
              <w:t vyd:_id="vyd:000000000001ne">:</w:t>
            </w:r>
            <w:r>
              <w:rPr>
                <w:sz w:val="18"/>
                <w:lang w:val="ru-RU"/>
                <w:szCs w:val="18"/>
              </w:rPr>
              <w:t vyd:_id="vyd:000000000001nd" xml:space="preserve"> В течение</w:t>
            </w:r>
            <w:r>
              <w:rPr>
                <w:sz w:val="18"/>
                <w:lang w:val="ru-RU"/>
                <w:szCs w:val="18"/>
              </w:rPr>
              <w:t vyd:_id="vyd:000000000001nc" xml:space="preserve"> отчетного периода в рамках КПВР были организованы тематические недели и праздники, приуроченные к государственным и народным календарям (День знаний, Новый год, День защитника Отечества, Масленица и др.). Все мероприятия были </w:t>
            </w:r>
            <w:r>
              <w:rPr>
                <w:sz w:val="18"/>
                <w:lang w:val="ru-RU"/>
                <w:bCs w:val="1"/>
                <w:szCs w:val="18"/>
              </w:rPr>
              <w:t vyd:_id="vyd:000000000001nb">интегрированы</w:t>
            </w:r>
            <w:r>
              <w:rPr>
                <w:sz w:val="18"/>
                <w:lang w:val="ru-RU"/>
                <w:szCs w:val="18"/>
              </w:rPr>
              <w:t vyd:_id="vyd:000000000001na" xml:space="preserve"> в образовательную деятельность, а не носили разовый «репетиционный» характер. Содержание праздников строилось на активном участии детей (чтение стихов, исполнение песен, хороводы, сюрпризные моменты), что способствовало созданию положительного эмоционального фона в группе.</w:t>
            </w:r>
          </w:p>
          <w:p w:rsidR="003A5855" w:rsidRPr="003A5855" w:rsidRDefault="003A5855" w:rsidP="00C07929" vyd:_id="vyd:000000000001ms">
            <w:pPr>
              <w:rPr>
                <w:sz w:val="18"/>
                <w:b w:val="1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n8">Анализ эффективности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n7">:</w:t>
            </w:r>
            <w:r>
              <w:rPr>
                <w:sz w:val="18"/>
                <w:b w:val="1"/>
                <w:lang w:val="ru-RU"/>
                <w:szCs w:val="18"/>
              </w:rPr>
              <w:t vyd:_id="vyd:000000000001n6" xml:space="preserve"> </w:t>
            </w:r>
            <w:r>
              <w:rPr>
                <w:sz w:val="18"/>
                <w:lang w:val="ru-RU"/>
                <w:szCs w:val="18"/>
              </w:rPr>
              <w:t vyd:_id="vyd:000000000001n5">Наиболее</w:t>
            </w:r>
            <w:r>
              <w:rPr>
                <w:sz w:val="18"/>
                <w:lang w:val="ru-RU"/>
                <w:szCs w:val="18"/>
              </w:rPr>
              <w:t vyd:_id="vyd:000000000001n4" xml:space="preserve"> значимыми и вызвавшими наибольший отклик у детей стали мероприятия, предполагающие </w:t>
            </w:r>
            <w:r>
              <w:rPr>
                <w:sz w:val="18"/>
                <w:lang w:val="ru-RU"/>
                <w:bCs w:val="1"/>
                <w:szCs w:val="18"/>
              </w:rPr>
              <w:t vyd:_id="vyd:000000000001n3">проживание опыта</w:t>
            </w:r>
            <w:r>
              <w:rPr>
                <w:sz w:val="18"/>
                <w:lang w:val="ru-RU"/>
                <w:szCs w:val="18"/>
              </w:rPr>
              <w:t vyd:_id="vyd:000000000001n2" xml:space="preserve"> (ярмарки, народные гуляния, совместные постановки). Формат утренников с пассивным ролью зрителя сведен к минимуму. </w:t>
            </w:r>
            <w:r>
              <w:rPr>
                <w:sz w:val="18"/>
                <w:lang w:val="ru-RU"/>
                <w:bCs w:val="1"/>
                <w:szCs w:val="18"/>
              </w:rPr>
              <w:t vyd:_id="vyd:000000000001n1">В качестве точки роста</w:t>
            </w:r>
            <w:r>
              <w:rPr>
                <w:sz w:val="18"/>
                <w:lang w:val="ru-RU"/>
                <w:szCs w:val="18"/>
              </w:rPr>
              <w:t vyd:_id="vyd:000000000001n0" xml:space="preserve"> отмечается необходимость усиления работы по ознакомлению детей с малыми фольклорными формами в повседневной жизни (потешки, заклички) для более глубокого</w:t>
            </w:r>
            <w:r>
              <w:rPr>
                <w:sz w:val="18"/>
                <w:b w:val="1"/>
                <w:lang w:val="ru-RU"/>
                <w:szCs w:val="18"/>
              </w:rPr>
              <w:t vyd:_id="vyd:000000000001mz" xml:space="preserve"> </w:t>
            </w:r>
            <w:r>
              <w:rPr>
                <w:sz w:val="18"/>
                <w:lang w:val="ru-RU"/>
                <w:szCs w:val="18"/>
              </w:rPr>
              <w:t vyd:_id="vyd:000000000001my">проживания</w:t>
            </w:r>
            <w:r>
              <w:rPr>
                <w:sz w:val="18"/>
                <w:b w:val="1"/>
                <w:lang w:val="ru-RU"/>
                <w:szCs w:val="18"/>
              </w:rPr>
              <w:t vyd:_id="vyd:000000000001mx" xml:space="preserve"> </w:t>
            </w:r>
            <w:r>
              <w:rPr>
                <w:sz w:val="18"/>
                <w:lang w:val="ru-RU"/>
                <w:szCs w:val="18"/>
              </w:rPr>
              <w:t vyd:_id="vyd:000000000001mw">календарных</w:t>
            </w:r>
            <w:r>
              <w:rPr>
                <w:sz w:val="18"/>
                <w:b w:val="1"/>
                <w:lang w:val="ru-RU"/>
                <w:szCs w:val="18"/>
              </w:rPr>
              <w:t vyd:_id="vyd:000000000001mv" xml:space="preserve"> </w:t>
            </w:r>
            <w:r>
              <w:rPr>
                <w:sz w:val="18"/>
                <w:lang w:val="ru-RU"/>
                <w:szCs w:val="18"/>
              </w:rPr>
              <w:t vyd:_id="vyd:000000000001mu">праздников</w:t>
            </w:r>
            <w:r>
              <w:rPr>
                <w:sz w:val="18"/>
                <w:b w:val="1"/>
                <w:lang w:val="ru-RU"/>
                <w:szCs w:val="18"/>
              </w:rPr>
              <w:t vyd:_id="vyd:000000000001mt">.</w:t>
            </w:r>
          </w:p>
          <w:p w:rsidR="00B81FA9" w:rsidRPr="003A5855" w:rsidRDefault="003A5855" w:rsidP="00C07929" vyd:_id="vyd:000000000001ml">
            <w:pPr>
              <w:rPr>
                <w:sz w:val="18"/>
                <w:b w:val="1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mr">Корректировка:</w:t>
            </w:r>
            <w:r>
              <w:rPr>
                <w:sz w:val="18"/>
                <w:b w:val="1"/>
                <w:lang w:val="ru-RU"/>
                <w:szCs w:val="18"/>
              </w:rPr>
              <w:t vyd:_id="vyd:000000000001mq" xml:space="preserve"> </w:t>
            </w:r>
            <w:r>
              <w:rPr>
                <w:sz w:val="18"/>
                <w:lang w:val="ru-RU"/>
                <w:szCs w:val="18"/>
              </w:rPr>
              <w:t vyd:_id="vyd:000000000001mp">План</w:t>
            </w:r>
            <w:r>
              <w:rPr>
                <w:sz w:val="18"/>
                <w:b w:val="1"/>
                <w:lang w:val="ru-RU"/>
                <w:szCs w:val="18"/>
              </w:rPr>
              <w:t vyd:_id="vyd:000000000001mo" xml:space="preserve"> </w:t>
            </w:r>
            <w:r>
              <w:rPr>
                <w:sz w:val="18"/>
                <w:lang w:val="ru-RU"/>
                <w:szCs w:val="18"/>
              </w:rPr>
              <w:t vyd:_id="vyd:000000000001mn" xml:space="preserve">КПВР реализован в полном объеме с учетом эпидемиологических требований. В случае невозможности проведения массовых форм </w:t>
            </w:r>
            <w:r>
              <w:rPr>
                <w:sz w:val="18"/>
                <w:lang w:val="ru-RU"/>
                <w:szCs w:val="18"/>
              </w:rPr>
              <w:t vyd:_id="vyd:000000000001mm">(например, из-за карантина), задачи решались через групповые мини-мероприятия и дистанционные формы взаимодействия.</w:t>
            </w:r>
          </w:p>
        </w:tc>
      </w:tr>
      <w:tr w:rsidR="00B81FA9" w:rsidRPr="00AF438E" w:rsidTr="00F81F24" vyd:_id="vyd:000000000001lw">
        <w:trPr>
          <w:jc w:val="center"/>
        </w:trPr>
        <w:tc vyd:_id="vyd:000000000001mc">
          <w:tcPr>
            <w:vAlign w:val="center"/>
          </w:tcPr>
          <w:p w:rsidR="00B81FA9" w:rsidRDefault="00781383" vyd:_id="vyd:000000000001md">
            <w:r>
              <w:rPr>
                <w:sz w:val="18"/>
              </w:rPr>
              <w:t vyd:_id="vyd:000000000001mi">Условия</w:t>
            </w:r>
            <w:r>
              <w:rPr>
                <w:sz w:val="18"/>
              </w:rPr>
              <w:t vyd:_id="vyd:000000000001mh" xml:space="preserve"> </w:t>
            </w:r>
            <w:r>
              <w:rPr>
                <w:sz w:val="18"/>
              </w:rPr>
              <w:t vyd:_id="vyd:000000000001mg">реализации</w:t>
            </w:r>
            <w:r>
              <w:rPr>
                <w:sz w:val="18"/>
              </w:rPr>
              <w:t vyd:_id="vyd:000000000001mf" xml:space="preserve"> </w:t>
            </w:r>
            <w:r>
              <w:rPr>
                <w:sz w:val="18"/>
              </w:rPr>
              <w:t vyd:_id="vyd:000000000001me">программы</w:t>
            </w:r>
          </w:p>
        </w:tc>
        <w:tc vyd:_id="vyd:000000000001lx">
          <w:tcPr>
            <w:vAlign w:val="center"/>
          </w:tcPr>
          <w:p w:rsidR="00F81F24" w:rsidRPr="00F81F24" w:rsidRDefault="00F81F24" w:rsidP="00F81F24" vyd:_id="vyd:000000000001m7">
            <w:pPr>
              <w:rPr>
                <w:sz w:val="18"/>
                <w:lang w:val="ru-RU"/>
              </w:rPr>
            </w:pPr>
            <w:r>
              <w:rPr>
                <w:sz w:val="18"/>
                <w:b w:val="1"/>
                <w:lang w:val="ru-RU"/>
              </w:rPr>
              <w:t vyd:_id="vyd:000000000001mb">Анализ развивающей предметно-пространственной среды (РППС):</w:t>
            </w:r>
            <w:r>
              <w:rPr>
                <w:sz w:val="18"/>
                <w:lang w:val="ru-RU"/>
              </w:rPr>
              <w:t vyd:_id="vyd:000000000001ma" xml:space="preserve"> Развивающая среда в группах организована в соответствии с требованиями ФГОС и ФОП ДО, центры активности оснащены необходимыми материалами. Однако</w:t>
            </w:r>
            <w:r>
              <w:rPr>
                <w:sz w:val="18"/>
                <w:b w:val="1"/>
                <w:lang w:val="ru-RU"/>
              </w:rPr>
              <w:t vyd:_id="vyd:000000000001m9">, выявлена потребность</w:t>
            </w:r>
            <w:r>
              <w:rPr>
                <w:sz w:val="18"/>
                <w:lang w:val="ru-RU"/>
              </w:rPr>
              <w:t vyd:_id="vyd:000000000001m8" xml:space="preserve"> в обогащении центров экспериментирования и пополнении дидактических игр по речевому развитию, что обусловлено выявленными в ходе диагностики затруднениями у детей.</w:t>
            </w:r>
          </w:p>
          <w:p w:rsidR="001865B2" w:rsidRPr="001865B2" w:rsidRDefault="00F81F24" w:rsidP="00F81F24" vyd:_id="vyd:000000000001ly">
            <w:pPr>
              <w:rPr>
                <w:sz w:val="18"/>
                <w:lang w:val="ru-RU"/>
              </w:rPr>
            </w:pPr>
            <w:r>
              <w:rPr>
                <w:sz w:val="18"/>
                <w:b w:val="1"/>
                <w:lang w:val="ru-RU"/>
              </w:rPr>
              <w:t vyd:_id="vyd:000000000001m6">Анализ методов и форм работы:</w:t>
            </w:r>
            <w:r>
              <w:rPr>
                <w:sz w:val="18"/>
                <w:lang w:val="ru-RU"/>
              </w:rPr>
              <w:t vyd:_id="vyd:000000000001m5" xml:space="preserve"> </w:t>
            </w:r>
            <w:r>
              <w:rPr>
                <w:sz w:val="18"/>
                <w:lang w:val="ru-RU"/>
              </w:rPr>
              <w:t vyd:_id="vyd:000000000001m4">В</w:t>
            </w:r>
            <w:r>
              <w:rPr>
                <w:sz w:val="18"/>
                <w:lang w:val="ru-RU"/>
              </w:rPr>
              <w:t vyd:_id="vyd:000000000001m3" xml:space="preserve"> образовательном процессе используются методы наблюдения, проблемных ситуаций, проектной деятельности. Педагогами ведется работа по индивидуализации образования, но </w:t>
            </w:r>
            <w:r>
              <w:rPr>
                <w:sz w:val="18"/>
                <w:b w:val="1"/>
                <w:lang w:val="ru-RU"/>
              </w:rPr>
              <w:t vyd:_id="vyd:000000000001m2">требует</w:t>
            </w:r>
            <w:r>
              <w:rPr>
                <w:sz w:val="18"/>
                <w:lang w:val="ru-RU"/>
              </w:rPr>
              <w:t vyd:_id="vyd:000000000001m1" xml:space="preserve"> </w:t>
            </w:r>
            <w:r>
              <w:rPr>
                <w:sz w:val="18"/>
                <w:b w:val="1"/>
                <w:lang w:val="ru-RU"/>
              </w:rPr>
              <w:t vyd:_id="vyd:000000000001m0">усиления</w:t>
            </w:r>
            <w:r>
              <w:rPr>
                <w:sz w:val="18"/>
                <w:lang w:val="ru-RU"/>
              </w:rPr>
              <w:t vyd:_id="vyd:000000000001lz" xml:space="preserve"> практика поддержки детской инициативы и использования современных технологий (например, ТРИЗ, мнемотехника) для активизации познавательной и речевой деятельности детей.</w:t>
            </w:r>
          </w:p>
        </w:tc>
      </w:tr>
      <w:tr w:rsidR="00B81FA9" w:rsidRPr="00AF438E" w:rsidTr="00F81F24" vyd:_id="vyd:000000000001l0">
        <w:trPr>
          <w:jc w:val="center"/>
        </w:trPr>
        <w:tc vyd:_id="vyd:000000000001lr">
          <w:tcPr>
            <w:vAlign w:val="center"/>
          </w:tcPr>
          <w:p w:rsidR="00B81FA9" w:rsidRDefault="00781383" vyd:_id="vyd:000000000001ls">
            <w:r>
              <w:rPr>
                <w:sz w:val="18"/>
              </w:rPr>
              <w:t vyd:_id="vyd:000000000001lv">Работа</w:t>
            </w:r>
            <w:r>
              <w:rPr>
                <w:sz w:val="18"/>
              </w:rPr>
              <w:t vyd:_id="vyd:000000000001lu" xml:space="preserve"> с </w:t>
            </w:r>
            <w:r>
              <w:rPr>
                <w:sz w:val="18"/>
              </w:rPr>
              <w:t vyd:_id="vyd:000000000001lt">семьями</w:t>
            </w:r>
          </w:p>
        </w:tc>
        <w:tc vyd:_id="vyd:000000000001l1">
          <w:tcPr>
            <w:vAlign w:val="center"/>
          </w:tcPr>
          <w:p w:rsidR="00B81FA9" w:rsidRDefault="001865B2" vyd:_id="vyd:000000000001lo">
            <w:pPr>
              <w:rPr>
                <w:sz w:val="18"/>
                <w:b w:val="1"/>
                <w:lang w:val="ru-RU"/>
                <w:bCs w:val="1"/>
              </w:rPr>
            </w:pPr>
            <w:r>
              <w:rPr>
                <w:sz w:val="18"/>
                <w:lang w:val="ru-RU"/>
              </w:rPr>
              <w:t vyd:_id="vyd:000000000001lq">Налажено активное взаимодействие с родителями, проводятся совместные мероприятия.</w:t>
            </w:r>
            <w:r>
              <w:rPr>
                <w:sz w:val="18"/>
              </w:rPr>
              <w:t vyd:_id="vyd:000000000001lp" xml:space="preserve"> </w:t>
            </w:r>
          </w:p>
          <w:p w:rsidR="003A5855" w:rsidRPr="003A5855" w:rsidRDefault="003A5855" w:rsidP="003A5855" vyd:_id="vyd:000000000001lg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n">Характер взаимодействия:</w:t>
            </w:r>
            <w:r>
              <w:rPr>
                <w:sz w:val="18"/>
                <w:lang w:val="ru-RU"/>
                <w:szCs w:val="18"/>
              </w:rPr>
              <w:t vyd:_id="vyd:000000000001lm" xml:space="preserve"> Взаимодействие с семьями строилось на принципах партнерства и открытости. Родители являются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l">активными участниками</w:t>
            </w:r>
            <w:r>
              <w:rPr>
                <w:sz w:val="18"/>
                <w:lang w:val="ru-RU"/>
                <w:szCs w:val="18"/>
              </w:rPr>
              <w:t vyd:_id="vyd:000000000001lk" xml:space="preserve"> образовательного процесса, а не внешними наблюдателями. Наиболее эффективными формами работы стали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j">проектная деятельность</w:t>
            </w:r>
            <w:r>
              <w:rPr>
                <w:sz w:val="18"/>
                <w:lang w:val="ru-RU"/>
                <w:szCs w:val="18"/>
              </w:rPr>
              <w:t vyd:_id="vyd:000000000001li" xml:space="preserve"> (совместные исследовательские и творческие проекты</w:t>
            </w:r>
            <w:r>
              <w:rPr>
                <w:sz w:val="18"/>
                <w:lang w:val="ru-RU"/>
                <w:szCs w:val="18"/>
              </w:rPr>
              <w:t vyd:_id="vyd:000000000001lh">).</w:t>
            </w:r>
          </w:p>
          <w:p w:rsidR="003A5855" w:rsidRPr="003A5855" w:rsidRDefault="003A5855" w:rsidP="003A5855" vyd:_id="vyd:000000000001l9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f">Формы и обратная связь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e">:</w:t>
            </w:r>
            <w:r>
              <w:rPr>
                <w:sz w:val="18"/>
                <w:lang w:val="ru-RU"/>
                <w:szCs w:val="18"/>
              </w:rPr>
              <w:t vyd:_id="vyd:000000000001ld" xml:space="preserve"> Для</w:t>
            </w:r>
            <w:r>
              <w:rPr>
                <w:sz w:val="18"/>
                <w:lang w:val="ru-RU"/>
                <w:szCs w:val="18"/>
              </w:rPr>
              <w:t vyd:_id="vyd:000000000001lc" xml:space="preserve"> родителей регулярно организуются консультации, практикумы. Активно используется мессенджеры и групповые чаты для оперативного информирования и получения обратной связи.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b">Отмечается рост</w:t>
            </w:r>
            <w:r>
              <w:rPr>
                <w:sz w:val="18"/>
                <w:lang w:val="ru-RU"/>
                <w:szCs w:val="18"/>
              </w:rPr>
              <w:t vyd:_id="vyd:000000000001la" xml:space="preserve"> родительской инициативы в предложении тем и форматов совместных мероприятий.</w:t>
            </w:r>
          </w:p>
          <w:p w:rsidR="003A5855" w:rsidRPr="003A5855" w:rsidRDefault="003A5855" vyd:_id="vyd:000000000001l2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8">Динамика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7">:</w:t>
            </w:r>
            <w:r>
              <w:rPr>
                <w:sz w:val="18"/>
                <w:lang w:val="ru-RU"/>
                <w:szCs w:val="18"/>
              </w:rPr>
              <w:t vyd:_id="vyd:000000000001l6" xml:space="preserve"> Если</w:t>
            </w:r>
            <w:r>
              <w:rPr>
                <w:sz w:val="18"/>
                <w:lang w:val="ru-RU"/>
                <w:szCs w:val="18"/>
              </w:rPr>
              <w:t vyd:_id="vyd:000000000001l5" xml:space="preserve"> на начало года основная доля взаимодействия приходилась на формальное информирование, то к концу отчетного периода наблюдается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4">тенденция к переходу от «пассивной» позиции к «активной»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l3">.</w:t>
            </w:r>
          </w:p>
        </w:tc>
      </w:tr>
      <w:tr w:rsidR="00B81FA9" w:rsidRPr="00AF438E" w:rsidTr="00F81F24" vyd:_id="vyd:000000000001io">
        <w:trPr>
          <w:jc w:val="center"/>
        </w:trPr>
        <w:tc vyd:_id="vyd:000000000001kv">
          <w:tcPr>
            <w:vAlign w:val="center"/>
          </w:tcPr>
          <w:p w:rsidR="00B81FA9" w:rsidRDefault="00781383" vyd:_id="vyd:000000000001kw">
            <w:r>
              <w:rPr>
                <w:sz w:val="18"/>
              </w:rPr>
              <w:t vyd:_id="vyd:000000000001kz">Здоровье</w:t>
            </w:r>
            <w:r>
              <w:rPr>
                <w:sz w:val="18"/>
              </w:rPr>
              <w:t vyd:_id="vyd:000000000001ky" xml:space="preserve"> и </w:t>
            </w:r>
            <w:r>
              <w:rPr>
                <w:sz w:val="18"/>
              </w:rPr>
              <w:t vyd:_id="vyd:000000000001kx">безопасность</w:t>
            </w:r>
          </w:p>
        </w:tc>
        <w:tc vyd:_id="vyd:000000000001ip">
          <w:tcPr>
            <w:vAlign w:val="center"/>
          </w:tcPr>
          <w:p w:rsidR="009C6109" w:rsidRPr="009C6109" w:rsidRDefault="009C6109" w:rsidP="009C6109" vyd:_id="vyd:000000000001kn">
            <w:pPr>
              <w:rPr>
                <w:sz w:val="18"/>
                <w:lang w:val="ru-RU"/>
              </w:rPr>
            </w:pPr>
            <w:r>
              <w:rPr>
                <w:sz w:val="18"/>
                <w:b w:val="1"/>
                <w:lang w:val="ru-RU"/>
                <w:bCs w:val="1"/>
              </w:rPr>
              <w:t vyd:_id="vyd:000000000001ku">Средняя наполняемость:</w:t>
            </w:r>
            <w:r>
              <w:rPr>
                <w:sz w:val="18"/>
                <w:lang w:val="ru-RU"/>
              </w:rPr>
              <w:t vyd:_id="vyd:000000000001kt" xml:space="preserve"> Среднесписочная численность детей в группах за отчетный период сохранена. Средний показатель посещаемости составил </w:t>
            </w:r>
            <w:r>
              <w:rPr>
                <w:sz w:val="18"/>
                <w:lang w:val="ru-RU"/>
              </w:rPr>
              <w:t vyd:_id="vyd:000000000001ks">80</w:t>
            </w:r>
            <w:r>
              <w:rPr>
                <w:sz w:val="18"/>
                <w:b w:val="1"/>
                <w:lang w:val="ru-RU"/>
                <w:bCs w:val="1"/>
              </w:rPr>
              <w:t vyd:_id="vyd:000000000001kr">%</w:t>
            </w:r>
            <w:r>
              <w:rPr>
                <w:sz w:val="18"/>
                <w:lang w:val="ru-RU"/>
              </w:rPr>
              <w:t vyd:_id="vyd:000000000001kq" xml:space="preserve"> от списочного состава, что свидетельствует о </w:t>
            </w:r>
            <w:r>
              <w:rPr>
                <w:sz w:val="18"/>
                <w:b w:val="1"/>
                <w:lang w:val="ru-RU"/>
                <w:bCs w:val="1"/>
              </w:rPr>
              <w:t vyd:_id="vyd:000000000001kp">стабильной включенности</w:t>
            </w:r>
            <w:r>
              <w:rPr>
                <w:sz w:val="18"/>
                <w:lang w:val="ru-RU"/>
              </w:rPr>
              <w:t vyd:_id="vyd:000000000001ko" xml:space="preserve"> воспитанников в образовательную деятельность.</w:t>
            </w:r>
          </w:p>
          <w:p w:rsidR="009C6109" w:rsidRPr="009C6109" w:rsidRDefault="009C6109" w:rsidP="009C6109" vyd:_id="vyd:000000000001ka">
            <w:pPr>
              <w:rPr>
                <w:sz w:val="18"/>
                <w:lang w:val="ru-RU"/>
              </w:rPr>
            </w:pPr>
            <w:r>
              <w:rPr>
                <w:sz w:val="18"/>
                <w:b w:val="1"/>
                <w:lang w:val="ru-RU"/>
                <w:bCs w:val="1"/>
              </w:rPr>
              <w:t vyd:_id="vyd:000000000001km">Сравнительная динамика:</w:t>
            </w:r>
            <w:r>
              <w:rPr>
                <w:sz w:val="18"/>
                <w:lang w:val="ru-RU"/>
              </w:rPr>
              <w:t vyd:_id="vyd:000000000001kl" xml:space="preserve"> По сравнению с аналогичным периодом прошлого года посещаемость повысилась на </w:t>
            </w:r>
            <w:r>
              <w:rPr>
                <w:sz w:val="18"/>
                <w:lang w:val="ru-RU"/>
              </w:rPr>
              <w:t vyd:_id="vyd:000000000001kk">5</w:t>
            </w:r>
            <w:r>
              <w:rPr>
                <w:sz w:val="18"/>
                <w:lang w:val="ru-RU"/>
              </w:rPr>
              <w:t vyd:_id="vyd:000000000001kj">%</w:t>
            </w:r>
            <w:r>
              <w:rPr>
                <w:sz w:val="18"/>
                <w:lang w:val="ru-RU"/>
              </w:rPr>
              <w:t vyd:_id="vyd:000000000001ki" xml:space="preserve">. </w:t>
            </w:r>
            <w:r>
              <w:rPr>
                <w:sz w:val="18"/>
                <w:lang w:val="ru-RU"/>
              </w:rPr>
              <w:t vyd:_id="vyd:000000000001kh" xml:space="preserve">Наблюдается </w:t>
            </w:r>
            <w:r>
              <w:rPr>
                <w:sz w:val="18"/>
                <w:b w:val="1"/>
                <w:lang w:val="ru-RU"/>
                <w:bCs w:val="1"/>
              </w:rPr>
              <w:t vyd:_id="vyd:000000000001kg" xml:space="preserve">тенденция к </w:t>
            </w:r>
            <w:r>
              <w:rPr>
                <w:sz w:val="18"/>
                <w:lang w:val="ru-RU"/>
              </w:rPr>
              <w:t vyd:_id="vyd:000000000001kf">сокра</w:t>
            </w:r>
            <w:r>
              <w:rPr>
                <w:sz w:val="18"/>
                <w:lang w:val="ru-RU"/>
              </w:rPr>
              <w:t vyd:_id="vyd:000000000001ke">щению</w:t>
            </w:r>
            <w:r>
              <w:rPr>
                <w:sz w:val="18"/>
                <w:lang w:val="ru-RU"/>
              </w:rPr>
              <w:t vyd:_id="vyd:000000000001kd" xml:space="preserve"> количеств</w:t>
            </w:r>
            <w:r>
              <w:rPr>
                <w:sz w:val="18"/>
                <w:lang w:val="ru-RU"/>
              </w:rPr>
              <w:t vyd:_id="vyd:000000000001kc">а</w:t>
            </w:r>
            <w:r>
              <w:rPr>
                <w:sz w:val="18"/>
                <w:lang w:val="ru-RU"/>
              </w:rPr>
              <w:t vyd:_id="vyd:000000000001kb" xml:space="preserve"> пропусков по неуважительным причинам.</w:t>
            </w:r>
          </w:p>
          <w:p w:rsidR="009C6109" w:rsidRDefault="009C6109" w:rsidP="009C6109" vyd:_id="vyd:000000000001k5">
            <w:pPr>
              <w:rPr>
                <w:sz w:val="18"/>
                <w:lang w:val="ru-RU"/>
              </w:rPr>
            </w:pPr>
            <w:r>
              <w:rPr>
                <w:sz w:val="18"/>
                <w:b w:val="1"/>
                <w:lang w:val="ru-RU"/>
                <w:bCs w:val="1"/>
              </w:rPr>
              <w:t vyd:_id="vyd:000000000001k9">Качественный анализ:</w:t>
            </w:r>
            <w:r>
              <w:rPr>
                <w:sz w:val="18"/>
                <w:lang w:val="ru-RU"/>
              </w:rPr>
              <w:t vyd:_id="vyd:000000000001k8" xml:space="preserve"> Анализ посещаемости показал, что основная доля пропусков приходится на </w:t>
            </w:r>
            <w:r>
              <w:rPr>
                <w:sz w:val="18"/>
                <w:b w:val="1"/>
                <w:lang w:val="ru-RU"/>
                <w:bCs w:val="1"/>
              </w:rPr>
              <w:t vyd:_id="vyd:000000000001k7">периоды плановых отпусков семей</w:t>
            </w:r>
            <w:r>
              <w:rPr>
                <w:sz w:val="18"/>
                <w:lang w:val="ru-RU"/>
              </w:rPr>
              <w:t vyd:_id="vyd:000000000001k6" xml:space="preserve"> (летний период) и сезонной заболеваемости. Пропусков без уважительной причины (прогулов) были единичные случаи, с которыми проведена индивидуальная профилактическая работа.</w:t>
            </w:r>
          </w:p>
          <w:p w:rsidR="009C6109" w:rsidRPr="009C6109" w:rsidRDefault="009C6109" w:rsidP="009C6109" vyd:_id="vyd:000000000001jy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vyd:_id="vyd:000000000001k4">Случаев детского травматизма в Д</w:t>
            </w:r>
            <w:r>
              <w:rPr>
                <w:sz w:val="18"/>
                <w:lang w:val="ru-RU"/>
              </w:rPr>
              <w:t vyd:_id="vyd:000000000001k3">Г</w:t>
            </w:r>
            <w:r>
              <w:rPr>
                <w:sz w:val="18"/>
                <w:lang w:val="ru-RU"/>
              </w:rPr>
              <w:t vyd:_id="vyd:000000000001k2" xml:space="preserve"> за отчетный период</w:t>
            </w:r>
            <w:r>
              <w:rPr>
                <w:sz w:val="18"/>
              </w:rPr>
              <w:t vyd:_id="vyd:000000000001k1" xml:space="preserve"> </w:t>
            </w:r>
            <w:r>
              <w:rPr>
                <w:sz w:val="18"/>
                <w:b w:val="1"/>
                <w:lang w:val="ru-RU"/>
                <w:bCs w:val="1"/>
              </w:rPr>
              <w:t vyd:_id="vyd:000000000001k0">не зарегистрирован</w:t>
            </w:r>
            <w:r>
              <w:rPr>
                <w:sz w:val="18"/>
                <w:b w:val="1"/>
                <w:lang w:val="ru-RU"/>
                <w:bCs w:val="1"/>
              </w:rPr>
              <w:t vyd:_id="vyd:000000000001jz" xml:space="preserve">о. </w:t>
            </w:r>
          </w:p>
          <w:p w:rsidR="00B81FA9" w:rsidRDefault="007F5490" vyd:_id="vyd:000000000001jw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jx">Отсутствие травматизма обеспечено благодаря строгому соблюдению инструкций по охране жизни и здоровья детей, систематическому контролю за санитарным состоянием территории и игрового оборудования, а также непрерывному визуальному контролю за детьми во время прогулок и свободной деятельности.</w:t>
            </w:r>
          </w:p>
          <w:p w:rsidR="007F5490" w:rsidRPr="007F5490" w:rsidRDefault="007F5490" w:rsidP="007F5490" vyd:_id="vyd:000000000001jo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jv">Соблюдение санитарно-гигиенических норм:</w:t>
            </w:r>
            <w:r>
              <w:rPr>
                <w:sz w:val="18"/>
                <w:lang w:val="ru-RU"/>
                <w:szCs w:val="18"/>
              </w:rPr>
              <w:t vyd:_id="vyd:000000000001ju" xml:space="preserve"> </w:t>
            </w:r>
            <w:r>
              <w:rPr>
                <w:sz w:val="18"/>
                <w:lang w:val="ru-RU"/>
                <w:szCs w:val="18"/>
              </w:rPr>
              <w:t vyd:_id="vyd:000000000001jt">В</w:t>
            </w:r>
            <w:r>
              <w:rPr>
                <w:sz w:val="18"/>
                <w:lang w:val="ru-RU"/>
                <w:szCs w:val="18"/>
              </w:rPr>
              <w:t vyd:_id="vyd:000000000001js" xml:space="preserve"> группах строго соблюдался противоэпидемический режим (проветривание, использование </w:t>
            </w:r>
            <w:r>
              <w:rPr>
                <w:sz w:val="18"/>
                <w:lang w:val="ru-RU"/>
                <w:szCs w:val="18"/>
              </w:rPr>
              <w:t vyd:_id="vyd:000000000001jr" xml:space="preserve">рециркуляторов, </w:t>
            </w:r>
            <w:r>
              <w:rPr>
                <w:sz w:val="18"/>
                <w:lang w:val="ru-RU"/>
                <w:szCs w:val="18"/>
              </w:rPr>
              <w:t vyd:_id="vyd:000000000001jq">ежедневные осмотры детей, «утренние фильтры»). Водный и питьевой режимы организованы в полном объеме</w:t>
            </w:r>
            <w:r>
              <w:rPr>
                <w:sz w:val="18"/>
                <w:lang w:val="ru-RU"/>
                <w:szCs w:val="18"/>
              </w:rPr>
              <w:t vyd:_id="vyd:000000000001jp">.</w:t>
            </w:r>
          </w:p>
          <w:p w:rsidR="007F5490" w:rsidRDefault="007F5490" w:rsidP="007F5490" vyd:_id="vyd:000000000001ji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jn">Закаливающие процедуры:</w:t>
            </w:r>
            <w:r>
              <w:rPr>
                <w:sz w:val="18"/>
                <w:lang w:val="ru-RU"/>
                <w:szCs w:val="18"/>
              </w:rPr>
              <w:t vyd:_id="vyd:000000000001jm" xml:space="preserve"> Комплекс закаливающих мероприятий проводился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jl">систематически в течение всего года</w:t>
            </w:r>
            <w:r>
              <w:rPr>
                <w:sz w:val="18"/>
                <w:lang w:val="ru-RU"/>
                <w:szCs w:val="18"/>
              </w:rPr>
              <w:t vyd:_id="vyd:000000000001jk" xml:space="preserve"> (без летнего перерыва, с изменением форм в зависимости от сезона). Включены: контрастные воздушные ванны, ходьба по ребристым и массажным дорожкам после дневного сна, облегченная одежда в группе</w:t>
            </w:r>
            <w:r>
              <w:rPr>
                <w:sz w:val="18"/>
                <w:lang w:val="ru-RU"/>
                <w:szCs w:val="18"/>
              </w:rPr>
              <w:t vyd:_id="vyd:000000000001jj">.</w:t>
            </w:r>
          </w:p>
          <w:p w:rsidR="007F5490" w:rsidRPr="007F5490" w:rsidRDefault="007F5490" w:rsidP="007F5490" vyd:_id="vyd:000000000001jd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jh">Витаминизация:</w:t>
            </w:r>
            <w:r>
              <w:rPr>
                <w:sz w:val="18"/>
                <w:lang w:val="ru-RU"/>
                <w:szCs w:val="18"/>
              </w:rPr>
              <w:t vyd:_id="vyd:000000000001jg" xml:space="preserve"> </w:t>
            </w:r>
            <w:r>
              <w:rPr>
                <w:sz w:val="18"/>
                <w:lang w:val="ru-RU"/>
                <w:szCs w:val="18"/>
              </w:rPr>
              <w:t vyd:_id="vyd:000000000001jf">В</w:t>
            </w:r>
            <w:r>
              <w:rPr>
                <w:sz w:val="18"/>
                <w:lang w:val="ru-RU"/>
                <w:szCs w:val="18"/>
              </w:rPr>
              <w:t vyd:_id="vyd:000000000001je" xml:space="preserve"> осенне-зимний период в рацион включались свежие овощи, фрукты, соки, лук и чеснок (в соответствии с санитарными нормами).</w:t>
            </w:r>
          </w:p>
          <w:p w:rsidR="007F5490" w:rsidRDefault="007F5490" vyd:_id="vyd:000000000001ja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jc">В режим дня обязательно включались физкультурные занятия, динамические паузы, подвижные игры на прогулке, гимнастика (утренняя, бодрящая после сна), что способствует повышению неспецифической резистентности организма</w:t>
            </w:r>
            <w:r>
              <w:rPr>
                <w:sz w:val="18"/>
                <w:lang w:val="ru-RU"/>
                <w:szCs w:val="18"/>
              </w:rPr>
              <w:t vyd:_id="vyd:000000000001jb">.</w:t>
            </w:r>
          </w:p>
          <w:p w:rsidR="007F5490" w:rsidRPr="007F5490" w:rsidRDefault="007F5490" vyd:_id="vyd:000000000001iq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j9">Анализ динамики посещаемости и заболеваемости позволяет сделать вывод о</w:t>
            </w:r>
            <w:r>
              <w:rPr>
                <w:sz w:val="18"/>
                <w:szCs w:val="18"/>
              </w:rPr>
              <w:t vyd:_id="vyd:000000000001j8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j7">стабильной санитарно-эпидемиологической обстановке</w:t>
            </w:r>
            <w:r>
              <w:rPr>
                <w:sz w:val="18"/>
                <w:szCs w:val="18"/>
              </w:rPr>
              <w:t vyd:_id="vyd:000000000001j6" xml:space="preserve"> </w:t>
            </w:r>
            <w:r>
              <w:rPr>
                <w:sz w:val="18"/>
                <w:lang w:val="ru-RU"/>
                <w:szCs w:val="18"/>
              </w:rPr>
              <w:t vyd:_id="vyd:000000000001j5">в Д</w:t>
            </w:r>
            <w:r>
              <w:rPr>
                <w:sz w:val="18"/>
                <w:lang w:val="ru-RU"/>
                <w:szCs w:val="18"/>
              </w:rPr>
              <w:t vyd:_id="vyd:000000000001j4">Г</w:t>
            </w:r>
            <w:r>
              <w:rPr>
                <w:sz w:val="18"/>
                <w:lang w:val="ru-RU"/>
                <w:szCs w:val="18"/>
              </w:rPr>
              <w:t vyd:_id="vyd:000000000001j3">. Отсутствие травматизма и снижение уровня респираторных заболеваний свидетельствуют о</w:t>
            </w:r>
            <w:r>
              <w:rPr>
                <w:sz w:val="18"/>
                <w:szCs w:val="18"/>
              </w:rPr>
              <w:t vyd:_id="vyd:000000000001j2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j1">высокой эффективности</w:t>
            </w:r>
            <w:r>
              <w:rPr>
                <w:sz w:val="18"/>
                <w:szCs w:val="18"/>
              </w:rPr>
              <w:t vyd:_id="vyd:000000000001j0" xml:space="preserve"> </w:t>
            </w:r>
            <w:r>
              <w:rPr>
                <w:sz w:val="18"/>
                <w:lang w:val="ru-RU"/>
                <w:szCs w:val="18"/>
              </w:rPr>
              <w:t vyd:_id="vyd:000000000001iz">системы профилактических и физкультурно-</w:t>
            </w:r>
            <w:r>
              <w:rPr>
                <w:sz w:val="18"/>
                <w:lang w:val="ru-RU"/>
                <w:szCs w:val="18"/>
              </w:rPr>
              <w:t vyd:_id="vyd:000000000001iy">оздоровительных мероприятий. План профилактических мероприятий выполнен в полном объеме. В качестве</w:t>
            </w:r>
            <w:r>
              <w:rPr>
                <w:sz w:val="18"/>
                <w:szCs w:val="18"/>
              </w:rPr>
              <w:t vyd:_id="vyd:000000000001ix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iw">перспективной задачи</w:t>
            </w:r>
            <w:r>
              <w:rPr>
                <w:sz w:val="18"/>
                <w:szCs w:val="18"/>
              </w:rPr>
              <w:t vyd:_id="vyd:000000000001iv" xml:space="preserve"> </w:t>
            </w:r>
            <w:r>
              <w:rPr>
                <w:sz w:val="18"/>
                <w:lang w:val="ru-RU"/>
                <w:szCs w:val="18"/>
              </w:rPr>
              <w:t vyd:_id="vyd:000000000001iu" xml:space="preserve">планируется усилить индивидуальную работу по профилактике ОРВИ с часто болеющими детьми с использованием методов повышения иммунитета (дыхательная гимнастика, точечный </w:t>
            </w:r>
            <w:r>
              <w:rPr>
                <w:sz w:val="18"/>
                <w:lang w:val="ru-RU"/>
                <w:szCs w:val="18"/>
              </w:rPr>
              <w:t vyd:_id="vyd:000000000001it">само</w:t>
            </w:r>
            <w:r>
              <w:rPr>
                <w:sz w:val="18"/>
                <w:lang w:val="ru-RU"/>
                <w:szCs w:val="18"/>
              </w:rPr>
              <w:t vyd:_id="vyd:000000000001is">массаж</w:t>
            </w:r>
            <w:r>
              <w:rPr>
                <w:sz w:val="18"/>
                <w:lang w:val="ru-RU"/>
                <w:szCs w:val="18"/>
              </w:rPr>
              <w:t vyd:_id="vyd:000000000001ir">).</w:t>
            </w:r>
          </w:p>
        </w:tc>
      </w:tr>
      <w:tr w:rsidR="00B81FA9" w:rsidRPr="00AF438E" w:rsidTr="00F81F24" vyd:_id="vyd:000000000001go">
        <w:trPr>
          <w:jc w:val="center"/>
        </w:trPr>
        <w:tc vyd:_id="vyd:000000000001ij">
          <w:tcPr>
            <w:vAlign w:val="center"/>
          </w:tcPr>
          <w:p w:rsidR="00B81FA9" w:rsidRDefault="00781383" vyd:_id="vyd:000000000001ik">
            <w:r>
              <w:rPr>
                <w:sz w:val="18"/>
              </w:rPr>
              <w:t vyd:_id="vyd:000000000001in">Профессиональное</w:t>
            </w:r>
            <w:r>
              <w:rPr>
                <w:sz w:val="18"/>
              </w:rPr>
              <w:t vyd:_id="vyd:000000000001im" xml:space="preserve"> </w:t>
            </w:r>
            <w:r>
              <w:rPr>
                <w:sz w:val="18"/>
              </w:rPr>
              <w:t vyd:_id="vyd:000000000001il">развитие</w:t>
            </w:r>
          </w:p>
        </w:tc>
        <w:tc vyd:_id="vyd:000000000001gp">
          <w:tcPr>
            <w:vAlign w:val="center"/>
          </w:tcPr>
          <w:p w:rsidR="0054097A" w:rsidRPr="0054097A" w:rsidRDefault="0054097A" w:rsidP="0054097A" vyd:_id="vyd:000000000001id">
            <w:pPr>
              <w:tabs>
                <w:tab w:val="num" w:pos="1440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vyd:_id="vyd:000000000001ii" xml:space="preserve">В ходе </w:t>
            </w:r>
            <w:r>
              <w:rPr>
                <w:sz w:val="18"/>
                <w:lang w:val="ru-RU"/>
              </w:rPr>
              <w:t vyd:_id="vyd:000000000001ih">самоаудита</w:t>
            </w:r>
            <w:r>
              <w:rPr>
                <w:sz w:val="18"/>
                <w:lang w:val="ru-RU"/>
              </w:rPr>
              <w:t vyd:_id="vyd:000000000001ig" xml:space="preserve"> профессиональных компетенций и анализа результатов педагогической диагностики были выявлены следующие </w:t>
            </w:r>
            <w:r>
              <w:rPr>
                <w:sz w:val="18"/>
                <w:b w:val="1"/>
                <w:lang w:val="ru-RU"/>
                <w:bCs w:val="1"/>
              </w:rPr>
              <w:t vyd:_id="vyd:000000000001if">профессиональные дефициты</w:t>
            </w:r>
            <w:r>
              <w:rPr>
                <w:sz w:val="18"/>
                <w:b w:val="1"/>
                <w:lang w:val="ru-RU"/>
                <w:bCs w:val="1"/>
              </w:rPr>
              <w:t vyd:_id="vyd:000000000001ie">:</w:t>
            </w:r>
          </w:p>
          <w:p w:rsidR="0054097A" w:rsidRPr="0054097A" w:rsidRDefault="0054097A" w:rsidP="0054097A" vyd:_id="vyd:000000000001i7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vyd:_id="vyd:000000000001ic" xml:space="preserve">- </w:t>
            </w:r>
            <w:r>
              <w:rPr>
                <w:sz w:val="18"/>
                <w:lang w:val="ru-RU"/>
              </w:rPr>
              <w:t vyd:_id="vyd:000000000001ib">Недостаточное владение современными образовательными технологиями (например, ТРИЗ, технология «</w:t>
            </w:r>
            <w:r>
              <w:rPr>
                <w:sz w:val="18"/>
                <w:lang w:val="ru-RU"/>
              </w:rPr>
              <w:t vyd:_id="vyd:000000000001ia">Сторителлинг</w:t>
            </w:r>
            <w:r>
              <w:rPr>
                <w:sz w:val="18"/>
                <w:lang w:val="ru-RU"/>
              </w:rPr>
              <w:t vyd:_id="vyd:000000000001i9">», квест-технологии) для развития познавательной активности и речи дошкольников</w:t>
            </w:r>
            <w:r>
              <w:rPr>
                <w:sz w:val="18"/>
                <w:lang w:val="ru-RU"/>
              </w:rPr>
              <w:t vyd:_id="vyd:000000000001i8">.</w:t>
            </w:r>
          </w:p>
          <w:p w:rsidR="0054097A" w:rsidRPr="0054097A" w:rsidRDefault="0054097A" w:rsidP="0054097A" vyd:_id="vyd:000000000001i2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vyd:_id="vyd:000000000001i6" xml:space="preserve">- </w:t>
            </w:r>
            <w:r>
              <w:rPr>
                <w:sz w:val="18"/>
                <w:lang w:val="ru-RU"/>
              </w:rPr>
              <w:t vyd:_id="vyd:000000000001i5" xml:space="preserve">Потребность в освоении инструментов </w:t>
            </w:r>
            <w:r>
              <w:rPr>
                <w:sz w:val="18"/>
                <w:b w:val="1"/>
                <w:lang w:val="ru-RU"/>
                <w:bCs w:val="1"/>
              </w:rPr>
              <w:t vyd:_id="vyd:000000000001i4">цифровой педагогики</w:t>
            </w:r>
            <w:r>
              <w:rPr>
                <w:sz w:val="18"/>
                <w:lang w:val="ru-RU"/>
              </w:rPr>
              <w:t vyd:_id="vyd:000000000001i3" xml:space="preserve"> (интерактивные доски, детское программирование, создание цифрового контента для занятий)».</w:t>
            </w:r>
          </w:p>
          <w:p w:rsidR="0054097A" w:rsidRPr="0054097A" w:rsidRDefault="0054097A" w:rsidP="0054097A" vyd:_id="vyd:000000000001hx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vyd:_id="vyd:000000000001i1" xml:space="preserve">- </w:t>
            </w:r>
            <w:r>
              <w:rPr>
                <w:sz w:val="18"/>
                <w:lang w:val="ru-RU"/>
              </w:rPr>
              <w:t vyd:_id="vyd:000000000001i0" xml:space="preserve">Недостаточный опыт в организации </w:t>
            </w:r>
            <w:r>
              <w:rPr>
                <w:sz w:val="18"/>
                <w:b w:val="1"/>
                <w:lang w:val="ru-RU"/>
                <w:bCs w:val="1"/>
              </w:rPr>
              <w:t vyd:_id="vyd:000000000001hz">проектной деятельности</w:t>
            </w:r>
            <w:r>
              <w:rPr>
                <w:sz w:val="18"/>
                <w:lang w:val="ru-RU"/>
              </w:rPr>
              <w:t vyd:_id="vyd:000000000001hy" xml:space="preserve"> с участием семей (переход от формального информирования к совместной продуктивной деятельности).</w:t>
            </w:r>
          </w:p>
          <w:p w:rsidR="0054097A" w:rsidRDefault="0054097A" w:rsidP="0054097A" vyd:_id="vyd:000000000001hq">
            <w:pPr>
              <w:ind w:start="720"/>
              <w:rPr>
                <w:sz w:val="18"/>
                <w:u w:val="single"/>
                <w:lang w:val="ru-RU"/>
              </w:rPr>
            </w:pPr>
            <w:r>
              <w:rPr>
                <w:sz w:val="18"/>
                <w:u w:val="single"/>
                <w:lang w:val="ru-RU"/>
              </w:rPr>
              <w:t vyd:_id="vyd:000000000001hw" xml:space="preserve">Выявленные затруднения </w:t>
            </w:r>
            <w:r>
              <w:rPr>
                <w:sz w:val="18"/>
                <w:u w:val="single"/>
                <w:b w:val="1"/>
                <w:lang w:val="ru-RU"/>
                <w:bCs w:val="1"/>
              </w:rPr>
              <w:t vyd:_id="vyd:000000000001hv">не носят критического характера</w:t>
            </w:r>
            <w:r>
              <w:rPr>
                <w:sz w:val="18"/>
                <w:u w:val="single"/>
                <w:lang w:val="ru-RU"/>
              </w:rPr>
              <w:t vyd:_id="vyd:000000000001hu" xml:space="preserve">, но определяют </w:t>
            </w:r>
            <w:r>
              <w:rPr>
                <w:sz w:val="18"/>
                <w:u w:val="single"/>
                <w:b w:val="1"/>
                <w:lang w:val="ru-RU"/>
                <w:bCs w:val="1"/>
              </w:rPr>
              <w:t vyd:_id="vyd:000000000001ht">приоритетные направления</w:t>
            </w:r>
            <w:r>
              <w:rPr>
                <w:sz w:val="18"/>
                <w:u w:val="single"/>
                <w:lang w:val="ru-RU"/>
              </w:rPr>
              <w:t vyd:_id="vyd:000000000001hs" xml:space="preserve"> методической работы на следующий учебный год</w:t>
            </w:r>
            <w:r>
              <w:rPr>
                <w:sz w:val="18"/>
                <w:u w:val="single"/>
                <w:lang w:val="ru-RU"/>
              </w:rPr>
              <w:t vyd:_id="vyd:000000000001hr">.</w:t>
            </w:r>
          </w:p>
          <w:p w:rsidR="0054097A" w:rsidRDefault="0054097A" w:rsidP="0054097A" vyd:_id="vyd:000000000001hn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vyd:_id="vyd:000000000001hp">В рамках тем самообразования педагогами разработаны дидактические пособия, картотеки игр, авторские конспекты, которые активно используются в образовательной деятельности</w:t>
            </w:r>
            <w:r>
              <w:rPr>
                <w:sz w:val="18"/>
                <w:lang w:val="ru-RU"/>
              </w:rPr>
              <w:t vyd:_id="vyd:000000000001ho">.</w:t>
            </w:r>
          </w:p>
          <w:p w:rsidR="0054097A" w:rsidRDefault="0054097A" w:rsidP="0054097A" vyd:_id="vyd:000000000001hc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vyd:_id="vyd:000000000001hm">Результатом повышения квалификации стало</w:t>
            </w:r>
            <w:r>
              <w:rPr>
                <w:sz w:val="18"/>
              </w:rPr>
              <w:t vyd:_id="vyd:000000000001hl" xml:space="preserve"> </w:t>
            </w:r>
            <w:r>
              <w:rPr>
                <w:sz w:val="18"/>
                <w:b w:val="1"/>
                <w:lang w:val="ru-RU"/>
                <w:bCs w:val="1"/>
              </w:rPr>
              <w:t vyd:_id="vyd:000000000001hk">обновление содержания</w:t>
            </w:r>
            <w:r>
              <w:rPr>
                <w:sz w:val="18"/>
              </w:rPr>
              <w:t vyd:_id="vyd:000000000001hj" xml:space="preserve"> </w:t>
            </w:r>
            <w:r>
              <w:rPr>
                <w:sz w:val="18"/>
                <w:lang w:val="ru-RU"/>
              </w:rPr>
              <w:t vyd:_id="vyd:000000000001hi" xml:space="preserve">РППС в группах, внедрение в практику новых форм работы с детьми (например, </w:t>
            </w:r>
            <w:r>
              <w:rPr>
                <w:sz w:val="18"/>
                <w:lang w:val="ru-RU"/>
              </w:rPr>
              <w:t vyd:_id="vyd:000000000001hh" xml:space="preserve">программа «Умный ребёнок», </w:t>
            </w:r>
            <w:r>
              <w:rPr>
                <w:sz w:val="18"/>
                <w:lang w:val="ru-RU"/>
              </w:rPr>
              <w:t vyd:_id="vyd:000000000001hg" xml:space="preserve">«Умные игры» В.В. </w:t>
            </w:r>
            <w:r>
              <w:rPr>
                <w:sz w:val="18"/>
                <w:lang w:val="ru-RU"/>
              </w:rPr>
              <w:t vyd:_id="vyd:000000000001hf">Воскобовича</w:t>
            </w:r>
            <w:r>
              <w:rPr>
                <w:sz w:val="18"/>
                <w:lang w:val="ru-RU"/>
              </w:rPr>
              <w:t vyd:_id="vyd:000000000001he">, элементы ментальной арифметики) и положительная динамика в развитии воспитанников</w:t>
            </w:r>
            <w:r>
              <w:rPr>
                <w:sz w:val="18"/>
                <w:lang w:val="ru-RU"/>
              </w:rPr>
              <w:t vyd:_id="vyd:000000000001hd">.</w:t>
            </w:r>
          </w:p>
          <w:p w:rsidR="0054097A" w:rsidRDefault="0054097A" w:rsidP="0054097A" vyd:_id="vyd:000000000001h4">
            <w:pPr>
              <w:rPr>
                <w:sz w:val="18"/>
                <w:lang w:val="ru-RU"/>
                <w:bCs w:val="1"/>
              </w:rPr>
            </w:pPr>
            <w:r>
              <w:rPr>
                <w:sz w:val="18"/>
                <w:lang w:val="ru-RU"/>
              </w:rPr>
              <w:t vyd:_id="vyd:000000000001hb">В ДОО функционирует система наставничества по модели</w:t>
            </w:r>
            <w:r>
              <w:rPr>
                <w:sz w:val="18"/>
              </w:rPr>
              <w:t vyd:_id="vyd:000000000001ha" xml:space="preserve"> </w:t>
            </w:r>
            <w:r>
              <w:rPr>
                <w:sz w:val="18"/>
                <w:b w:val="1"/>
                <w:lang w:val="ru-RU"/>
                <w:bCs w:val="1"/>
              </w:rPr>
              <w:t vyd:_id="vyd:000000000001h9">«педагог-профессионал — молодой специалист</w:t>
            </w:r>
            <w:r>
              <w:rPr>
                <w:sz w:val="18"/>
                <w:lang w:val="ru-RU"/>
                <w:bCs w:val="1"/>
              </w:rPr>
              <w:t vyd:_id="vyd:000000000001h8" xml:space="preserve">. В течение года проводились: </w:t>
            </w:r>
            <w:r>
              <w:rPr>
                <w:sz w:val="18"/>
                <w:lang w:val="ru-RU"/>
                <w:bCs w:val="1"/>
              </w:rPr>
              <w:t vyd:_id="vyd:000000000001h7">взаимопосещения</w:t>
            </w:r>
            <w:r>
              <w:rPr>
                <w:sz w:val="18"/>
                <w:lang w:val="ru-RU"/>
                <w:bCs w:val="1"/>
              </w:rPr>
              <w:t vyd:_id="vyd:000000000001h6" xml:space="preserve"> занятий, совместное планирование образовательной деятельности, мастер-классы наставников по эффективным приемам организации детского коллектива (режимные моменты, урегулирование конфликтов)</w:t>
            </w:r>
            <w:r>
              <w:rPr>
                <w:sz w:val="18"/>
                <w:lang w:val="ru-RU"/>
                <w:bCs w:val="1"/>
              </w:rPr>
              <w:t vyd:_id="vyd:000000000001h5">.</w:t>
            </w:r>
          </w:p>
          <w:p w:rsidR="00B81FA9" w:rsidRPr="00AA59A3" w:rsidRDefault="0054097A" w:rsidP="00627F95" vyd:_id="vyd:000000000001gq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h3">Таким образом, система работы с кадрами в отчетный период была направлена на</w:t>
            </w:r>
            <w:r>
              <w:rPr>
                <w:sz w:val="18"/>
              </w:rPr>
              <w:t vyd:_id="vyd:000000000001h2" xml:space="preserve"> </w:t>
            </w:r>
            <w:r>
              <w:rPr>
                <w:sz w:val="18"/>
                <w:b w:val="1"/>
                <w:lang w:val="ru-RU"/>
                <w:bCs w:val="1"/>
              </w:rPr>
              <w:t vyd:_id="vyd:000000000001h1">нивелирование выявленных дефицитов</w:t>
            </w:r>
            <w:r>
              <w:rPr>
                <w:sz w:val="18"/>
              </w:rPr>
              <w:t vyd:_id="vyd:000000000001h0" xml:space="preserve"> </w:t>
            </w:r>
            <w:r>
              <w:rPr>
                <w:sz w:val="18"/>
                <w:lang w:val="ru-RU"/>
              </w:rPr>
              <w:t vyd:_id="vyd:000000000001gz">через адресное повышение квалификации и наставничество. Педагогический коллектив</w:t>
            </w:r>
            <w:r>
              <w:rPr>
                <w:sz w:val="18"/>
              </w:rPr>
              <w:t vyd:_id="vyd:000000000001gy" xml:space="preserve"> </w:t>
            </w:r>
            <w:r>
              <w:rPr>
                <w:sz w:val="18"/>
                <w:b w:val="1"/>
                <w:lang w:val="ru-RU"/>
                <w:bCs w:val="1"/>
              </w:rPr>
              <w:t vyd:_id="vyd:000000000001gx">открыт к инновациям</w:t>
            </w:r>
            <w:r>
              <w:rPr>
                <w:sz w:val="18"/>
                <w:lang w:val="ru-RU"/>
              </w:rPr>
              <w:t vyd:_id="vyd:000000000001gw">. Профессиональный уровень педагогов соответствует требованиям ФГОС ДО и ФОП ДО. В качестве</w:t>
            </w:r>
            <w:r>
              <w:rPr>
                <w:sz w:val="18"/>
              </w:rPr>
              <w:t vyd:_id="vyd:000000000001gv" xml:space="preserve"> </w:t>
            </w:r>
            <w:r>
              <w:rPr>
                <w:sz w:val="18"/>
                <w:b w:val="1"/>
                <w:lang w:val="ru-RU"/>
                <w:bCs w:val="1"/>
              </w:rPr>
              <w:t vyd:_id="vyd:000000000001gu">стратегической задачи на следующий период</w:t>
            </w:r>
            <w:r>
              <w:rPr>
                <w:sz w:val="18"/>
              </w:rPr>
              <w:t vyd:_id="vyd:000000000001gt" xml:space="preserve"> </w:t>
            </w:r>
            <w:r>
              <w:rPr>
                <w:sz w:val="18"/>
                <w:lang w:val="ru-RU"/>
              </w:rPr>
              <w:t vyd:_id="vyd:000000000001gs">определяется усиление работы по внедрению цифровых образовательных ресурсов</w:t>
            </w:r>
            <w:r>
              <w:rPr>
                <w:sz w:val="18"/>
                <w:lang w:val="ru-RU"/>
              </w:rPr>
              <w:t vyd:_id="vyd:000000000001gr">.</w:t>
            </w:r>
          </w:p>
        </w:tc>
      </w:tr>
      <w:tr w:rsidR="00B81FA9" w:rsidRPr="00AF438E" w:rsidTr="00F81F24" vyd:_id="vyd:000000000001f0">
        <w:trPr>
          <w:jc w:val="center"/>
        </w:trPr>
        <w:tc vyd:_id="vyd:000000000001gi">
          <w:tcPr>
            <w:vAlign w:val="center"/>
          </w:tcPr>
          <w:p w:rsidR="00B81FA9" w:rsidRPr="00822E0D" w:rsidRDefault="00781383" vyd:_id="vyd:000000000001gj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gn">ВСОКО</w:t>
            </w:r>
            <w:r>
              <w:rPr>
                <w:sz w:val="18"/>
                <w:lang w:val="ru-RU"/>
              </w:rPr>
              <w:t vyd:_id="vyd:000000000001gm" xml:space="preserve"> (</w:t>
            </w:r>
            <w:r>
              <w:rPr>
                <w:sz w:val="18"/>
                <w:b w:val="1"/>
                <w:lang w:val="ru-RU"/>
                <w:bCs w:val="1"/>
              </w:rPr>
              <w:t vyd:_id="vyd:000000000001gl">Внутренняя система оценки качества образования</w:t>
            </w:r>
            <w:r>
              <w:rPr>
                <w:sz w:val="18"/>
                <w:b w:val="1"/>
                <w:lang w:val="ru-RU"/>
                <w:bCs w:val="1"/>
              </w:rPr>
              <w:t vyd:_id="vyd:000000000001gk">)</w:t>
            </w:r>
          </w:p>
        </w:tc>
        <w:tc vyd:_id="vyd:000000000001f1">
          <w:tcPr>
            <w:vAlign w:val="center"/>
          </w:tcPr>
          <w:p w:rsidR="00B81FA9" w:rsidRDefault="00F2229E" vyd:_id="vyd:000000000001g9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vyd:_id="vyd:000000000001gh">В рамках ВСОКО проведена оценка развивающей предметно-пространственной среды (РППС) на предмет ее соответствия требованиям ФГОС ДО и ФОП ДО, а также насыщенности в соответствии с реализуемыми образовательными областями. Проведен анализ календарно-тематического планирования на</w:t>
            </w:r>
            <w:r>
              <w:rPr>
                <w:sz w:val="18"/>
                <w:lang w:val="ru-RU"/>
              </w:rPr>
              <w:t vyd:_id="vyd:000000000001gg" xml:space="preserve"> </w:t>
            </w:r>
            <w:r>
              <w:rPr>
                <w:sz w:val="18"/>
                <w:lang w:val="ru-RU"/>
              </w:rPr>
              <w:t vyd:_id="vyd:000000000001gf">предмет</w:t>
            </w:r>
            <w:r>
              <w:rPr>
                <w:sz w:val="18"/>
              </w:rPr>
              <w:t vyd:_id="vyd:000000000001ge" xml:space="preserve"> </w:t>
            </w:r>
            <w:r>
              <w:rPr>
                <w:sz w:val="18"/>
                <w:b w:val="1"/>
                <w:lang w:val="ru-RU"/>
                <w:bCs w:val="1"/>
              </w:rPr>
              <w:t vyd:_id="vyd:000000000001gd">интеграции</w:t>
            </w:r>
            <w:r>
              <w:rPr>
                <w:sz w:val="18"/>
              </w:rPr>
              <w:t vyd:_id="vyd:000000000001gc" xml:space="preserve"> </w:t>
            </w:r>
            <w:r>
              <w:rPr>
                <w:sz w:val="18"/>
                <w:lang w:val="ru-RU"/>
              </w:rPr>
              <w:t vyd:_id="vyd:000000000001gb">воспитательных и образовательных задач</w:t>
            </w:r>
            <w:r>
              <w:rPr>
                <w:sz w:val="18"/>
                <w:lang w:val="ru-RU"/>
              </w:rPr>
              <w:t vyd:_id="vyd:000000000001ga">.</w:t>
            </w:r>
          </w:p>
          <w:p w:rsidR="00AC3D24" w:rsidRDefault="00AC3D24" vyd:_id="vyd:000000000001g6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g8">Осуществлен мониторинг динамики развития детей (педагогическая диагностика), а также оценка удовлетворенности родителей качеством предоставляемых услуг (анкетирование)</w:t>
            </w:r>
            <w:r>
              <w:rPr>
                <w:sz w:val="18"/>
                <w:lang w:val="ru-RU"/>
                <w:szCs w:val="18"/>
              </w:rPr>
              <w:t vyd:_id="vyd:000000000001g7">.</w:t>
            </w:r>
          </w:p>
          <w:p w:rsidR="00AC3D24" w:rsidRDefault="00AC3D24" vyd:_id="vyd:000000000001fv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g5">По итогам внутренней оценки установлено, что</w:t>
            </w:r>
            <w:r>
              <w:rPr>
                <w:sz w:val="18"/>
                <w:szCs w:val="18"/>
              </w:rPr>
              <w:t vyd:_id="vyd:000000000001g4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g3">основные показатели</w:t>
            </w:r>
            <w:r>
              <w:rPr>
                <w:sz w:val="18"/>
                <w:szCs w:val="18"/>
              </w:rPr>
              <w:t vyd:_id="vyd:000000000001g2" xml:space="preserve"> </w:t>
            </w:r>
            <w:r>
              <w:rPr>
                <w:sz w:val="18"/>
                <w:lang w:val="ru-RU"/>
                <w:szCs w:val="18"/>
              </w:rPr>
              <w:t vyd:_id="vyd:000000000001g1">деятельности ДОО имеют положительную динамику. Однако в ходе анализа были идентифицированы</w:t>
            </w:r>
            <w:r>
              <w:rPr>
                <w:sz w:val="18"/>
                <w:szCs w:val="18"/>
              </w:rPr>
              <w:t vyd:_id="vyd:000000000001g0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fz">зоны риск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fy">ов</w:t>
            </w:r>
            <w:r>
              <w:rPr>
                <w:sz w:val="18"/>
                <w:lang w:val="ru-RU"/>
                <w:szCs w:val="18"/>
              </w:rPr>
              <w:t vyd:_id="vyd:000000000001fx">, требующие принятия управленческих решений</w:t>
            </w:r>
            <w:r>
              <w:rPr>
                <w:sz w:val="18"/>
                <w:lang w:val="ru-RU"/>
                <w:szCs w:val="18"/>
              </w:rPr>
              <w:t vyd:_id="vyd:000000000001fw">.</w:t>
            </w:r>
          </w:p>
          <w:p w:rsidR="00AC3D24" w:rsidRDefault="00AC3D24" vyd:_id="vyd:000000000001fk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fu">Существует риск</w:t>
            </w:r>
            <w:r>
              <w:rPr>
                <w:sz w:val="18"/>
                <w:szCs w:val="18"/>
              </w:rPr>
              <w:t vyd:_id="vyd:000000000001ft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fs">недостаточной компетентности</w:t>
            </w:r>
            <w:r>
              <w:rPr>
                <w:sz w:val="18"/>
                <w:szCs w:val="18"/>
              </w:rPr>
              <w:t vyd:_id="vyd:000000000001fr" xml:space="preserve"> </w:t>
            </w:r>
            <w:r>
              <w:rPr>
                <w:sz w:val="18"/>
                <w:lang w:val="ru-RU"/>
                <w:szCs w:val="18"/>
              </w:rPr>
              <w:t vyd:_id="vyd:000000000001fq" xml:space="preserve">педагогов в </w:t>
            </w:r>
            <w:r>
              <w:rPr>
                <w:sz w:val="18"/>
                <w:lang w:val="ru-RU"/>
                <w:szCs w:val="18"/>
              </w:rPr>
              <w:t vyd:_id="vyd:000000000001fp" xml:space="preserve">реализации новых проектов «Добрые игры» и «Орлята дошколята», </w:t>
            </w:r>
            <w:r>
              <w:rPr>
                <w:sz w:val="18"/>
                <w:lang w:val="ru-RU"/>
                <w:szCs w:val="18"/>
              </w:rPr>
              <w:t vyd:_id="vyd:000000000001fo">так как данные направления введены</w:t>
            </w:r>
            <w:r>
              <w:rPr>
                <w:sz w:val="18"/>
                <w:lang w:val="ru-RU"/>
                <w:szCs w:val="18"/>
              </w:rPr>
              <w:t vyd:_id="vyd:000000000001fn" xml:space="preserve"> </w:t>
            </w:r>
            <w:r>
              <w:rPr>
                <w:sz w:val="18"/>
                <w:lang w:val="ru-RU"/>
                <w:szCs w:val="18"/>
              </w:rPr>
              <w:t vyd:_id="vyd:000000000001fm">недавно</w:t>
            </w:r>
            <w:r>
              <w:rPr>
                <w:sz w:val="18"/>
                <w:lang w:val="ru-RU"/>
                <w:szCs w:val="18"/>
              </w:rPr>
              <w:t vyd:_id="vyd:000000000001fl">.</w:t>
            </w:r>
          </w:p>
          <w:p w:rsidR="00AC3D24" w:rsidRDefault="00AC3D24" w:rsidP="00AC3D24" vyd:_id="vyd:000000000001f9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fj">Для нивелирования кадрового риска принято решение о</w:t>
            </w:r>
            <w:r>
              <w:rPr>
                <w:sz w:val="18"/>
                <w:szCs w:val="18"/>
              </w:rPr>
              <w:t vyd:_id="vyd:000000000001fi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fh" xml:space="preserve">введении в план 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fg">саморазвития</w:t>
            </w:r>
            <w:r>
              <w:rPr>
                <w:sz w:val="18"/>
                <w:szCs w:val="18"/>
              </w:rPr>
              <w:t vyd:_id="vyd:000000000001ff" xml:space="preserve"> </w:t>
            </w:r>
            <w:r>
              <w:rPr>
                <w:sz w:val="18"/>
                <w:lang w:val="ru-RU"/>
                <w:szCs w:val="18"/>
              </w:rPr>
              <w:t vyd:_id="vyd:000000000001fe" xml:space="preserve">на следующий год </w:t>
            </w:r>
            <w:r>
              <w:rPr>
                <w:sz w:val="18"/>
                <w:lang w:val="ru-RU"/>
                <w:szCs w:val="18"/>
              </w:rPr>
              <w:t vyd:_id="vyd:000000000001fd">изучение этих проектов и совместная работа</w:t>
            </w:r>
            <w:r>
              <w:rPr>
                <w:sz w:val="18"/>
                <w:lang w:val="ru-RU"/>
                <w:szCs w:val="18"/>
              </w:rPr>
              <w:t vyd:_id="vyd:000000000001fc" xml:space="preserve"> по их реализации</w:t>
            </w:r>
            <w:r>
              <w:rPr>
                <w:sz w:val="18"/>
                <w:lang w:val="ru-RU"/>
                <w:szCs w:val="18"/>
              </w:rPr>
              <w:t vyd:_id="vyd:000000000001fb" xml:space="preserve"> для педагогов</w:t>
            </w:r>
            <w:r>
              <w:rPr>
                <w:sz w:val="18"/>
                <w:lang w:val="ru-RU"/>
                <w:szCs w:val="18"/>
              </w:rPr>
              <w:t vyd:_id="vyd:000000000001fa">.</w:t>
            </w:r>
          </w:p>
          <w:p w:rsidR="00822E0D" w:rsidRPr="00AC3D24" w:rsidRDefault="00822E0D" w:rsidP="00AC3D24" vyd:_id="vyd:000000000001f2">
            <w:pPr>
              <w:rPr>
                <w:sz w:val="18"/>
                <w:lang w:val="ru-RU"/>
                <w:szCs w:val="18"/>
              </w:rPr>
            </w:pPr>
            <w:r>
              <w:rPr>
                <w:sz w:val="18"/>
                <w:lang w:val="ru-RU"/>
                <w:szCs w:val="18"/>
              </w:rPr>
              <w:t vyd:_id="vyd:000000000001f8">Проведенные внутренние процедуры оценки позволили объективно выявить зоны риска и принять своевременные управленческие решения. Все выявленные риски</w:t>
            </w:r>
            <w:r>
              <w:rPr>
                <w:sz w:val="18"/>
                <w:szCs w:val="18"/>
              </w:rPr>
              <w:t vyd:_id="vyd:000000000001f7" xml:space="preserve"> </w:t>
            </w:r>
            <w:r>
              <w:rPr>
                <w:sz w:val="18"/>
                <w:b w:val="1"/>
                <w:lang w:val="ru-RU"/>
                <w:bCs w:val="1"/>
                <w:szCs w:val="18"/>
              </w:rPr>
              <w:t vyd:_id="vyd:000000000001f6">переведены в разряд управляемых</w:t>
            </w:r>
            <w:r>
              <w:rPr>
                <w:sz w:val="18"/>
                <w:szCs w:val="18"/>
              </w:rPr>
              <w:t vyd:_id="vyd:000000000001f5" xml:space="preserve"> </w:t>
            </w:r>
            <w:r>
              <w:rPr>
                <w:sz w:val="18"/>
                <w:lang w:val="ru-RU"/>
                <w:szCs w:val="18"/>
              </w:rPr>
              <w:t vyd:_id="vyd:000000000001f4">(находятся под контролем администрации).</w:t>
            </w:r>
            <w:r>
              <w:rPr>
                <w:sz w:val="18"/>
                <w:szCs w:val="18"/>
              </w:rPr>
              <w:t vyd:_id="vyd:000000000001f3" xml:space="preserve"> </w:t>
            </w:r>
          </w:p>
        </w:tc>
      </w:tr>
    </w:tbl>
    <w:p w:rsidR="00B81FA9" w:rsidRPr="00AA59A3" w:rsidRDefault="00B81FA9" vyd:_id="vyd:000000000001ey">
      <w:pPr>
        <w:rPr>
          <w:lang w:val="ru-RU"/>
        </w:rPr>
      </w:pPr>
    </w:p>
    <w:p w:rsidR="00B81FA9" w:rsidRPr="00AA59A3" w:rsidRDefault="00781383" vyd:_id="vyd:000000000001ew">
      <w:pPr>
        <w:pStyle w:val="1"/>
        <w:rPr>
          <w:lang w:val="ru-RU"/>
        </w:rPr>
      </w:pPr>
      <w:r>
        <w:rPr>
          <w:lang w:val="ru-RU"/>
        </w:rPr>
        <w:t vyd:_id="vyd:000000000001ex">3. Цель, задачи и ожидаемые результаты</w:t>
      </w:r>
    </w:p>
    <w:p w:rsidR="00B81FA9" w:rsidRPr="00822E0D" w:rsidRDefault="00781383" w:rsidP="00822E0D" vyd:_id="vyd:000000000001eu">
      <w:pPr>
        <w:pStyle w:val="ae"/>
        <w:numPr>
          <w:ilvl w:val="0"/>
          <w:numId w:val="19"/>
        </w:numPr>
        <w:jc w:val="both"/>
        <w:rPr>
          <w:lang w:val="ru-RU"/>
        </w:rPr>
      </w:pPr>
      <w:r>
        <w:rPr>
          <w:lang w:val="ru-RU"/>
        </w:rPr>
        <w:t vyd:_id="vyd:000000000001ev">Цель: обеспечить устойчивое качество дошкольного образования через реализацию ОП ДО в соответствии с ФГОС ДО и ФОП ДО, создание безопасной и развивающей образовательной среды, укрепление партнерства с семьями воспитанников и профессиональное развитие педагогического коллектива.</w:t>
      </w:r>
    </w:p>
    <w:p w:rsidR="00B81FA9" w:rsidRPr="00AA59A3" w:rsidRDefault="00781383" vyd:_id="vyd:000000000001es">
      <w:pPr>
        <w:jc w:val="both"/>
        <w:rPr>
          <w:lang w:val="ru-RU"/>
        </w:rPr>
      </w:pPr>
      <w:r>
        <w:rPr>
          <w:lang w:val="ru-RU"/>
        </w:rPr>
        <w:t vyd:_id="vyd:000000000001et">Задачи на 2026/2027 учебный год:</w:t>
      </w:r>
    </w:p>
    <w:p w:rsidR="00822E0D" w:rsidRDefault="00781383" w:rsidP="00822E0D" vyd:_id="vyd:000000000001ep">
      <w:pPr>
        <w:ind w:start="340" w:hanging="198"/>
        <w:rPr>
          <w:rFonts w:eastAsia="Calibri" w:cs="Times New Roman"/>
          <w:sz w:val="24"/>
          <w:color w:val="000000"/>
          <w:spacing w:val="-1"/>
          <w:lang w:val="ru-RU"/>
          <w:kern w:val="2"/>
          <w:szCs w:val="24"/>
          <w14:ligatures w14:val="standardContextual"/>
        </w:rPr>
      </w:pPr>
      <w:r>
        <w:rPr>
          <w:b w:val="1"/>
          <w:lang w:val="ru-RU"/>
        </w:rPr>
        <w:t vyd:_id="vyd:000000000001er">•</w:t>
      </w:r>
      <w:r>
        <w:rPr>
          <w:rFonts w:eastAsia="Calibri" w:cs="Times New Roman"/>
          <w:sz w:val="24"/>
          <w:color w:val="000000"/>
          <w:spacing w:val="-1"/>
          <w:shd w:val="clear" w:color="auto" w:fill="FFFFFF"/>
          <w:lang w:val="ru-RU"/>
          <w:kern w:val="2"/>
          <w:szCs w:val="24"/>
          <w14:ligatures w14:val="standardContextual"/>
        </w:rPr>
        <w:t vyd:_id="vyd:000000000001eq" xml:space="preserve"> создать организационно-методические условия для внедрения социально значимых федеральных проектов «Добрые игры» и «Орлята-дошколята России» в целях формирования у дошкольников нравственно-патриотических ценностей, социальной активности и навыков коллективного взаимодействия через игровую и проектную деятельность;</w:t>
      </w:r>
    </w:p>
    <w:p w:rsidR="00822E0D" w:rsidRPr="00822E0D" w:rsidRDefault="00822E0D" w:rsidP="00822E0D" vyd:_id="vyd:000000000001en">
      <w:pPr>
        <w:pStyle w:val="ae"/>
        <w:numPr>
          <w:ilvl w:val="0"/>
          <w:numId w:val="20"/>
        </w:numPr>
        <w:ind w:start="284" w:hanging="142"/>
        <w:rPr>
          <w:lang w:val="ru-RU"/>
        </w:rPr>
      </w:pPr>
      <w:r>
        <w:rPr>
          <w:rFonts w:eastAsia="Calibri" w:cs="Times New Roman"/>
          <w:sz w:val="24"/>
          <w:color w:val="000000"/>
          <w:spacing w:val="-1"/>
          <w:shd w:val="clear" w:color="auto" w:fill="FFFFFF"/>
          <w:lang w:val="ru-RU"/>
          <w:kern w:val="2"/>
          <w:szCs w:val="24"/>
          <w14:ligatures w14:val="standardContextual"/>
        </w:rPr>
        <w:t vyd:_id="vyd:000000000001eo">обеспечить целостное личностное развитие и социокультурную адаптацию воспитанников путем интеграции проектов «Орлята-дошколята России» и «Добрые игры», выстроив систему наставничества, коллективных игр и социальных акций, направленных на формирование командного духа, уважения к Родине и доброжелательности к окружающим;</w:t>
      </w:r>
    </w:p>
    <w:p w:rsidR="00822E0D" w:rsidRPr="00822E0D" w:rsidRDefault="00822E0D" w:rsidP="00822E0D" vyd:_id="vyd:000000000001el">
      <w:pPr>
        <w:pStyle w:val="ae"/>
        <w:numPr>
          <w:ilvl w:val="0"/>
          <w:numId w:val="20"/>
        </w:numPr>
        <w:ind w:start="284" w:hanging="142"/>
        <w:rPr>
          <w:lang w:val="ru-RU"/>
        </w:rPr>
      </w:pPr>
      <w:r>
        <w:rPr>
          <w:rFonts w:eastAsia="Calibri" w:cs="Times New Roman"/>
          <w:sz w:val="24"/>
          <w:color w:val="000000"/>
          <w:spacing w:val="-1"/>
          <w:shd w:val="clear" w:color="auto" w:fill="FFFFFF"/>
          <w:lang w:val="ru-RU"/>
          <w:kern w:val="2"/>
          <w:szCs w:val="24"/>
          <w14:ligatures w14:val="standardContextual"/>
        </w:rPr>
        <w:t vyd:_id="vyd:000000000001em">обеспечить условия для повышения компетенций педагогов в вопросах внедрения федеральных проектов «Орлята-дошколята России» и «Добрые игры»;</w:t>
      </w:r>
    </w:p>
    <w:p w:rsidR="00822E0D" w:rsidRPr="00822E0D" w:rsidRDefault="00822E0D" w:rsidP="00822E0D" vyd:_id="vyd:000000000001ej">
      <w:pPr>
        <w:pStyle w:val="ae"/>
        <w:numPr>
          <w:ilvl w:val="0"/>
          <w:numId w:val="20"/>
        </w:numPr>
        <w:ind w:start="284" w:hanging="142"/>
        <w:rPr>
          <w:lang w:val="ru-RU"/>
        </w:rPr>
      </w:pPr>
      <w:r>
        <w:rPr>
          <w:rFonts w:eastAsia="Calibri" w:cs="Times New Roman"/>
          <w:sz w:val="24"/>
          <w:color w:val="000000"/>
          <w:spacing w:val="-1"/>
          <w:shd w:val="clear" w:color="auto" w:fill="FFFFFF"/>
          <w:lang w:val="ru-RU"/>
          <w:kern w:val="2"/>
          <w:szCs w:val="24"/>
          <w14:ligatures w14:val="standardContextual"/>
        </w:rPr>
        <w:t vyd:_id="vyd:000000000001ek">продолжать совершенствовать систему взаимодействия педагогов и родителей по вопросам внедрения федеральных проектов «Орлята-дошколята России» и «Добрые игры»;</w:t>
      </w:r>
    </w:p>
    <w:p w:rsidR="00B81FA9" w:rsidRPr="00AA59A3" w:rsidRDefault="00B81FA9" vyd:_id="vyd:000000000001ei">
      <w:pPr>
        <w:ind w:start="340" w:hanging="198"/>
        <w:rPr>
          <w:lang w:val="ru-RU"/>
        </w:rPr>
      </w:pPr>
    </w:p>
    <w:p w:rsidR="00B81FA9" w:rsidRPr="00AA59A3" w:rsidRDefault="00781383" vyd:_id="vyd:000000000001eg">
      <w:pPr>
        <w:jc w:val="both"/>
        <w:rPr>
          <w:lang w:val="ru-RU"/>
        </w:rPr>
      </w:pPr>
      <w:r>
        <w:rPr>
          <w:lang w:val="ru-RU"/>
        </w:rPr>
        <w:t vyd:_id="vyd:000000000001eh">Ожидаемые результаты: выполнение ОП ДО и календарного плана воспитательной работы; положительная динамика качества условий; снижение выявленных рисков безопасности; рост вовлеченности семей; адресное повышение квалификации работников; своевременная корректировка локальных актов и образовательной документации.</w:t>
      </w:r>
    </w:p>
    <w:p w:rsidR="00B81FA9" w:rsidRPr="00AA59A3" w:rsidRDefault="00781383" vyd:_id="vyd:000000000001ee">
      <w:pPr>
        <w:pStyle w:val="1"/>
        <w:rPr>
          <w:lang w:val="ru-RU"/>
        </w:rPr>
      </w:pPr>
      <w:r>
        <w:rPr>
          <w:lang w:val="ru-RU"/>
        </w:rPr>
        <w:t vyd:_id="vyd:000000000001ef">4. Воспитательная и образовательная деятельность</w:t>
      </w:r>
    </w:p>
    <w:p w:rsidR="00B81FA9" w:rsidRPr="00AA59A3" w:rsidRDefault="00781383" vyd:_id="vyd:000000000001ec">
      <w:pPr>
        <w:pStyle w:val="21"/>
        <w:rPr>
          <w:lang w:val="ru-RU"/>
        </w:rPr>
      </w:pPr>
      <w:r>
        <w:rPr>
          <w:lang w:val="ru-RU"/>
        </w:rPr>
        <w:t vyd:_id="vyd:000000000001ed">4.1. Основные мероприятия с воспитанниками</w:t>
      </w:r>
    </w:p>
    <w:tbl vyd:_id="vyd:000000000001ah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102"/>
        <w:gridCol w:w="1701"/>
        <w:gridCol w:w="2835"/>
      </w:tblGrid>
      <w:tr w:rsidR="00B81FA9" vyd:_id="vyd:000000000001e2">
        <w:trPr>
          <w:jc w:val="center"/>
          <w:tblHeader w:val="1"/>
        </w:trPr>
        <w:tc vyd:_id="vyd:000000000001e9">
          <w:tcPr>
            <w:shd w:val="clear" w:color="auto" w:fill="E7E6E6"/>
            <w:vAlign w:val="center"/>
          </w:tcPr>
          <w:p w:rsidR="00B81FA9" w:rsidRDefault="00781383" vyd:_id="vyd:000000000001ea">
            <w:r>
              <w:rPr>
                <w:sz w:val="18"/>
                <w:b w:val="1"/>
              </w:rPr>
              <w:t vyd:_id="vyd:000000000001eb">Мероприятие</w:t>
            </w:r>
          </w:p>
        </w:tc>
        <w:tc vyd:_id="vyd:000000000001e6">
          <w:tcPr>
            <w:shd w:val="clear" w:color="auto" w:fill="E7E6E6"/>
            <w:vAlign w:val="center"/>
          </w:tcPr>
          <w:p w:rsidR="00B81FA9" w:rsidRDefault="00781383" vyd:_id="vyd:000000000001e7">
            <w:r>
              <w:rPr>
                <w:sz w:val="18"/>
                <w:b w:val="1"/>
              </w:rPr>
              <w:t vyd:_id="vyd:000000000001e8">Срок</w:t>
            </w:r>
          </w:p>
        </w:tc>
        <w:tc vyd:_id="vyd:000000000001e3">
          <w:tcPr>
            <w:shd w:val="clear" w:color="auto" w:fill="E7E6E6"/>
            <w:vAlign w:val="center"/>
          </w:tcPr>
          <w:p w:rsidR="00B81FA9" w:rsidRDefault="00781383" vyd:_id="vyd:000000000001e4">
            <w:r>
              <w:rPr>
                <w:sz w:val="18"/>
                <w:b w:val="1"/>
              </w:rPr>
              <w:t vyd:_id="vyd:000000000001e5">Ответственные</w:t>
            </w:r>
          </w:p>
        </w:tc>
      </w:tr>
      <w:tr w:rsidR="00B81FA9" w:rsidRPr="001756CE" vyd:_id="vyd:000000000001dm">
        <w:trPr>
          <w:jc w:val="center"/>
        </w:trPr>
        <w:tc vyd:_id="vyd:000000000001dz">
          <w:tcPr>
            <w:vAlign w:val="center"/>
          </w:tcPr>
          <w:p w:rsidR="00B81FA9" w:rsidRPr="00AA59A3" w:rsidRDefault="00781383" vyd:_id="vyd:000000000001e0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e1">Адаптационные мероприятия для вновь поступивших детей</w:t>
            </w:r>
          </w:p>
        </w:tc>
        <w:tc vyd:_id="vyd:000000000001dq">
          <w:tcPr>
            <w:vAlign w:val="center"/>
          </w:tcPr>
          <w:p w:rsidR="00B81FA9" w:rsidRDefault="00781383" vyd:_id="vyd:000000000001dr">
            <w:r>
              <w:rPr>
                <w:sz w:val="18"/>
              </w:rPr>
              <w:t vyd:_id="vyd:000000000001dy">сентябрь</w:t>
            </w:r>
            <w:r>
              <w:rPr>
                <w:sz w:val="18"/>
              </w:rPr>
              <w:t vyd:_id="vyd:000000000001dx" xml:space="preserve">, </w:t>
            </w:r>
            <w:r>
              <w:rPr>
                <w:sz w:val="18"/>
              </w:rPr>
              <w:t vyd:_id="vyd:000000000001dw">далее</w:t>
            </w:r>
            <w:r>
              <w:rPr>
                <w:sz w:val="18"/>
              </w:rPr>
              <w:t vyd:_id="vyd:000000000001dv" xml:space="preserve"> </w:t>
            </w:r>
            <w:r>
              <w:rPr>
                <w:sz w:val="18"/>
              </w:rPr>
              <w:t vyd:_id="vyd:000000000001du">по</w:t>
            </w:r>
            <w:r>
              <w:rPr>
                <w:sz w:val="18"/>
              </w:rPr>
              <w:t vyd:_id="vyd:000000000001dt" xml:space="preserve"> </w:t>
            </w:r>
            <w:r>
              <w:rPr>
                <w:sz w:val="18"/>
              </w:rPr>
              <w:t vyd:_id="vyd:000000000001ds">необходимости</w:t>
            </w:r>
          </w:p>
        </w:tc>
        <w:tc vyd:_id="vyd:000000000001dn">
          <w:tcPr>
            <w:vAlign w:val="center"/>
          </w:tcPr>
          <w:p w:rsidR="00B81FA9" w:rsidRPr="00AA59A3" w:rsidRDefault="00781383" vyd:_id="vyd:000000000001do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dp">старший воспитатель, воспитатели</w:t>
            </w:r>
          </w:p>
        </w:tc>
      </w:tr>
      <w:tr w:rsidR="00B81FA9" vyd:_id="vyd:000000000001d9">
        <w:trPr>
          <w:jc w:val="center"/>
        </w:trPr>
        <w:tc vyd:_id="vyd:000000000001dj">
          <w:tcPr>
            <w:vAlign w:val="center"/>
          </w:tcPr>
          <w:p w:rsidR="00B81FA9" w:rsidRPr="00AA59A3" w:rsidRDefault="00781383" vyd:_id="vyd:000000000001dk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dl">Реализация календарного плана воспитательной работы ДОО</w:t>
            </w:r>
          </w:p>
        </w:tc>
        <w:tc vyd:_id="vyd:000000000001dd">
          <w:tcPr>
            <w:vAlign w:val="center"/>
          </w:tcPr>
          <w:p w:rsidR="00B81FA9" w:rsidRDefault="00781383" vyd:_id="vyd:000000000001de">
            <w:r>
              <w:rPr>
                <w:sz w:val="18"/>
              </w:rPr>
              <w:t vyd:_id="vyd:000000000001di" xml:space="preserve">в </w:t>
            </w:r>
            <w:r>
              <w:rPr>
                <w:sz w:val="18"/>
              </w:rPr>
              <w:t vyd:_id="vyd:000000000001dh">течение</w:t>
            </w:r>
            <w:r>
              <w:rPr>
                <w:sz w:val="18"/>
              </w:rPr>
              <w:t vyd:_id="vyd:000000000001dg" xml:space="preserve"> </w:t>
            </w:r>
            <w:r>
              <w:rPr>
                <w:sz w:val="18"/>
              </w:rPr>
              <w:t vyd:_id="vyd:000000000001df">года</w:t>
            </w:r>
          </w:p>
        </w:tc>
        <w:tc vyd:_id="vyd:000000000001da">
          <w:tcPr>
            <w:vAlign w:val="center"/>
          </w:tcPr>
          <w:p w:rsidR="00B81FA9" w:rsidRDefault="00781383" vyd:_id="vyd:000000000001db">
            <w:r>
              <w:rPr>
                <w:sz w:val="18"/>
              </w:rPr>
              <w:t vyd:_id="vyd:000000000001dc">старший воспитатель, педагогические работники</w:t>
            </w:r>
          </w:p>
        </w:tc>
      </w:tr>
      <w:tr w:rsidR="00B81FA9" vyd:_id="vyd:000000000001cz">
        <w:trPr>
          <w:jc w:val="center"/>
        </w:trPr>
        <w:tc vyd:_id="vyd:000000000001d6">
          <w:tcPr>
            <w:vAlign w:val="center"/>
          </w:tcPr>
          <w:p w:rsidR="00B81FA9" w:rsidRPr="00AA59A3" w:rsidRDefault="00781383" vyd:_id="vyd:000000000001d7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d8">Мероприятия по формированию безопасного поведения в быту, на улице, на транспорте и в природе</w:t>
            </w:r>
          </w:p>
        </w:tc>
        <w:tc vyd:_id="vyd:000000000001d3">
          <w:tcPr>
            <w:vAlign w:val="center"/>
          </w:tcPr>
          <w:p w:rsidR="00B81FA9" w:rsidRDefault="00781383" vyd:_id="vyd:000000000001d4">
            <w:r>
              <w:rPr>
                <w:sz w:val="18"/>
              </w:rPr>
              <w:t vyd:_id="vyd:000000000001d5">ежемесячно</w:t>
            </w:r>
          </w:p>
        </w:tc>
        <w:tc vyd:_id="vyd:000000000001d0">
          <w:tcPr>
            <w:vAlign w:val="center"/>
          </w:tcPr>
          <w:p w:rsidR="00B81FA9" w:rsidRDefault="00781383" vyd:_id="vyd:000000000001d1">
            <w:r>
              <w:rPr>
                <w:sz w:val="18"/>
              </w:rPr>
              <w:t vyd:_id="vyd:000000000001d2">воспитатели, специалисты</w:t>
            </w:r>
          </w:p>
        </w:tc>
      </w:tr>
      <w:tr w:rsidR="00B81FA9" w:rsidRPr="001756CE" vyd:_id="vyd:000000000001cl">
        <w:trPr>
          <w:jc w:val="center"/>
        </w:trPr>
        <w:tc vyd:_id="vyd:000000000001cw">
          <w:tcPr>
            <w:vAlign w:val="center"/>
          </w:tcPr>
          <w:p w:rsidR="00B81FA9" w:rsidRPr="00AA59A3" w:rsidRDefault="00781383" vyd:_id="vyd:000000000001cx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cy">Тематические мероприятия, посвященные государственным и семейным праздникам, памятным датам</w:t>
            </w:r>
          </w:p>
        </w:tc>
        <w:tc vyd:_id="vyd:000000000001cp">
          <w:tcPr>
            <w:vAlign w:val="center"/>
          </w:tcPr>
          <w:p w:rsidR="00B81FA9" w:rsidRDefault="00781383" vyd:_id="vyd:000000000001cq">
            <w:r>
              <w:rPr>
                <w:sz w:val="18"/>
              </w:rPr>
              <w:t vyd:_id="vyd:000000000001cv">по</w:t>
            </w:r>
            <w:r>
              <w:rPr>
                <w:sz w:val="18"/>
              </w:rPr>
              <w:t vyd:_id="vyd:000000000001cu" xml:space="preserve"> </w:t>
            </w:r>
            <w:r>
              <w:rPr>
                <w:sz w:val="18"/>
              </w:rPr>
              <w:t vyd:_id="vyd:000000000001ct">календарному</w:t>
            </w:r>
            <w:r>
              <w:rPr>
                <w:sz w:val="18"/>
              </w:rPr>
              <w:t vyd:_id="vyd:000000000001cs" xml:space="preserve"> </w:t>
            </w:r>
            <w:r>
              <w:rPr>
                <w:sz w:val="18"/>
              </w:rPr>
              <w:t vyd:_id="vyd:000000000001cr">плану</w:t>
            </w:r>
          </w:p>
        </w:tc>
        <w:tc vyd:_id="vyd:000000000001cm">
          <w:tcPr>
            <w:vAlign w:val="center"/>
          </w:tcPr>
          <w:p w:rsidR="00B81FA9" w:rsidRPr="00AA59A3" w:rsidRDefault="00781383" vyd:_id="vyd:000000000001cn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co" xml:space="preserve">старший воспитатель, воспитатели, </w:t>
            </w:r>
          </w:p>
        </w:tc>
      </w:tr>
      <w:tr w:rsidR="00B81FA9" vyd:_id="vyd:000000000001c8">
        <w:trPr>
          <w:jc w:val="center"/>
        </w:trPr>
        <w:tc vyd:_id="vyd:000000000001ci">
          <w:tcPr>
            <w:vAlign w:val="center"/>
          </w:tcPr>
          <w:p w:rsidR="00B81FA9" w:rsidRPr="00AA59A3" w:rsidRDefault="00781383" vyd:_id="vyd:000000000001cj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ck">Проекты по приобщению детей к культуре, традициям, природе и истории России и родного края</w:t>
            </w:r>
          </w:p>
        </w:tc>
        <w:tc vyd:_id="vyd:000000000001cc">
          <w:tcPr>
            <w:vAlign w:val="center"/>
          </w:tcPr>
          <w:p w:rsidR="00B81FA9" w:rsidRDefault="00781383" vyd:_id="vyd:000000000001cd">
            <w:r>
              <w:rPr>
                <w:sz w:val="18"/>
              </w:rPr>
              <w:t vyd:_id="vyd:000000000001ch" xml:space="preserve">в </w:t>
            </w:r>
            <w:r>
              <w:rPr>
                <w:sz w:val="18"/>
              </w:rPr>
              <w:t vyd:_id="vyd:000000000001cg">течение</w:t>
            </w:r>
            <w:r>
              <w:rPr>
                <w:sz w:val="18"/>
              </w:rPr>
              <w:t vyd:_id="vyd:000000000001cf" xml:space="preserve"> </w:t>
            </w:r>
            <w:r>
              <w:rPr>
                <w:sz w:val="18"/>
              </w:rPr>
              <w:t vyd:_id="vyd:000000000001ce">года</w:t>
            </w:r>
          </w:p>
        </w:tc>
        <w:tc vyd:_id="vyd:000000000001c9">
          <w:tcPr>
            <w:vAlign w:val="center"/>
          </w:tcPr>
          <w:p w:rsidR="00B81FA9" w:rsidRDefault="00781383" vyd:_id="vyd:000000000001ca">
            <w:r>
              <w:rPr>
                <w:sz w:val="18"/>
              </w:rPr>
              <w:t vyd:_id="vyd:000000000001cb">воспитатели, специалисты</w:t>
            </w:r>
          </w:p>
        </w:tc>
      </w:tr>
      <w:tr w:rsidR="00B81FA9" vyd:_id="vyd:000000000001bv">
        <w:trPr>
          <w:jc w:val="center"/>
        </w:trPr>
        <w:tc vyd:_id="vyd:000000000001c5">
          <w:tcPr>
            <w:vAlign w:val="center"/>
          </w:tcPr>
          <w:p w:rsidR="00B81FA9" w:rsidRPr="00AA59A3" w:rsidRDefault="00781383" vyd:_id="vyd:000000000001c6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c7">Чтение, обсуждение детской литературы, театрализованная и игровая деятельность</w:t>
            </w:r>
          </w:p>
        </w:tc>
        <w:tc vyd:_id="vyd:000000000001bz">
          <w:tcPr>
            <w:vAlign w:val="center"/>
          </w:tcPr>
          <w:p w:rsidR="00B81FA9" w:rsidRDefault="00781383" vyd:_id="vyd:000000000001c0">
            <w:r>
              <w:rPr>
                <w:sz w:val="18"/>
              </w:rPr>
              <w:t vyd:_id="vyd:000000000001c4" xml:space="preserve">в </w:t>
            </w:r>
            <w:r>
              <w:rPr>
                <w:sz w:val="18"/>
              </w:rPr>
              <w:t vyd:_id="vyd:000000000001c3">течение</w:t>
            </w:r>
            <w:r>
              <w:rPr>
                <w:sz w:val="18"/>
              </w:rPr>
              <w:t vyd:_id="vyd:000000000001c2" xml:space="preserve"> </w:t>
            </w:r>
            <w:r>
              <w:rPr>
                <w:sz w:val="18"/>
              </w:rPr>
              <w:t vyd:_id="vyd:000000000001c1">года</w:t>
            </w:r>
          </w:p>
        </w:tc>
        <w:tc vyd:_id="vyd:000000000001bw">
          <w:tcPr>
            <w:vAlign w:val="center"/>
          </w:tcPr>
          <w:p w:rsidR="00B81FA9" w:rsidRDefault="00781383" vyd:_id="vyd:000000000001bx">
            <w:r>
              <w:rPr>
                <w:sz w:val="18"/>
              </w:rPr>
              <w:t vyd:_id="vyd:000000000001by">воспитатели</w:t>
            </w:r>
          </w:p>
        </w:tc>
      </w:tr>
      <w:tr w:rsidR="00B81FA9" vyd:_id="vyd:000000000001bi">
        <w:trPr>
          <w:jc w:val="center"/>
        </w:trPr>
        <w:tc vyd:_id="vyd:000000000001bs">
          <w:tcPr>
            <w:vAlign w:val="center"/>
          </w:tcPr>
          <w:p w:rsidR="00B81FA9" w:rsidRPr="00AA59A3" w:rsidRDefault="00781383" vyd:_id="vyd:000000000001bt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bu">Познавательно-исследовательские и конструктивные проекты</w:t>
            </w:r>
          </w:p>
        </w:tc>
        <w:tc vyd:_id="vyd:000000000001bm">
          <w:tcPr>
            <w:vAlign w:val="center"/>
          </w:tcPr>
          <w:p w:rsidR="00B81FA9" w:rsidRDefault="00781383" vyd:_id="vyd:000000000001bn">
            <w:r>
              <w:rPr>
                <w:sz w:val="18"/>
              </w:rPr>
              <w:t vyd:_id="vyd:000000000001br" xml:space="preserve">в </w:t>
            </w:r>
            <w:r>
              <w:rPr>
                <w:sz w:val="18"/>
              </w:rPr>
              <w:t vyd:_id="vyd:000000000001bq">течение</w:t>
            </w:r>
            <w:r>
              <w:rPr>
                <w:sz w:val="18"/>
              </w:rPr>
              <w:t vyd:_id="vyd:000000000001bp" xml:space="preserve"> </w:t>
            </w:r>
            <w:r>
              <w:rPr>
                <w:sz w:val="18"/>
              </w:rPr>
              <w:t vyd:_id="vyd:000000000001bo">года</w:t>
            </w:r>
          </w:p>
        </w:tc>
        <w:tc vyd:_id="vyd:000000000001bj">
          <w:tcPr>
            <w:vAlign w:val="center"/>
          </w:tcPr>
          <w:p w:rsidR="00B81FA9" w:rsidRDefault="00781383" vyd:_id="vyd:000000000001bk">
            <w:r>
              <w:rPr>
                <w:sz w:val="18"/>
              </w:rPr>
              <w:t vyd:_id="vyd:000000000001bl">воспитатели</w:t>
            </w:r>
          </w:p>
        </w:tc>
      </w:tr>
      <w:tr w:rsidR="00B81FA9" vyd:_id="vyd:000000000001b5">
        <w:trPr>
          <w:jc w:val="center"/>
        </w:trPr>
        <w:tc vyd:_id="vyd:000000000001bf">
          <w:tcPr>
            <w:vAlign w:val="center"/>
          </w:tcPr>
          <w:p w:rsidR="00B81FA9" w:rsidRPr="00AA59A3" w:rsidRDefault="00781383" vyd:_id="vyd:000000000001bg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bh">Мероприятия по экологическому воспитанию и бережному отношению к природе</w:t>
            </w:r>
          </w:p>
        </w:tc>
        <w:tc vyd:_id="vyd:000000000001b9">
          <w:tcPr>
            <w:vAlign w:val="center"/>
          </w:tcPr>
          <w:p w:rsidR="00B81FA9" w:rsidRDefault="00781383" vyd:_id="vyd:000000000001ba">
            <w:r>
              <w:rPr>
                <w:sz w:val="18"/>
              </w:rPr>
              <w:t vyd:_id="vyd:000000000001be" xml:space="preserve">в </w:t>
            </w:r>
            <w:r>
              <w:rPr>
                <w:sz w:val="18"/>
              </w:rPr>
              <w:t vyd:_id="vyd:000000000001bd">течение</w:t>
            </w:r>
            <w:r>
              <w:rPr>
                <w:sz w:val="18"/>
              </w:rPr>
              <w:t vyd:_id="vyd:000000000001bc" xml:space="preserve"> </w:t>
            </w:r>
            <w:r>
              <w:rPr>
                <w:sz w:val="18"/>
              </w:rPr>
              <w:t vyd:_id="vyd:000000000001bb">года</w:t>
            </w:r>
          </w:p>
        </w:tc>
        <w:tc vyd:_id="vyd:000000000001b6">
          <w:tcPr>
            <w:vAlign w:val="center"/>
          </w:tcPr>
          <w:p w:rsidR="00B81FA9" w:rsidRDefault="00781383" vyd:_id="vyd:000000000001b7">
            <w:r>
              <w:rPr>
                <w:sz w:val="18"/>
              </w:rPr>
              <w:t vyd:_id="vyd:000000000001b8">воспитатели</w:t>
            </w:r>
          </w:p>
        </w:tc>
      </w:tr>
      <w:tr w:rsidR="00B81FA9" vyd:_id="vyd:000000000001as">
        <w:trPr>
          <w:jc w:val="center"/>
        </w:trPr>
        <w:tc vyd:_id="vyd:000000000001b2">
          <w:tcPr>
            <w:vAlign w:val="center"/>
          </w:tcPr>
          <w:p w:rsidR="00B81FA9" w:rsidRPr="00AA59A3" w:rsidRDefault="00781383" vyd:_id="vyd:000000000001b3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b4">Детско-взрослые социальные акции и благотворительные инициативы, допустимые для возраста</w:t>
            </w:r>
          </w:p>
        </w:tc>
        <w:tc vyd:_id="vyd:000000000001aw">
          <w:tcPr>
            <w:vAlign w:val="center"/>
          </w:tcPr>
          <w:p w:rsidR="00B81FA9" w:rsidRDefault="00781383" vyd:_id="vyd:000000000001ax">
            <w:r>
              <w:rPr>
                <w:sz w:val="18"/>
              </w:rPr>
              <w:t vyd:_id="vyd:000000000001b1">по</w:t>
            </w:r>
            <w:r>
              <w:rPr>
                <w:sz w:val="18"/>
              </w:rPr>
              <w:t vyd:_id="vyd:000000000001b0" xml:space="preserve"> </w:t>
            </w:r>
            <w:r>
              <w:rPr>
                <w:sz w:val="18"/>
              </w:rPr>
              <w:t vyd:_id="vyd:000000000001az">плану</w:t>
            </w:r>
            <w:r>
              <w:rPr>
                <w:sz w:val="18"/>
              </w:rPr>
              <w:t vyd:_id="vyd:000000000001ay" xml:space="preserve"> ДОО</w:t>
            </w:r>
          </w:p>
        </w:tc>
        <w:tc vyd:_id="vyd:000000000001at">
          <w:tcPr>
            <w:vAlign w:val="center"/>
          </w:tcPr>
          <w:p w:rsidR="00B81FA9" w:rsidRDefault="00781383" vyd:_id="vyd:000000000001au">
            <w:r>
              <w:rPr>
                <w:sz w:val="18"/>
              </w:rPr>
              <w:t vyd:_id="vyd:000000000001av">старший воспитатель, воспитатели</w:t>
            </w:r>
          </w:p>
        </w:tc>
      </w:tr>
      <w:tr w:rsidR="00B81FA9" vyd:_id="vyd:000000000001ai">
        <w:trPr>
          <w:jc w:val="center"/>
        </w:trPr>
        <w:tc vyd:_id="vyd:000000000001ap">
          <w:tcPr>
            <w:vAlign w:val="center"/>
          </w:tcPr>
          <w:p w:rsidR="00B81FA9" w:rsidRPr="00AA59A3" w:rsidRDefault="00781383" vyd:_id="vyd:000000000001aq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ar">Экскурсии и целевые прогулки с соблюдением требований безопасности</w:t>
            </w:r>
          </w:p>
        </w:tc>
        <w:tc vyd:_id="vyd:000000000001am">
          <w:tcPr>
            <w:vAlign w:val="center"/>
          </w:tcPr>
          <w:p w:rsidR="00B81FA9" w:rsidRPr="00AA59A3" w:rsidRDefault="00781383" vyd:_id="vyd:000000000001an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ao">по плану и условиям ДОО</w:t>
            </w:r>
          </w:p>
        </w:tc>
        <w:tc vyd:_id="vyd:000000000001aj">
          <w:tcPr>
            <w:vAlign w:val="center"/>
          </w:tcPr>
          <w:p w:rsidR="00B81FA9" w:rsidRDefault="00537213" vyd:_id="vyd:000000000001ak">
            <w:r>
              <w:rPr>
                <w:sz w:val="18"/>
              </w:rPr>
              <w:t vyd:_id="vyd:000000000001al">воспитатели</w:t>
            </w:r>
          </w:p>
        </w:tc>
      </w:tr>
    </w:tbl>
    <w:p w:rsidR="00B81FA9" w:rsidRDefault="00B81FA9" vyd:_id="vyd:000000000001ag"/>
    <w:p w:rsidR="00B81FA9" w:rsidRDefault="00781383" vyd:_id="vyd:000000000001ae">
      <w:pPr>
        <w:pStyle w:val="21"/>
      </w:pPr>
      <w:r>
        <w:t vyd:_id="vyd:000000000001af">4.2. Примерный календарь значимых мероприятий</w:t>
      </w:r>
    </w:p>
    <w:tbl vyd:_id="vyd:00000000000184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1701"/>
        <w:gridCol w:w="7937"/>
      </w:tblGrid>
      <w:tr w:rsidR="00B81FA9" vyd:_id="vyd:000000000001a7">
        <w:trPr>
          <w:jc w:val="center"/>
          <w:tblHeader w:val="1"/>
        </w:trPr>
        <w:tc vyd:_id="vyd:000000000001ab">
          <w:tcPr>
            <w:shd w:val="clear" w:color="auto" w:fill="E7E6E6"/>
            <w:vAlign w:val="center"/>
          </w:tcPr>
          <w:p w:rsidR="00B81FA9" w:rsidRDefault="00781383" vyd:_id="vyd:000000000001ac">
            <w:r>
              <w:rPr>
                <w:sz w:val="18"/>
                <w:b w:val="1"/>
              </w:rPr>
              <w:t vyd:_id="vyd:000000000001ad">Период</w:t>
            </w:r>
          </w:p>
        </w:tc>
        <w:tc vyd:_id="vyd:000000000001a8">
          <w:tcPr>
            <w:shd w:val="clear" w:color="auto" w:fill="E7E6E6"/>
            <w:vAlign w:val="center"/>
          </w:tcPr>
          <w:p w:rsidR="00B81FA9" w:rsidRDefault="00781383" vyd:_id="vyd:000000000001a9">
            <w:r>
              <w:rPr>
                <w:sz w:val="18"/>
                <w:b w:val="1"/>
              </w:rPr>
              <w:t vyd:_id="vyd:000000000001aa">Содержание</w:t>
            </w:r>
          </w:p>
        </w:tc>
      </w:tr>
      <w:tr w:rsidR="00B81FA9" w:rsidRPr="00AF438E" vyd:_id="vyd:000000000001a0">
        <w:trPr>
          <w:jc w:val="center"/>
        </w:trPr>
        <w:tc vyd:_id="vyd:000000000001a4">
          <w:tcPr>
            <w:vAlign w:val="center"/>
          </w:tcPr>
          <w:p w:rsidR="00B81FA9" w:rsidRDefault="00781383" vyd:_id="vyd:000000000001a5">
            <w:r>
              <w:rPr>
                <w:sz w:val="18"/>
              </w:rPr>
              <w:t vyd:_id="vyd:000000000001a6">Сентябрь</w:t>
            </w:r>
          </w:p>
        </w:tc>
        <w:tc vyd:_id="vyd:000000000001a1">
          <w:tcPr>
            <w:vAlign w:val="center"/>
          </w:tcPr>
          <w:p w:rsidR="00B81FA9" w:rsidRPr="00AA59A3" w:rsidRDefault="00781383" vyd:_id="vyd:000000000001a2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a3">День знаний; адаптационные события; День воспитателя и всех дошкольных работников; мероприятия по безопасности.</w:t>
            </w:r>
          </w:p>
        </w:tc>
      </w:tr>
      <w:tr w:rsidR="00B81FA9" w:rsidRPr="00AF438E" vyd:_id="vyd:0000000000019t">
        <w:trPr>
          <w:jc w:val="center"/>
        </w:trPr>
        <w:tc vyd:_id="vyd:0000000000019x">
          <w:tcPr>
            <w:vAlign w:val="center"/>
          </w:tcPr>
          <w:p w:rsidR="00B81FA9" w:rsidRDefault="00781383" vyd:_id="vyd:0000000000019y">
            <w:r>
              <w:rPr>
                <w:sz w:val="18"/>
              </w:rPr>
              <w:t vyd:_id="vyd:0000000000019z">Октябрь</w:t>
            </w:r>
          </w:p>
        </w:tc>
        <w:tc vyd:_id="vyd:0000000000019u">
          <w:tcPr>
            <w:vAlign w:val="center"/>
          </w:tcPr>
          <w:p w:rsidR="00B81FA9" w:rsidRPr="00AA59A3" w:rsidRDefault="00781383" vyd:_id="vyd:0000000000019v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9w">Осенние праздники; мероприятия ко Дню пожилого человека; семейные и экологические проекты.</w:t>
            </w:r>
          </w:p>
        </w:tc>
      </w:tr>
      <w:tr w:rsidR="00B81FA9" w:rsidRPr="00AF438E" vyd:_id="vyd:0000000000019m">
        <w:trPr>
          <w:jc w:val="center"/>
        </w:trPr>
        <w:tc vyd:_id="vyd:0000000000019q">
          <w:tcPr>
            <w:vAlign w:val="center"/>
          </w:tcPr>
          <w:p w:rsidR="00B81FA9" w:rsidRDefault="00781383" vyd:_id="vyd:0000000000019r">
            <w:r>
              <w:rPr>
                <w:sz w:val="18"/>
              </w:rPr>
              <w:t vyd:_id="vyd:0000000000019s">Ноябрь</w:t>
            </w:r>
          </w:p>
        </w:tc>
        <w:tc vyd:_id="vyd:0000000000019n">
          <w:tcPr>
            <w:vAlign w:val="center"/>
          </w:tcPr>
          <w:p w:rsidR="00B81FA9" w:rsidRPr="00AA59A3" w:rsidRDefault="00781383" vyd:_id="vyd:0000000000019o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9p">День народного единства; День матери; проекты о семье, дружбе и взаимопомощи.</w:t>
            </w:r>
          </w:p>
        </w:tc>
      </w:tr>
      <w:tr w:rsidR="00B81FA9" w:rsidRPr="00AF438E" vyd:_id="vyd:0000000000019f">
        <w:trPr>
          <w:jc w:val="center"/>
        </w:trPr>
        <w:tc vyd:_id="vyd:0000000000019j">
          <w:tcPr>
            <w:vAlign w:val="center"/>
          </w:tcPr>
          <w:p w:rsidR="00B81FA9" w:rsidRDefault="00781383" vyd:_id="vyd:0000000000019k">
            <w:r>
              <w:rPr>
                <w:sz w:val="18"/>
              </w:rPr>
              <w:t vyd:_id="vyd:0000000000019l">Декабрь</w:t>
            </w:r>
          </w:p>
        </w:tc>
        <w:tc vyd:_id="vyd:0000000000019g">
          <w:tcPr>
            <w:vAlign w:val="center"/>
          </w:tcPr>
          <w:p w:rsidR="00B81FA9" w:rsidRPr="00AA59A3" w:rsidRDefault="00781383" vyd:_id="vyd:0000000000019h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9i">День Государственного герба РФ; зимние и новогодние мероприятия; безопасное поведение зимой.</w:t>
            </w:r>
          </w:p>
        </w:tc>
      </w:tr>
      <w:tr w:rsidR="00B81FA9" w:rsidRPr="00AF438E" vyd:_id="vyd:00000000000198">
        <w:trPr>
          <w:jc w:val="center"/>
        </w:trPr>
        <w:tc vyd:_id="vyd:0000000000019c">
          <w:tcPr>
            <w:vAlign w:val="center"/>
          </w:tcPr>
          <w:p w:rsidR="00B81FA9" w:rsidRDefault="00781383" vyd:_id="vyd:0000000000019d">
            <w:r>
              <w:rPr>
                <w:sz w:val="18"/>
              </w:rPr>
              <w:t vyd:_id="vyd:0000000000019e">Январь</w:t>
            </w:r>
          </w:p>
        </w:tc>
        <w:tc vyd:_id="vyd:00000000000199">
          <w:tcPr>
            <w:vAlign w:val="center"/>
          </w:tcPr>
          <w:p w:rsidR="00B81FA9" w:rsidRPr="00AA59A3" w:rsidRDefault="00781383" vyd:_id="vyd:0000000000019a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9b">Зимние спортивные досуги; неделя здоровья; литературно-игровые мероприятия.</w:t>
            </w:r>
          </w:p>
        </w:tc>
      </w:tr>
      <w:tr w:rsidR="00B81FA9" w:rsidRPr="00AF438E" vyd:_id="vyd:00000000000191">
        <w:trPr>
          <w:jc w:val="center"/>
        </w:trPr>
        <w:tc vyd:_id="vyd:00000000000195">
          <w:tcPr>
            <w:vAlign w:val="center"/>
          </w:tcPr>
          <w:p w:rsidR="00B81FA9" w:rsidRDefault="00781383" vyd:_id="vyd:00000000000196">
            <w:r>
              <w:rPr>
                <w:sz w:val="18"/>
              </w:rPr>
              <w:t vyd:_id="vyd:00000000000197">Февраль</w:t>
            </w:r>
          </w:p>
        </w:tc>
        <w:tc vyd:_id="vyd:00000000000192">
          <w:tcPr>
            <w:vAlign w:val="center"/>
          </w:tcPr>
          <w:p w:rsidR="00B81FA9" w:rsidRPr="00AA59A3" w:rsidRDefault="00781383" vyd:_id="vyd:00000000000193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94">День защитника Отечества; проекты о профессиях и служении обществу.</w:t>
            </w:r>
          </w:p>
        </w:tc>
      </w:tr>
      <w:tr w:rsidR="00B81FA9" w:rsidRPr="00AF438E" vyd:_id="vyd:0000000000018u">
        <w:trPr>
          <w:jc w:val="center"/>
        </w:trPr>
        <w:tc vyd:_id="vyd:0000000000018y">
          <w:tcPr>
            <w:vAlign w:val="center"/>
          </w:tcPr>
          <w:p w:rsidR="00B81FA9" w:rsidRDefault="00781383" vyd:_id="vyd:0000000000018z">
            <w:r>
              <w:rPr>
                <w:sz w:val="18"/>
              </w:rPr>
              <w:t vyd:_id="vyd:00000000000190">Март</w:t>
            </w:r>
          </w:p>
        </w:tc>
        <w:tc vyd:_id="vyd:0000000000018v">
          <w:tcPr>
            <w:vAlign w:val="center"/>
          </w:tcPr>
          <w:p w:rsidR="00B81FA9" w:rsidRPr="00AA59A3" w:rsidRDefault="00781383" vyd:_id="vyd:0000000000018w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8x">Международный женский день; семейные творческие мероприятия; фольклорные события.</w:t>
            </w:r>
          </w:p>
        </w:tc>
      </w:tr>
      <w:tr w:rsidR="00B81FA9" w:rsidRPr="00AF438E" vyd:_id="vyd:0000000000018n">
        <w:trPr>
          <w:jc w:val="center"/>
        </w:trPr>
        <w:tc vyd:_id="vyd:0000000000018r">
          <w:tcPr>
            <w:vAlign w:val="center"/>
          </w:tcPr>
          <w:p w:rsidR="00B81FA9" w:rsidRDefault="00781383" vyd:_id="vyd:0000000000018s">
            <w:r>
              <w:rPr>
                <w:sz w:val="18"/>
              </w:rPr>
              <w:t vyd:_id="vyd:0000000000018t">Апрель</w:t>
            </w:r>
          </w:p>
        </w:tc>
        <w:tc vyd:_id="vyd:0000000000018o">
          <w:tcPr>
            <w:vAlign w:val="center"/>
          </w:tcPr>
          <w:p w:rsidR="00B81FA9" w:rsidRPr="00AA59A3" w:rsidRDefault="00781383" vyd:_id="vyd:0000000000018p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8q">День космонавтики; Всемирный день здоровья; экологические акции.</w:t>
            </w:r>
          </w:p>
        </w:tc>
      </w:tr>
      <w:tr w:rsidR="00B81FA9" w:rsidRPr="00AF438E" vyd:_id="vyd:0000000000018e">
        <w:trPr>
          <w:jc w:val="center"/>
        </w:trPr>
        <w:tc vyd:_id="vyd:0000000000018k">
          <w:tcPr>
            <w:vAlign w:val="center"/>
          </w:tcPr>
          <w:p w:rsidR="00B81FA9" w:rsidRDefault="00781383" vyd:_id="vyd:0000000000018l">
            <w:r>
              <w:rPr>
                <w:sz w:val="18"/>
              </w:rPr>
              <w:t vyd:_id="vyd:0000000000018m">Май</w:t>
            </w:r>
          </w:p>
        </w:tc>
        <w:tc vyd:_id="vyd:0000000000018f">
          <w:tcPr>
            <w:vAlign w:val="center"/>
          </w:tcPr>
          <w:p w:rsidR="00B81FA9" w:rsidRPr="00AA59A3" w:rsidRDefault="00781383" vyd:_id="vyd:0000000000018g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8j" xml:space="preserve">Праздничные мероприятия ко Дню Победы в </w:t>
            </w:r>
            <w:r>
              <w:rPr>
                <w:sz w:val="18"/>
                <w:lang w:val="ru-RU"/>
              </w:rPr>
              <w:t vyd:_id="vyd:0000000000018i">возрастно</w:t>
            </w:r>
            <w:r>
              <w:rPr>
                <w:sz w:val="18"/>
                <w:lang w:val="ru-RU"/>
              </w:rPr>
              <w:t vyd:_id="vyd:0000000000018h" xml:space="preserve"> уместной форме; выпускные события; безопасность летом.</w:t>
            </w:r>
          </w:p>
        </w:tc>
      </w:tr>
      <w:tr w:rsidR="00B81FA9" w:rsidRPr="00AF438E" vyd:_id="vyd:00000000000185">
        <w:trPr>
          <w:jc w:val="center"/>
        </w:trPr>
        <w:tc vyd:_id="vyd:00000000000189">
          <w:tcPr>
            <w:vAlign w:val="center"/>
          </w:tcPr>
          <w:p w:rsidR="00B81FA9" w:rsidRDefault="00781383" vyd:_id="vyd:0000000000018a">
            <w:r>
              <w:rPr>
                <w:sz w:val="18"/>
              </w:rPr>
              <w:t vyd:_id="vyd:0000000000018d">Июнь</w:t>
            </w:r>
            <w:r>
              <w:rPr>
                <w:sz w:val="18"/>
              </w:rPr>
              <w:t vyd:_id="vyd:0000000000018c">–</w:t>
            </w:r>
            <w:r>
              <w:rPr>
                <w:sz w:val="18"/>
              </w:rPr>
              <w:t vyd:_id="vyd:0000000000018b">август</w:t>
            </w:r>
          </w:p>
        </w:tc>
        <w:tc vyd:_id="vyd:00000000000186">
          <w:tcPr>
            <w:vAlign w:val="center"/>
          </w:tcPr>
          <w:p w:rsidR="00B81FA9" w:rsidRPr="00AA59A3" w:rsidRDefault="00781383" vyd:_id="vyd:00000000000187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88">Летняя оздоровительная работа, двигательная активность, игры и мероприятия преимущественно на свежем воздухе.</w:t>
            </w:r>
          </w:p>
        </w:tc>
      </w:tr>
    </w:tbl>
    <w:p w:rsidR="00B81FA9" w:rsidRPr="00AA59A3" w:rsidRDefault="00B81FA9" vyd:_id="vyd:00000000000183">
      <w:pPr>
        <w:rPr>
          <w:lang w:val="ru-RU"/>
        </w:rPr>
      </w:pPr>
    </w:p>
    <w:p w:rsidR="00B81FA9" w:rsidRDefault="00781383" vyd:_id="vyd:00000000000181">
      <w:pPr>
        <w:pStyle w:val="21"/>
      </w:pPr>
      <w:r>
        <w:t vyd:_id="vyd:00000000000182">4.3. Физкультурно-оздоровительная работа</w:t>
      </w:r>
    </w:p>
    <w:tbl vyd:_id="vyd:0000000000015d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4535"/>
        <w:gridCol w:w="2268"/>
        <w:gridCol w:w="2835"/>
      </w:tblGrid>
      <w:tr w:rsidR="00B81FA9" vyd:_id="vyd:0000000000017r">
        <w:trPr>
          <w:jc w:val="center"/>
          <w:tblHeader w:val="1"/>
        </w:trPr>
        <w:tc vyd:_id="vyd:0000000000017y">
          <w:tcPr>
            <w:shd w:val="clear" w:color="auto" w:fill="E7E6E6"/>
            <w:vAlign w:val="center"/>
          </w:tcPr>
          <w:p w:rsidR="00B81FA9" w:rsidRDefault="00781383" vyd:_id="vyd:0000000000017z">
            <w:r>
              <w:rPr>
                <w:sz w:val="18"/>
                <w:b w:val="1"/>
              </w:rPr>
              <w:t vyd:_id="vyd:00000000000180">Мероприятие</w:t>
            </w:r>
          </w:p>
        </w:tc>
        <w:tc vyd:_id="vyd:0000000000017v">
          <w:tcPr>
            <w:shd w:val="clear" w:color="auto" w:fill="E7E6E6"/>
            <w:vAlign w:val="center"/>
          </w:tcPr>
          <w:p w:rsidR="00B81FA9" w:rsidRDefault="00781383" vyd:_id="vyd:0000000000017w">
            <w:r>
              <w:rPr>
                <w:sz w:val="18"/>
                <w:b w:val="1"/>
              </w:rPr>
              <w:t vyd:_id="vyd:0000000000017x">Периодичность</w:t>
            </w:r>
          </w:p>
        </w:tc>
        <w:tc vyd:_id="vyd:0000000000017s">
          <w:tcPr>
            <w:shd w:val="clear" w:color="auto" w:fill="E7E6E6"/>
            <w:vAlign w:val="center"/>
          </w:tcPr>
          <w:p w:rsidR="00B81FA9" w:rsidRDefault="00781383" vyd:_id="vyd:0000000000017t">
            <w:r>
              <w:rPr>
                <w:sz w:val="18"/>
                <w:b w:val="1"/>
              </w:rPr>
              <w:t vyd:_id="vyd:0000000000017u">Ответственные</w:t>
            </w:r>
          </w:p>
        </w:tc>
      </w:tr>
      <w:tr w:rsidR="00B81FA9" w:rsidRPr="001756CE" vyd:_id="vyd:0000000000017h">
        <w:trPr>
          <w:jc w:val="center"/>
        </w:trPr>
        <w:tc vyd:_id="vyd:0000000000017o">
          <w:tcPr>
            <w:vAlign w:val="center"/>
          </w:tcPr>
          <w:p w:rsidR="00B81FA9" w:rsidRDefault="00781383" vyd:_id="vyd:0000000000017p">
            <w:r>
              <w:rPr>
                <w:sz w:val="18"/>
              </w:rPr>
              <w:t vyd:_id="vyd:0000000000017q">Утренняя гимнастика</w:t>
            </w:r>
          </w:p>
        </w:tc>
        <w:tc vyd:_id="vyd:0000000000017l">
          <w:tcPr>
            <w:vAlign w:val="center"/>
          </w:tcPr>
          <w:p w:rsidR="00B81FA9" w:rsidRDefault="00781383" vyd:_id="vyd:0000000000017m">
            <w:r>
              <w:rPr>
                <w:sz w:val="18"/>
              </w:rPr>
              <w:t vyd:_id="vyd:0000000000017n">ежедневно</w:t>
            </w:r>
          </w:p>
        </w:tc>
        <w:tc vyd:_id="vyd:0000000000017i">
          <w:tcPr>
            <w:vAlign w:val="center"/>
          </w:tcPr>
          <w:p w:rsidR="00B81FA9" w:rsidRPr="00AA59A3" w:rsidRDefault="00537213" vyd:_id="vyd:0000000000017j">
            <w:pPr>
              <w:rPr>
                <w:lang w:val="ru-RU"/>
              </w:rPr>
            </w:pPr>
            <w:r>
              <w:rPr>
                <w:sz w:val="18"/>
              </w:rPr>
              <w:t vyd:_id="vyd:0000000000017k">воспитатели</w:t>
            </w:r>
          </w:p>
        </w:tc>
      </w:tr>
      <w:tr w:rsidR="00B81FA9" w:rsidRPr="001756CE" vyd:_id="vyd:00000000000171">
        <w:trPr>
          <w:jc w:val="center"/>
        </w:trPr>
        <w:tc vyd:_id="vyd:00000000000178">
          <w:tcPr>
            <w:vAlign w:val="center"/>
          </w:tcPr>
          <w:p w:rsidR="00B81FA9" w:rsidRDefault="00781383" vyd:_id="vyd:00000000000179">
            <w:r>
              <w:rPr>
                <w:sz w:val="18"/>
              </w:rPr>
              <w:t vyd:_id="vyd:0000000000017g">Занятия</w:t>
            </w:r>
            <w:r>
              <w:rPr>
                <w:sz w:val="18"/>
              </w:rPr>
              <w:t vyd:_id="vyd:0000000000017f" xml:space="preserve"> </w:t>
            </w:r>
            <w:r>
              <w:rPr>
                <w:sz w:val="18"/>
              </w:rPr>
              <w:t vyd:_id="vyd:0000000000017e">по</w:t>
            </w:r>
            <w:r>
              <w:rPr>
                <w:sz w:val="18"/>
              </w:rPr>
              <w:t vyd:_id="vyd:0000000000017d" xml:space="preserve"> </w:t>
            </w:r>
            <w:r>
              <w:rPr>
                <w:sz w:val="18"/>
              </w:rPr>
              <w:t vyd:_id="vyd:0000000000017c">физической</w:t>
            </w:r>
            <w:r>
              <w:rPr>
                <w:sz w:val="18"/>
              </w:rPr>
              <w:t vyd:_id="vyd:0000000000017b" xml:space="preserve"> </w:t>
            </w:r>
            <w:r>
              <w:rPr>
                <w:sz w:val="18"/>
              </w:rPr>
              <w:t vyd:_id="vyd:0000000000017a">культуре</w:t>
            </w:r>
          </w:p>
        </w:tc>
        <w:tc vyd:_id="vyd:00000000000175">
          <w:tcPr>
            <w:vAlign w:val="center"/>
          </w:tcPr>
          <w:p w:rsidR="00B81FA9" w:rsidRPr="00AA59A3" w:rsidRDefault="00781383" vyd:_id="vyd:00000000000176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77">по утвержденному расписанию и санитарным требованиям</w:t>
            </w:r>
          </w:p>
        </w:tc>
        <w:tc vyd:_id="vyd:00000000000172">
          <w:tcPr>
            <w:vAlign w:val="center"/>
          </w:tcPr>
          <w:p w:rsidR="00B81FA9" w:rsidRPr="00AA59A3" w:rsidRDefault="00537213" vyd:_id="vyd:00000000000173">
            <w:pPr>
              <w:rPr>
                <w:lang w:val="ru-RU"/>
              </w:rPr>
            </w:pPr>
            <w:r>
              <w:rPr>
                <w:sz w:val="18"/>
              </w:rPr>
              <w:t vyd:_id="vyd:00000000000174">воспитатели</w:t>
            </w:r>
          </w:p>
        </w:tc>
      </w:tr>
      <w:tr w:rsidR="00B81FA9" vyd:_id="vyd:0000000000016r">
        <w:trPr>
          <w:jc w:val="center"/>
        </w:trPr>
        <w:tc vyd:_id="vyd:0000000000016y">
          <w:tcPr>
            <w:vAlign w:val="center"/>
          </w:tcPr>
          <w:p w:rsidR="00B81FA9" w:rsidRPr="00AA59A3" w:rsidRDefault="00781383" vyd:_id="vyd:0000000000016z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70">Подвижные игры и двигательная активность на прогулке</w:t>
            </w:r>
          </w:p>
        </w:tc>
        <w:tc vyd:_id="vyd:0000000000016v">
          <w:tcPr>
            <w:vAlign w:val="center"/>
          </w:tcPr>
          <w:p w:rsidR="00B81FA9" w:rsidRDefault="00781383" vyd:_id="vyd:0000000000016w">
            <w:r>
              <w:rPr>
                <w:sz w:val="18"/>
              </w:rPr>
              <w:t vyd:_id="vyd:0000000000016x">ежедневно</w:t>
            </w:r>
          </w:p>
        </w:tc>
        <w:tc vyd:_id="vyd:0000000000016s">
          <w:tcPr>
            <w:vAlign w:val="center"/>
          </w:tcPr>
          <w:p w:rsidR="00B81FA9" w:rsidRDefault="00781383" vyd:_id="vyd:0000000000016t">
            <w:r>
              <w:rPr>
                <w:sz w:val="18"/>
              </w:rPr>
              <w:t vyd:_id="vyd:0000000000016u">воспитатели</w:t>
            </w:r>
          </w:p>
        </w:tc>
      </w:tr>
      <w:tr w:rsidR="00B81FA9" vyd:_id="vyd:0000000000016h">
        <w:trPr>
          <w:jc w:val="center"/>
        </w:trPr>
        <w:tc vyd:_id="vyd:0000000000016o">
          <w:tcPr>
            <w:vAlign w:val="center"/>
          </w:tcPr>
          <w:p w:rsidR="00B81FA9" w:rsidRPr="00AA59A3" w:rsidRDefault="00781383" vyd:_id="vyd:0000000000016p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6q">Гимнастика после дневного сна и оздоровительные мероприятия</w:t>
            </w:r>
          </w:p>
        </w:tc>
        <w:tc vyd:_id="vyd:0000000000016l">
          <w:tcPr>
            <w:vAlign w:val="center"/>
          </w:tcPr>
          <w:p w:rsidR="00B81FA9" w:rsidRPr="00AA59A3" w:rsidRDefault="00781383" vyd:_id="vyd:0000000000016m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6n">ежедневно, с учетом условий и состояния детей</w:t>
            </w:r>
          </w:p>
        </w:tc>
        <w:tc vyd:_id="vyd:0000000000016i">
          <w:tcPr>
            <w:vAlign w:val="center"/>
          </w:tcPr>
          <w:p w:rsidR="00B81FA9" w:rsidRDefault="00781383" vyd:_id="vyd:0000000000016j">
            <w:r>
              <w:rPr>
                <w:sz w:val="18"/>
              </w:rPr>
              <w:t vyd:_id="vyd:0000000000016k">воспитатели</w:t>
            </w:r>
          </w:p>
        </w:tc>
      </w:tr>
      <w:tr w:rsidR="00B81FA9" w:rsidRPr="001756CE" vyd:_id="vyd:00000000000167">
        <w:trPr>
          <w:jc w:val="center"/>
        </w:trPr>
        <w:tc vyd:_id="vyd:0000000000016e">
          <w:tcPr>
            <w:vAlign w:val="center"/>
          </w:tcPr>
          <w:p w:rsidR="00B81FA9" w:rsidRDefault="00781383" vyd:_id="vyd:0000000000016f">
            <w:r>
              <w:rPr>
                <w:sz w:val="18"/>
              </w:rPr>
              <w:t vyd:_id="vyd:0000000000016g">Физкультурные досуги и праздники</w:t>
            </w:r>
          </w:p>
        </w:tc>
        <w:tc vyd:_id="vyd:0000000000016b">
          <w:tcPr>
            <w:vAlign w:val="center"/>
          </w:tcPr>
          <w:p w:rsidR="00B81FA9" w:rsidRDefault="00781383" vyd:_id="vyd:0000000000016c">
            <w:r>
              <w:rPr>
                <w:sz w:val="18"/>
              </w:rPr>
              <w:t vyd:_id="vyd:0000000000016d">по календарному плану</w:t>
            </w:r>
          </w:p>
        </w:tc>
        <w:tc vyd:_id="vyd:00000000000168">
          <w:tcPr>
            <w:vAlign w:val="center"/>
          </w:tcPr>
          <w:p w:rsidR="00B81FA9" w:rsidRPr="00AA59A3" w:rsidRDefault="00537213" vyd:_id="vyd:00000000000169">
            <w:pPr>
              <w:rPr>
                <w:lang w:val="ru-RU"/>
              </w:rPr>
            </w:pPr>
            <w:r>
              <w:rPr>
                <w:sz w:val="18"/>
              </w:rPr>
              <w:t vyd:_id="vyd:0000000000016a">воспитатели</w:t>
            </w:r>
          </w:p>
        </w:tc>
      </w:tr>
      <w:tr w:rsidR="00B81FA9" w:rsidRPr="001756CE" vyd:_id="vyd:0000000000015u">
        <w:trPr>
          <w:jc w:val="center"/>
        </w:trPr>
        <w:tc vyd:_id="vyd:00000000000164">
          <w:tcPr>
            <w:vAlign w:val="center"/>
          </w:tcPr>
          <w:p w:rsidR="00B81FA9" w:rsidRPr="00AA59A3" w:rsidRDefault="00781383" vyd:_id="vyd:00000000000165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66">Профилактическая работа по формированию культурно-гигиенических навыков</w:t>
            </w:r>
          </w:p>
        </w:tc>
        <w:tc vyd:_id="vyd:0000000000015y">
          <w:tcPr>
            <w:vAlign w:val="center"/>
          </w:tcPr>
          <w:p w:rsidR="00B81FA9" w:rsidRDefault="00781383" vyd:_id="vyd:0000000000015z">
            <w:r>
              <w:rPr>
                <w:sz w:val="18"/>
              </w:rPr>
              <w:t vyd:_id="vyd:00000000000163" xml:space="preserve">в </w:t>
            </w:r>
            <w:r>
              <w:rPr>
                <w:sz w:val="18"/>
              </w:rPr>
              <w:t vyd:_id="vyd:00000000000162">течение</w:t>
            </w:r>
            <w:r>
              <w:rPr>
                <w:sz w:val="18"/>
              </w:rPr>
              <w:t vyd:_id="vyd:00000000000161" xml:space="preserve"> </w:t>
            </w:r>
            <w:r>
              <w:rPr>
                <w:sz w:val="18"/>
              </w:rPr>
              <w:t vyd:_id="vyd:00000000000160">года</w:t>
            </w:r>
          </w:p>
        </w:tc>
        <w:tc vyd:_id="vyd:0000000000015v">
          <w:tcPr>
            <w:vAlign w:val="center"/>
          </w:tcPr>
          <w:p w:rsidR="00B81FA9" w:rsidRPr="00AA59A3" w:rsidRDefault="00537213" vyd:_id="vyd:0000000000015w">
            <w:pPr>
              <w:rPr>
                <w:lang w:val="ru-RU"/>
              </w:rPr>
            </w:pPr>
            <w:r>
              <w:rPr>
                <w:sz w:val="18"/>
              </w:rPr>
              <w:t vyd:_id="vyd:0000000000015x">воспитатели</w:t>
            </w:r>
          </w:p>
        </w:tc>
      </w:tr>
      <w:tr w:rsidR="00B81FA9" vyd:_id="vyd:0000000000015e">
        <w:trPr>
          <w:jc w:val="center"/>
        </w:trPr>
        <w:tc vyd:_id="vyd:0000000000015l">
          <w:tcPr>
            <w:vAlign w:val="center"/>
          </w:tcPr>
          <w:p w:rsidR="00B81FA9" w:rsidRDefault="00781383" vyd:_id="vyd:0000000000015m">
            <w:r>
              <w:rPr>
                <w:sz w:val="18"/>
              </w:rPr>
              <w:t vyd:_id="vyd:0000000000015t">Анализ</w:t>
            </w:r>
            <w:r>
              <w:rPr>
                <w:sz w:val="18"/>
              </w:rPr>
              <w:t vyd:_id="vyd:0000000000015s" xml:space="preserve"> </w:t>
            </w:r>
            <w:r>
              <w:rPr>
                <w:sz w:val="18"/>
              </w:rPr>
              <w:t vyd:_id="vyd:0000000000015r">организации</w:t>
            </w:r>
            <w:r>
              <w:rPr>
                <w:sz w:val="18"/>
              </w:rPr>
              <w:t vyd:_id="vyd:0000000000015q" xml:space="preserve"> </w:t>
            </w:r>
            <w:r>
              <w:rPr>
                <w:sz w:val="18"/>
              </w:rPr>
              <w:t vyd:_id="vyd:0000000000015p">двигательного</w:t>
            </w:r>
            <w:r>
              <w:rPr>
                <w:sz w:val="18"/>
              </w:rPr>
              <w:t vyd:_id="vyd:0000000000015o" xml:space="preserve"> </w:t>
            </w:r>
            <w:r>
              <w:rPr>
                <w:sz w:val="18"/>
              </w:rPr>
              <w:t vyd:_id="vyd:0000000000015n">режима</w:t>
            </w:r>
          </w:p>
        </w:tc>
        <w:tc vyd:_id="vyd:0000000000015i">
          <w:tcPr>
            <w:vAlign w:val="center"/>
          </w:tcPr>
          <w:p w:rsidR="00B81FA9" w:rsidRDefault="00781383" vyd:_id="vyd:0000000000015j">
            <w:r>
              <w:rPr>
                <w:sz w:val="18"/>
              </w:rPr>
              <w:t vyd:_id="vyd:0000000000015k">1 раз в полугодие</w:t>
            </w:r>
          </w:p>
        </w:tc>
        <w:tc vyd:_id="vyd:0000000000015f">
          <w:tcPr>
            <w:vAlign w:val="center"/>
          </w:tcPr>
          <w:p w:rsidR="00B81FA9" w:rsidRPr="00537213" w:rsidRDefault="00537213" vyd:_id="vyd:0000000000015g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5h">заведующий</w:t>
            </w:r>
          </w:p>
        </w:tc>
      </w:tr>
    </w:tbl>
    <w:p w:rsidR="00B81FA9" w:rsidRDefault="00B81FA9" vyd:_id="vyd:0000000000015c"/>
    <w:p w:rsidR="00B81FA9" w:rsidRDefault="00781383" vyd:_id="vyd:0000000000015a">
      <w:pPr>
        <w:pStyle w:val="1"/>
      </w:pPr>
      <w:r>
        <w:t vyd:_id="vyd:0000000000015b">5. Взаимодействие с семьями воспитанников</w:t>
      </w:r>
    </w:p>
    <w:p w:rsidR="00B81FA9" w:rsidRPr="00AA59A3" w:rsidRDefault="00781383" vyd:_id="vyd:00000000000158">
      <w:pPr>
        <w:jc w:val="both"/>
        <w:rPr>
          <w:lang w:val="ru-RU"/>
        </w:rPr>
      </w:pPr>
      <w:r>
        <w:rPr>
          <w:lang w:val="ru-RU"/>
        </w:rPr>
        <w:t vyd:_id="vyd:00000000000159">Работа строится на принципах открытости, уважения к семье, учета образовательных потребностей родителей, добровольности участия в дополнительных инициативах и недопустимости публичного распространения персональных данных.</w:t>
      </w:r>
    </w:p>
    <w:tbl vyd:_id="vyd:0000000000011k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102"/>
        <w:gridCol w:w="1701"/>
        <w:gridCol w:w="2835"/>
      </w:tblGrid>
      <w:tr w:rsidR="00B81FA9" vyd:_id="vyd:0000000000014y">
        <w:trPr>
          <w:jc w:val="center"/>
          <w:tblHeader w:val="1"/>
        </w:trPr>
        <w:tc vyd:_id="vyd:00000000000155">
          <w:tcPr>
            <w:shd w:val="clear" w:color="auto" w:fill="E7E6E6"/>
            <w:vAlign w:val="center"/>
          </w:tcPr>
          <w:p w:rsidR="00B81FA9" w:rsidRDefault="00781383" vyd:_id="vyd:00000000000156">
            <w:r>
              <w:rPr>
                <w:sz w:val="18"/>
                <w:b w:val="1"/>
              </w:rPr>
              <w:t vyd:_id="vyd:00000000000157">Мероприятие</w:t>
            </w:r>
          </w:p>
        </w:tc>
        <w:tc vyd:_id="vyd:00000000000152">
          <w:tcPr>
            <w:shd w:val="clear" w:color="auto" w:fill="E7E6E6"/>
            <w:vAlign w:val="center"/>
          </w:tcPr>
          <w:p w:rsidR="00B81FA9" w:rsidRDefault="00781383" vyd:_id="vyd:00000000000153">
            <w:r>
              <w:rPr>
                <w:sz w:val="18"/>
                <w:b w:val="1"/>
              </w:rPr>
              <w:t vyd:_id="vyd:00000000000154">Срок</w:t>
            </w:r>
          </w:p>
        </w:tc>
        <w:tc vyd:_id="vyd:0000000000014z">
          <w:tcPr>
            <w:shd w:val="clear" w:color="auto" w:fill="E7E6E6"/>
            <w:vAlign w:val="center"/>
          </w:tcPr>
          <w:p w:rsidR="00B81FA9" w:rsidRDefault="00781383" vyd:_id="vyd:00000000000150">
            <w:r>
              <w:rPr>
                <w:sz w:val="18"/>
                <w:b w:val="1"/>
              </w:rPr>
              <w:t vyd:_id="vyd:00000000000151">Ответственные</w:t>
            </w:r>
          </w:p>
        </w:tc>
      </w:tr>
      <w:tr w:rsidR="00B81FA9" vyd:_id="vyd:0000000000014o">
        <w:trPr>
          <w:jc w:val="center"/>
        </w:trPr>
        <w:tc vyd:_id="vyd:0000000000014v">
          <w:tcPr>
            <w:vAlign w:val="center"/>
          </w:tcPr>
          <w:p w:rsidR="00B81FA9" w:rsidRDefault="00781383" vyd:_id="vyd:0000000000014w">
            <w:r>
              <w:rPr>
                <w:sz w:val="18"/>
              </w:rPr>
              <w:t vyd:_id="vyd:0000000000014x">Установочные групповые родительские собрания</w:t>
            </w:r>
          </w:p>
        </w:tc>
        <w:tc vyd:_id="vyd:0000000000014s">
          <w:tcPr>
            <w:vAlign w:val="center"/>
          </w:tcPr>
          <w:p w:rsidR="00B81FA9" w:rsidRDefault="00781383" vyd:_id="vyd:0000000000014t">
            <w:r>
              <w:rPr>
                <w:sz w:val="18"/>
              </w:rPr>
              <w:t vyd:_id="vyd:0000000000014u">сентябрь</w:t>
            </w:r>
          </w:p>
        </w:tc>
        <w:tc vyd:_id="vyd:0000000000014p">
          <w:tcPr>
            <w:vAlign w:val="center"/>
          </w:tcPr>
          <w:p w:rsidR="00B81FA9" w:rsidRDefault="00781383" vyd:_id="vyd:0000000000014q">
            <w:r>
              <w:rPr>
                <w:sz w:val="18"/>
              </w:rPr>
              <w:t vyd:_id="vyd:0000000000014r">воспитатели, специалисты</w:t>
            </w:r>
          </w:p>
        </w:tc>
      </w:tr>
      <w:tr w:rsidR="00B81FA9" vyd:_id="vyd:0000000000014a">
        <w:trPr>
          <w:jc w:val="center"/>
        </w:trPr>
        <w:tc vyd:_id="vyd:0000000000014l">
          <w:tcPr>
            <w:vAlign w:val="center"/>
          </w:tcPr>
          <w:p w:rsidR="00B81FA9" w:rsidRPr="00AA59A3" w:rsidRDefault="00781383" vyd:_id="vyd:0000000000014m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4n">Общее информирование о целях, задачах и организации образовательной деятельности</w:t>
            </w:r>
          </w:p>
        </w:tc>
        <w:tc vyd:_id="vyd:0000000000014i">
          <w:tcPr>
            <w:vAlign w:val="center"/>
          </w:tcPr>
          <w:p w:rsidR="00B81FA9" w:rsidRPr="00AA59A3" w:rsidRDefault="00781383" vyd:_id="vyd:0000000000014j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4k">сентябрь и по мере изменений</w:t>
            </w:r>
          </w:p>
        </w:tc>
        <w:tc vyd:_id="vyd:0000000000014b">
          <w:tcPr>
            <w:vAlign w:val="center"/>
          </w:tcPr>
          <w:p w:rsidR="00B81FA9" w:rsidRDefault="00781383" vyd:_id="vyd:0000000000014c">
            <w:r>
              <w:rPr>
                <w:sz w:val="18"/>
              </w:rPr>
              <w:t vyd:_id="vyd:0000000000014h">руководитель</w:t>
            </w:r>
            <w:r>
              <w:rPr>
                <w:sz w:val="18"/>
              </w:rPr>
              <w:t vyd:_id="vyd:0000000000014g" xml:space="preserve">, </w:t>
            </w:r>
            <w:r>
              <w:rPr>
                <w:sz w:val="18"/>
              </w:rPr>
              <w:t vyd:_id="vyd:0000000000014f">старший</w:t>
            </w:r>
            <w:r>
              <w:rPr>
                <w:sz w:val="18"/>
              </w:rPr>
              <w:t vyd:_id="vyd:0000000000014e" xml:space="preserve"> </w:t>
            </w:r>
            <w:r>
              <w:rPr>
                <w:sz w:val="18"/>
              </w:rPr>
              <w:t vyd:_id="vyd:0000000000014d">воспитатель</w:t>
            </w:r>
          </w:p>
        </w:tc>
      </w:tr>
      <w:tr w:rsidR="00B81FA9" vyd:_id="vyd:0000000000013y">
        <w:trPr>
          <w:jc w:val="center"/>
        </w:trPr>
        <w:tc vyd:_id="vyd:00000000000147">
          <w:tcPr>
            <w:vAlign w:val="center"/>
          </w:tcPr>
          <w:p w:rsidR="00B81FA9" w:rsidRPr="00AA59A3" w:rsidRDefault="00781383" vyd:_id="vyd:00000000000148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49">Индивидуальные консультации по вопросам развития и воспитания ребенка</w:t>
            </w:r>
          </w:p>
        </w:tc>
        <w:tc vyd:_id="vyd:00000000000144">
          <w:tcPr>
            <w:vAlign w:val="center"/>
          </w:tcPr>
          <w:p w:rsidR="00B81FA9" w:rsidRPr="00AA59A3" w:rsidRDefault="00781383" vyd:_id="vyd:00000000000145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46">в течение года по запросу</w:t>
            </w:r>
          </w:p>
        </w:tc>
        <w:tc vyd:_id="vyd:0000000000013z">
          <w:tcPr>
            <w:vAlign w:val="center"/>
          </w:tcPr>
          <w:p w:rsidR="00B81FA9" w:rsidRDefault="00781383" vyd:_id="vyd:00000000000140">
            <w:r>
              <w:rPr>
                <w:sz w:val="18"/>
              </w:rPr>
              <w:t vyd:_id="vyd:00000000000143">воспитатели</w:t>
            </w:r>
            <w:r>
              <w:rPr>
                <w:sz w:val="18"/>
              </w:rPr>
              <w:t vyd:_id="vyd:00000000000142" xml:space="preserve">, </w:t>
            </w:r>
            <w:r>
              <w:rPr>
                <w:sz w:val="18"/>
              </w:rPr>
              <w:t vyd:_id="vyd:00000000000141">специалисты</w:t>
            </w:r>
          </w:p>
        </w:tc>
      </w:tr>
      <w:tr w:rsidR="00B81FA9" vyd:_id="vyd:0000000000013o">
        <w:trPr>
          <w:jc w:val="center"/>
        </w:trPr>
        <w:tc vyd:_id="vyd:0000000000013v">
          <w:tcPr>
            <w:vAlign w:val="center"/>
          </w:tcPr>
          <w:p w:rsidR="00B81FA9" w:rsidRPr="00AA59A3" w:rsidRDefault="00781383" vyd:_id="vyd:0000000000013w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3x">Просветительские материалы по возрастному развитию, здоровью и безопасности</w:t>
            </w:r>
          </w:p>
        </w:tc>
        <w:tc vyd:_id="vyd:0000000000013s">
          <w:tcPr>
            <w:vAlign w:val="center"/>
          </w:tcPr>
          <w:p w:rsidR="00B81FA9" w:rsidRDefault="00781383" vyd:_id="vyd:0000000000013t">
            <w:r>
              <w:rPr>
                <w:sz w:val="18"/>
              </w:rPr>
              <w:t vyd:_id="vyd:0000000000013u">ежемесячно</w:t>
            </w:r>
          </w:p>
        </w:tc>
        <w:tc vyd:_id="vyd:0000000000013p">
          <w:tcPr>
            <w:vAlign w:val="center"/>
          </w:tcPr>
          <w:p w:rsidR="00B81FA9" w:rsidRDefault="00781383" vyd:_id="vyd:0000000000013q">
            <w:r>
              <w:rPr>
                <w:sz w:val="18"/>
              </w:rPr>
              <w:t vyd:_id="vyd:0000000000013r">педагогические работники</w:t>
            </w:r>
          </w:p>
        </w:tc>
      </w:tr>
      <w:tr w:rsidR="00B81FA9" vyd:_id="vyd:0000000000013b">
        <w:trPr>
          <w:jc w:val="center"/>
        </w:trPr>
        <w:tc vyd:_id="vyd:0000000000013l">
          <w:tcPr>
            <w:vAlign w:val="center"/>
          </w:tcPr>
          <w:p w:rsidR="00B81FA9" w:rsidRPr="00AA59A3" w:rsidRDefault="00781383" vyd:_id="vyd:0000000000013m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3n">Мероприятия по Программе просвещения родителей (законных представителей)</w:t>
            </w:r>
          </w:p>
        </w:tc>
        <w:tc vyd:_id="vyd:0000000000013i">
          <w:tcPr>
            <w:vAlign w:val="center"/>
          </w:tcPr>
          <w:p w:rsidR="00B81FA9" w:rsidRPr="00AA59A3" w:rsidRDefault="00781383" vyd:_id="vyd:0000000000013j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3k">в течение года по плану ДОО</w:t>
            </w:r>
          </w:p>
        </w:tc>
        <w:tc vyd:_id="vyd:0000000000013c">
          <w:tcPr>
            <w:vAlign w:val="center"/>
          </w:tcPr>
          <w:p w:rsidR="00B81FA9" w:rsidRDefault="00781383" vyd:_id="vyd:0000000000013d">
            <w:r>
              <w:rPr>
                <w:sz w:val="18"/>
              </w:rPr>
              <w:t vyd:_id="vyd:0000000000013h">старший</w:t>
            </w:r>
            <w:r>
              <w:rPr>
                <w:sz w:val="18"/>
              </w:rPr>
              <w:t vyd:_id="vyd:0000000000013g" xml:space="preserve"> </w:t>
            </w:r>
            <w:r>
              <w:rPr>
                <w:sz w:val="18"/>
              </w:rPr>
              <w:t vyd:_id="vyd:0000000000013f">воспитатель</w:t>
            </w:r>
            <w:r>
              <w:rPr>
                <w:sz w:val="18"/>
              </w:rPr>
              <w:t vyd:_id="vyd:0000000000013e" xml:space="preserve">, </w:t>
            </w:r>
          </w:p>
        </w:tc>
      </w:tr>
      <w:tr w:rsidR="00B81FA9" vyd:_id="vyd:0000000000012z">
        <w:trPr>
          <w:jc w:val="center"/>
        </w:trPr>
        <w:tc vyd:_id="vyd:00000000000138">
          <w:tcPr>
            <w:vAlign w:val="center"/>
          </w:tcPr>
          <w:p w:rsidR="00B81FA9" w:rsidRPr="00AA59A3" w:rsidRDefault="00781383" vyd:_id="vyd:00000000000139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3a">Совместные творческие, спортивные и культурные мероприятия</w:t>
            </w:r>
          </w:p>
        </w:tc>
        <w:tc vyd:_id="vyd:00000000000135">
          <w:tcPr>
            <w:vAlign w:val="center"/>
          </w:tcPr>
          <w:p w:rsidR="00B81FA9" w:rsidRPr="00AA59A3" w:rsidRDefault="00781383" vyd:_id="vyd:00000000000136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37">не реже 1 раза в квартал</w:t>
            </w:r>
          </w:p>
        </w:tc>
        <w:tc vyd:_id="vyd:00000000000130">
          <w:tcPr>
            <w:vAlign w:val="center"/>
          </w:tcPr>
          <w:p w:rsidR="00B81FA9" w:rsidRDefault="00781383" vyd:_id="vyd:00000000000131">
            <w:r>
              <w:rPr>
                <w:sz w:val="18"/>
              </w:rPr>
              <w:t vyd:_id="vyd:00000000000134">воспитатели</w:t>
            </w:r>
            <w:r>
              <w:rPr>
                <w:sz w:val="18"/>
              </w:rPr>
              <w:t vyd:_id="vyd:00000000000133" xml:space="preserve">, </w:t>
            </w:r>
            <w:r>
              <w:rPr>
                <w:sz w:val="18"/>
              </w:rPr>
              <w:t vyd:_id="vyd:00000000000132">специалисты</w:t>
            </w:r>
          </w:p>
        </w:tc>
      </w:tr>
      <w:tr w:rsidR="00B81FA9" vyd:_id="vyd:0000000000012k">
        <w:trPr>
          <w:jc w:val="center"/>
        </w:trPr>
        <w:tc vyd:_id="vyd:0000000000012w">
          <w:tcPr>
            <w:vAlign w:val="center"/>
          </w:tcPr>
          <w:p w:rsidR="00B81FA9" w:rsidRPr="00AA59A3" w:rsidRDefault="00781383" vyd:_id="vyd:0000000000012x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2y">Анкетирование и изучение удовлетворенности условиями и качеством взаимодействия</w:t>
            </w:r>
          </w:p>
        </w:tc>
        <w:tc vyd:_id="vyd:0000000000012q">
          <w:tcPr>
            <w:vAlign w:val="center"/>
          </w:tcPr>
          <w:p w:rsidR="00B81FA9" w:rsidRDefault="00781383" vyd:_id="vyd:0000000000012r">
            <w:r>
              <w:rPr>
                <w:sz w:val="18"/>
              </w:rPr>
              <w:t vyd:_id="vyd:0000000000012v" xml:space="preserve">1–2 </w:t>
            </w:r>
            <w:r>
              <w:rPr>
                <w:sz w:val="18"/>
              </w:rPr>
              <w:t vyd:_id="vyd:0000000000012u">раза</w:t>
            </w:r>
            <w:r>
              <w:rPr>
                <w:sz w:val="18"/>
              </w:rPr>
              <w:t vyd:_id="vyd:0000000000012t" xml:space="preserve"> в </w:t>
            </w:r>
            <w:r>
              <w:rPr>
                <w:sz w:val="18"/>
              </w:rPr>
              <w:t vyd:_id="vyd:0000000000012s">год</w:t>
            </w:r>
          </w:p>
        </w:tc>
        <w:tc vyd:_id="vyd:0000000000012l">
          <w:tcPr>
            <w:vAlign w:val="center"/>
          </w:tcPr>
          <w:p w:rsidR="00B81FA9" w:rsidRPr="00537213" w:rsidRDefault="00781383" vyd:_id="vyd:0000000000012m">
            <w:pPr>
              <w:rPr>
                <w:lang w:val="ru-RU"/>
              </w:rPr>
            </w:pPr>
            <w:r>
              <w:rPr>
                <w:sz w:val="18"/>
              </w:rPr>
              <w:t vyd:_id="vyd:0000000000012p">администрация</w:t>
            </w:r>
            <w:r>
              <w:rPr>
                <w:sz w:val="18"/>
              </w:rPr>
              <w:t vyd:_id="vyd:0000000000012o" xml:space="preserve"> Д</w:t>
            </w:r>
            <w:r>
              <w:rPr>
                <w:sz w:val="18"/>
                <w:lang w:val="ru-RU"/>
              </w:rPr>
              <w:t vyd:_id="vyd:0000000000012n">Г</w:t>
            </w:r>
          </w:p>
        </w:tc>
      </w:tr>
      <w:tr w:rsidR="00B81FA9" vyd:_id="vyd:00000000000127">
        <w:trPr>
          <w:jc w:val="center"/>
        </w:trPr>
        <w:tc vyd:_id="vyd:0000000000012h">
          <w:tcPr>
            <w:vAlign w:val="center"/>
          </w:tcPr>
          <w:p w:rsidR="00B81FA9" w:rsidRPr="00AA59A3" w:rsidRDefault="00781383" vyd:_id="vyd:0000000000012i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2j">Консультирование по вопросам информационной безопасности детей</w:t>
            </w:r>
          </w:p>
        </w:tc>
        <w:tc vyd:_id="vyd:0000000000012b">
          <w:tcPr>
            <w:vAlign w:val="center"/>
          </w:tcPr>
          <w:p w:rsidR="00B81FA9" w:rsidRDefault="00781383" vyd:_id="vyd:0000000000012c">
            <w:r>
              <w:rPr>
                <w:sz w:val="18"/>
              </w:rPr>
              <w:t vyd:_id="vyd:0000000000012g" xml:space="preserve">в </w:t>
            </w:r>
            <w:r>
              <w:rPr>
                <w:sz w:val="18"/>
              </w:rPr>
              <w:t vyd:_id="vyd:0000000000012f">течение</w:t>
            </w:r>
            <w:r>
              <w:rPr>
                <w:sz w:val="18"/>
              </w:rPr>
              <w:t vyd:_id="vyd:0000000000012e" xml:space="preserve"> </w:t>
            </w:r>
            <w:r>
              <w:rPr>
                <w:sz w:val="18"/>
              </w:rPr>
              <w:t vyd:_id="vyd:0000000000012d">года</w:t>
            </w:r>
          </w:p>
        </w:tc>
        <w:tc vyd:_id="vyd:00000000000128">
          <w:tcPr>
            <w:vAlign w:val="center"/>
          </w:tcPr>
          <w:p w:rsidR="00B81FA9" w:rsidRDefault="00781383" vyd:_id="vyd:00000000000129">
            <w:r>
              <w:rPr>
                <w:sz w:val="18"/>
              </w:rPr>
              <w:t vyd:_id="vyd:0000000000012a">старший воспитатель, педагог-психолог</w:t>
            </w:r>
          </w:p>
        </w:tc>
      </w:tr>
      <w:tr w:rsidR="00B81FA9" vyd:_id="vyd:0000000000011x">
        <w:trPr>
          <w:jc w:val="center"/>
        </w:trPr>
        <w:tc vyd:_id="vyd:00000000000124">
          <w:tcPr>
            <w:vAlign w:val="center"/>
          </w:tcPr>
          <w:p w:rsidR="00B81FA9" w:rsidRPr="00AA59A3" w:rsidRDefault="00781383" vyd:_id="vyd:00000000000125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26">Итоговые родительские собрания и рекомендации на летний период</w:t>
            </w:r>
          </w:p>
        </w:tc>
        <w:tc vyd:_id="vyd:00000000000121">
          <w:tcPr>
            <w:vAlign w:val="center"/>
          </w:tcPr>
          <w:p w:rsidR="00B81FA9" w:rsidRDefault="00781383" vyd:_id="vyd:00000000000122">
            <w:r>
              <w:rPr>
                <w:sz w:val="18"/>
              </w:rPr>
              <w:t vyd:_id="vyd:00000000000123">май</w:t>
            </w:r>
          </w:p>
        </w:tc>
        <w:tc vyd:_id="vyd:0000000000011y">
          <w:tcPr>
            <w:vAlign w:val="center"/>
          </w:tcPr>
          <w:p w:rsidR="00B81FA9" w:rsidRDefault="00781383" vyd:_id="vyd:0000000000011z">
            <w:r>
              <w:rPr>
                <w:sz w:val="18"/>
              </w:rPr>
              <w:t vyd:_id="vyd:00000000000120">воспитатели, специалисты</w:t>
            </w:r>
          </w:p>
        </w:tc>
      </w:tr>
      <w:tr w:rsidR="00B81FA9" vyd:_id="vyd:0000000000011l">
        <w:trPr>
          <w:jc w:val="center"/>
        </w:trPr>
        <w:tc vyd:_id="vyd:0000000000011u">
          <w:tcPr>
            <w:vAlign w:val="center"/>
          </w:tcPr>
          <w:p w:rsidR="00B81FA9" w:rsidRPr="00AA59A3" w:rsidRDefault="00781383" vyd:_id="vyd:0000000000011v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1w">Организационная встреча с семьями вновь зачисленных воспитанников</w:t>
            </w:r>
          </w:p>
        </w:tc>
        <w:tc vyd:_id="vyd:0000000000011p">
          <w:tcPr>
            <w:vAlign w:val="center"/>
          </w:tcPr>
          <w:p w:rsidR="00B81FA9" w:rsidRDefault="00781383" vyd:_id="vyd:0000000000011q">
            <w:r>
              <w:rPr>
                <w:sz w:val="18"/>
              </w:rPr>
              <w:t vyd:_id="vyd:0000000000011t">май</w:t>
            </w:r>
            <w:r>
              <w:rPr>
                <w:sz w:val="18"/>
              </w:rPr>
              <w:t vyd:_id="vyd:0000000000011s">–</w:t>
            </w:r>
            <w:r>
              <w:rPr>
                <w:sz w:val="18"/>
              </w:rPr>
              <w:t vyd:_id="vyd:0000000000011r">август</w:t>
            </w:r>
          </w:p>
        </w:tc>
        <w:tc vyd:_id="vyd:0000000000011m">
          <w:tcPr>
            <w:vAlign w:val="center"/>
          </w:tcPr>
          <w:p w:rsidR="00B81FA9" w:rsidRDefault="00781383" vyd:_id="vyd:0000000000011n">
            <w:r>
              <w:rPr>
                <w:sz w:val="18"/>
              </w:rPr>
              <w:t vyd:_id="vyd:0000000000011o">руководитель, старший воспитатель</w:t>
            </w:r>
          </w:p>
        </w:tc>
      </w:tr>
    </w:tbl>
    <w:p w:rsidR="00B81FA9" w:rsidRDefault="00B81FA9" vyd:_id="vyd:0000000000011j"/>
    <w:p w:rsidR="00B81FA9" w:rsidRPr="00AA59A3" w:rsidRDefault="00781383" vyd:_id="vyd:0000000000011h">
      <w:pPr>
        <w:pStyle w:val="1"/>
        <w:rPr>
          <w:lang w:val="ru-RU"/>
        </w:rPr>
      </w:pPr>
      <w:r>
        <w:rPr>
          <w:lang w:val="ru-RU"/>
        </w:rPr>
        <w:t vyd:_id="vyd:0000000000011i">6. Методическая работа и развитие кадрового потенциала</w:t>
      </w:r>
    </w:p>
    <w:p w:rsidR="00B81FA9" w:rsidRDefault="00781383" vyd:_id="vyd:0000000000011f">
      <w:pPr>
        <w:pStyle w:val="21"/>
      </w:pPr>
      <w:r>
        <w:t vyd:_id="vyd:0000000000011g">6.1. Организационно-методическая работа</w:t>
      </w:r>
    </w:p>
    <w:tbl vyd:_id="vyd:000000000000y9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102"/>
        <w:gridCol w:w="1701"/>
        <w:gridCol w:w="2835"/>
      </w:tblGrid>
      <w:tr w:rsidR="00B81FA9" vyd:_id="vyd:00000000000115">
        <w:trPr>
          <w:jc w:val="center"/>
          <w:tblHeader w:val="1"/>
        </w:trPr>
        <w:tc vyd:_id="vyd:0000000000011c">
          <w:tcPr>
            <w:shd w:val="clear" w:color="auto" w:fill="E7E6E6"/>
            <w:vAlign w:val="center"/>
          </w:tcPr>
          <w:p w:rsidR="00B81FA9" w:rsidRDefault="00781383" vyd:_id="vyd:0000000000011d">
            <w:r>
              <w:rPr>
                <w:sz w:val="18"/>
                <w:b w:val="1"/>
              </w:rPr>
              <w:t vyd:_id="vyd:0000000000011e">Мероприятие</w:t>
            </w:r>
          </w:p>
        </w:tc>
        <w:tc vyd:_id="vyd:00000000000119">
          <w:tcPr>
            <w:shd w:val="clear" w:color="auto" w:fill="E7E6E6"/>
            <w:vAlign w:val="center"/>
          </w:tcPr>
          <w:p w:rsidR="00B81FA9" w:rsidRDefault="00781383" vyd:_id="vyd:0000000000011a">
            <w:r>
              <w:rPr>
                <w:sz w:val="18"/>
                <w:b w:val="1"/>
              </w:rPr>
              <w:t vyd:_id="vyd:0000000000011b">Срок</w:t>
            </w:r>
          </w:p>
        </w:tc>
        <w:tc vyd:_id="vyd:00000000000116">
          <w:tcPr>
            <w:shd w:val="clear" w:color="auto" w:fill="E7E6E6"/>
            <w:vAlign w:val="center"/>
          </w:tcPr>
          <w:p w:rsidR="00B81FA9" w:rsidRDefault="00781383" vyd:_id="vyd:00000000000117">
            <w:r>
              <w:rPr>
                <w:sz w:val="18"/>
                <w:b w:val="1"/>
              </w:rPr>
              <w:t vyd:_id="vyd:00000000000118">Ответственные</w:t>
            </w:r>
          </w:p>
        </w:tc>
      </w:tr>
      <w:tr w:rsidR="00B81FA9" w:rsidRPr="001756CE" vyd:_id="vyd:0000000000010v">
        <w:trPr>
          <w:jc w:val="center"/>
        </w:trPr>
        <w:tc vyd:_id="vyd:00000000000112">
          <w:tcPr>
            <w:vAlign w:val="center"/>
          </w:tcPr>
          <w:p w:rsidR="00B81FA9" w:rsidRPr="00AA59A3" w:rsidRDefault="00781383" vyd:_id="vyd:00000000000113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14">Актуализация ОП ДО, календарного плана воспитательной работы и рабочих документов педагогов при изменении законодательства</w:t>
            </w:r>
          </w:p>
        </w:tc>
        <w:tc vyd:_id="vyd:0000000000010z">
          <w:tcPr>
            <w:vAlign w:val="center"/>
          </w:tcPr>
          <w:p w:rsidR="00B81FA9" w:rsidRPr="00AA59A3" w:rsidRDefault="00781383" vyd:_id="vyd:00000000000110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11">август–сентябрь; далее по необходимости</w:t>
            </w:r>
          </w:p>
        </w:tc>
        <w:tc vyd:_id="vyd:0000000000010w">
          <w:tcPr>
            <w:vAlign w:val="center"/>
          </w:tcPr>
          <w:p w:rsidR="00B81FA9" w:rsidRPr="00AA59A3" w:rsidRDefault="00781383" vyd:_id="vyd:0000000000010x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0y">руководитель, старший воспитатель</w:t>
            </w:r>
          </w:p>
        </w:tc>
      </w:tr>
      <w:tr w:rsidR="00B81FA9" vyd:_id="vyd:0000000000010j">
        <w:trPr>
          <w:jc w:val="center"/>
        </w:trPr>
        <w:tc vyd:_id="vyd:0000000000010s">
          <w:tcPr>
            <w:vAlign w:val="center"/>
          </w:tcPr>
          <w:p w:rsidR="00B81FA9" w:rsidRPr="00AA59A3" w:rsidRDefault="00781383" vyd:_id="vyd:0000000000010t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0u">Анализ соответствия режимов дня и расписания санитарным требованиям</w:t>
            </w:r>
          </w:p>
        </w:tc>
        <w:tc vyd:_id="vyd:0000000000010n">
          <w:tcPr>
            <w:vAlign w:val="center"/>
          </w:tcPr>
          <w:p w:rsidR="00B81FA9" w:rsidRDefault="00781383" vyd:_id="vyd:0000000000010o">
            <w:r>
              <w:rPr>
                <w:sz w:val="18"/>
              </w:rPr>
              <w:t vyd:_id="vyd:0000000000010r">август</w:t>
            </w:r>
            <w:r>
              <w:rPr>
                <w:sz w:val="18"/>
              </w:rPr>
              <w:t vyd:_id="vyd:0000000000010q" xml:space="preserve">, </w:t>
            </w:r>
            <w:r>
              <w:rPr>
                <w:sz w:val="18"/>
              </w:rPr>
              <w:t vyd:_id="vyd:0000000000010p">январь</w:t>
            </w:r>
          </w:p>
        </w:tc>
        <w:tc vyd:_id="vyd:0000000000010k">
          <w:tcPr>
            <w:vAlign w:val="center"/>
          </w:tcPr>
          <w:p w:rsidR="00B81FA9" w:rsidRDefault="00781383" vyd:_id="vyd:0000000000010l">
            <w:r>
              <w:rPr>
                <w:sz w:val="18"/>
              </w:rPr>
              <w:t vyd:_id="vyd:0000000000010m">старший воспитатель</w:t>
            </w:r>
          </w:p>
        </w:tc>
      </w:tr>
      <w:tr w:rsidR="00B81FA9" vyd:_id="vyd:00000000000106">
        <w:trPr>
          <w:jc w:val="center"/>
        </w:trPr>
        <w:tc vyd:_id="vyd:0000000000010g">
          <w:tcPr>
            <w:vAlign w:val="center"/>
          </w:tcPr>
          <w:p w:rsidR="00B81FA9" w:rsidRPr="00AA59A3" w:rsidRDefault="00781383" vyd:_id="vyd:0000000000010h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0i">Методическое сопровождение реализации ФОП ДО</w:t>
            </w:r>
          </w:p>
        </w:tc>
        <w:tc vyd:_id="vyd:0000000000010a">
          <w:tcPr>
            <w:vAlign w:val="center"/>
          </w:tcPr>
          <w:p w:rsidR="00B81FA9" w:rsidRDefault="00781383" vyd:_id="vyd:0000000000010b">
            <w:r>
              <w:rPr>
                <w:sz w:val="18"/>
              </w:rPr>
              <w:t vyd:_id="vyd:0000000000010f" xml:space="preserve">в </w:t>
            </w:r>
            <w:r>
              <w:rPr>
                <w:sz w:val="18"/>
              </w:rPr>
              <w:t vyd:_id="vyd:0000000000010e">течение</w:t>
            </w:r>
            <w:r>
              <w:rPr>
                <w:sz w:val="18"/>
              </w:rPr>
              <w:t vyd:_id="vyd:0000000000010d" xml:space="preserve"> </w:t>
            </w:r>
            <w:r>
              <w:rPr>
                <w:sz w:val="18"/>
              </w:rPr>
              <w:t vyd:_id="vyd:0000000000010c">года</w:t>
            </w:r>
          </w:p>
        </w:tc>
        <w:tc vyd:_id="vyd:00000000000107">
          <w:tcPr>
            <w:vAlign w:val="center"/>
          </w:tcPr>
          <w:p w:rsidR="00B81FA9" w:rsidRDefault="00781383" vyd:_id="vyd:00000000000108">
            <w:r>
              <w:rPr>
                <w:sz w:val="18"/>
              </w:rPr>
              <w:t vyd:_id="vyd:00000000000109">старший воспитатель</w:t>
            </w:r>
          </w:p>
        </w:tc>
      </w:tr>
      <w:tr w:rsidR="00B81FA9" vyd:_id="vyd:000000000000zs">
        <w:trPr>
          <w:jc w:val="center"/>
        </w:trPr>
        <w:tc vyd:_id="vyd:00000000000103">
          <w:tcPr>
            <w:vAlign w:val="center"/>
          </w:tcPr>
          <w:p w:rsidR="00B81FA9" w:rsidRPr="00AA59A3" w:rsidRDefault="00781383" vyd:_id="vyd:00000000000104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105">Анализ и развитие РППС в группах</w:t>
            </w:r>
          </w:p>
        </w:tc>
        <w:tc vyd:_id="vyd:000000000000zw">
          <w:tcPr>
            <w:vAlign w:val="center"/>
          </w:tcPr>
          <w:p w:rsidR="00B81FA9" w:rsidRDefault="00781383" vyd:_id="vyd:000000000000zx">
            <w:r>
              <w:rPr>
                <w:sz w:val="18"/>
              </w:rPr>
              <w:t vyd:_id="vyd:00000000000102">сентябрь</w:t>
            </w:r>
            <w:r>
              <w:rPr>
                <w:sz w:val="18"/>
              </w:rPr>
              <w:t vyd:_id="vyd:00000000000101" xml:space="preserve">, </w:t>
            </w:r>
            <w:r>
              <w:rPr>
                <w:sz w:val="18"/>
              </w:rPr>
              <w:t vyd:_id="vyd:00000000000100">январь</w:t>
            </w:r>
            <w:r>
              <w:rPr>
                <w:sz w:val="18"/>
              </w:rPr>
              <w:t vyd:_id="vyd:000000000000zz" xml:space="preserve">, </w:t>
            </w:r>
            <w:r>
              <w:rPr>
                <w:sz w:val="18"/>
              </w:rPr>
              <w:t vyd:_id="vyd:000000000000zy">май</w:t>
            </w:r>
          </w:p>
        </w:tc>
        <w:tc vyd:_id="vyd:000000000000zt">
          <w:tcPr>
            <w:vAlign w:val="center"/>
          </w:tcPr>
          <w:p w:rsidR="00B81FA9" w:rsidRDefault="00781383" vyd:_id="vyd:000000000000zu">
            <w:r>
              <w:rPr>
                <w:sz w:val="18"/>
              </w:rPr>
              <w:t vyd:_id="vyd:000000000000zv">старший воспитатель, воспитатели</w:t>
            </w:r>
          </w:p>
        </w:tc>
      </w:tr>
      <w:tr w:rsidR="00B81FA9" vyd:_id="vyd:000000000000zf">
        <w:trPr>
          <w:jc w:val="center"/>
        </w:trPr>
        <w:tc vyd:_id="vyd:000000000000zp">
          <w:tcPr>
            <w:vAlign w:val="center"/>
          </w:tcPr>
          <w:p w:rsidR="00B81FA9" w:rsidRPr="00AA59A3" w:rsidRDefault="00781383" vyd:_id="vyd:000000000000zq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zr">Наставничество молодых и вновь принятых педагогов</w:t>
            </w:r>
          </w:p>
        </w:tc>
        <w:tc vyd:_id="vyd:000000000000zj">
          <w:tcPr>
            <w:vAlign w:val="center"/>
          </w:tcPr>
          <w:p w:rsidR="00B81FA9" w:rsidRDefault="00781383" vyd:_id="vyd:000000000000zk">
            <w:r>
              <w:rPr>
                <w:sz w:val="18"/>
              </w:rPr>
              <w:t vyd:_id="vyd:000000000000zo" xml:space="preserve">в </w:t>
            </w:r>
            <w:r>
              <w:rPr>
                <w:sz w:val="18"/>
              </w:rPr>
              <w:t vyd:_id="vyd:000000000000zn">течение</w:t>
            </w:r>
            <w:r>
              <w:rPr>
                <w:sz w:val="18"/>
              </w:rPr>
              <w:t vyd:_id="vyd:000000000000zm" xml:space="preserve"> </w:t>
            </w:r>
            <w:r>
              <w:rPr>
                <w:sz w:val="18"/>
              </w:rPr>
              <w:t vyd:_id="vyd:000000000000zl">года</w:t>
            </w:r>
          </w:p>
        </w:tc>
        <w:tc vyd:_id="vyd:000000000000zg">
          <w:tcPr>
            <w:vAlign w:val="center"/>
          </w:tcPr>
          <w:p w:rsidR="00B81FA9" w:rsidRDefault="00781383" vyd:_id="vyd:000000000000zh">
            <w:r>
              <w:rPr>
                <w:sz w:val="18"/>
              </w:rPr>
              <w:t vyd:_id="vyd:000000000000zi">назначенные наставники</w:t>
            </w:r>
          </w:p>
        </w:tc>
      </w:tr>
      <w:tr w:rsidR="00B81FA9" vyd:_id="vyd:000000000000yz">
        <w:trPr>
          <w:jc w:val="center"/>
        </w:trPr>
        <w:tc vyd:_id="vyd:000000000000za">
          <w:tcPr>
            <w:vAlign w:val="center"/>
          </w:tcPr>
          <w:p w:rsidR="00B81FA9" w:rsidRPr="00AA59A3" w:rsidRDefault="00781383" vyd:_id="vyd:000000000000zb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ze" xml:space="preserve">Открытые просмотры и </w:t>
            </w:r>
            <w:r>
              <w:rPr>
                <w:sz w:val="18"/>
                <w:lang w:val="ru-RU"/>
              </w:rPr>
              <w:t vyd:_id="vyd:000000000000zd">взаимопосещения</w:t>
            </w:r>
            <w:r>
              <w:rPr>
                <w:sz w:val="18"/>
                <w:lang w:val="ru-RU"/>
              </w:rPr>
              <w:t vyd:_id="vyd:000000000000zc" xml:space="preserve"> педагогических мероприятий</w:t>
            </w:r>
          </w:p>
        </w:tc>
        <w:tc vyd:_id="vyd:000000000000z3">
          <w:tcPr>
            <w:vAlign w:val="center"/>
          </w:tcPr>
          <w:p w:rsidR="00B81FA9" w:rsidRDefault="00781383" vyd:_id="vyd:000000000000z4">
            <w:r>
              <w:rPr>
                <w:sz w:val="18"/>
              </w:rPr>
              <w:t vyd:_id="vyd:000000000000z9">по</w:t>
            </w:r>
            <w:r>
              <w:rPr>
                <w:sz w:val="18"/>
              </w:rPr>
              <w:t vyd:_id="vyd:000000000000z8" xml:space="preserve"> </w:t>
            </w:r>
            <w:r>
              <w:rPr>
                <w:sz w:val="18"/>
              </w:rPr>
              <w:t vyd:_id="vyd:000000000000z7">отдельному</w:t>
            </w:r>
            <w:r>
              <w:rPr>
                <w:sz w:val="18"/>
              </w:rPr>
              <w:t vyd:_id="vyd:000000000000z6" xml:space="preserve"> </w:t>
            </w:r>
            <w:r>
              <w:rPr>
                <w:sz w:val="18"/>
              </w:rPr>
              <w:t vyd:_id="vyd:000000000000z5">графику</w:t>
            </w:r>
          </w:p>
        </w:tc>
        <w:tc vyd:_id="vyd:000000000000z0">
          <w:tcPr>
            <w:vAlign w:val="center"/>
          </w:tcPr>
          <w:p w:rsidR="00B81FA9" w:rsidRDefault="00781383" vyd:_id="vyd:000000000000z1">
            <w:r>
              <w:rPr>
                <w:sz w:val="18"/>
              </w:rPr>
              <w:t vyd:_id="vyd:000000000000z2">старший воспитатель, педагоги</w:t>
            </w:r>
          </w:p>
        </w:tc>
      </w:tr>
      <w:tr w:rsidR="00B81FA9" vyd:_id="vyd:000000000000ym">
        <w:trPr>
          <w:jc w:val="center"/>
        </w:trPr>
        <w:tc vyd:_id="vyd:000000000000yw">
          <w:tcPr>
            <w:vAlign w:val="center"/>
          </w:tcPr>
          <w:p w:rsidR="00B81FA9" w:rsidRPr="00AA59A3" w:rsidRDefault="00781383" vyd:_id="vyd:000000000000yx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yy">Формирование методического банка эффективных практик</w:t>
            </w:r>
          </w:p>
        </w:tc>
        <w:tc vyd:_id="vyd:000000000000yq">
          <w:tcPr>
            <w:vAlign w:val="center"/>
          </w:tcPr>
          <w:p w:rsidR="00B81FA9" w:rsidRDefault="00781383" vyd:_id="vyd:000000000000yr">
            <w:r>
              <w:rPr>
                <w:sz w:val="18"/>
              </w:rPr>
              <w:t vyd:_id="vyd:000000000000yv" xml:space="preserve">в </w:t>
            </w:r>
            <w:r>
              <w:rPr>
                <w:sz w:val="18"/>
              </w:rPr>
              <w:t vyd:_id="vyd:000000000000yu">течение</w:t>
            </w:r>
            <w:r>
              <w:rPr>
                <w:sz w:val="18"/>
              </w:rPr>
              <w:t vyd:_id="vyd:000000000000yt" xml:space="preserve"> </w:t>
            </w:r>
            <w:r>
              <w:rPr>
                <w:sz w:val="18"/>
              </w:rPr>
              <w:t vyd:_id="vyd:000000000000ys">года</w:t>
            </w:r>
          </w:p>
        </w:tc>
        <w:tc vyd:_id="vyd:000000000000yn">
          <w:tcPr>
            <w:vAlign w:val="center"/>
          </w:tcPr>
          <w:p w:rsidR="00B81FA9" w:rsidRDefault="00781383" vyd:_id="vyd:000000000000yo">
            <w:r>
              <w:rPr>
                <w:sz w:val="18"/>
              </w:rPr>
              <w:t vyd:_id="vyd:000000000000yp">старший воспитатель</w:t>
            </w:r>
          </w:p>
        </w:tc>
      </w:tr>
      <w:tr w:rsidR="00B81FA9" vyd:_id="vyd:000000000000ya">
        <w:trPr>
          <w:jc w:val="center"/>
        </w:trPr>
        <w:tc vyd:_id="vyd:000000000000yj">
          <w:tcPr>
            <w:vAlign w:val="center"/>
          </w:tcPr>
          <w:p w:rsidR="00B81FA9" w:rsidRPr="00AA59A3" w:rsidRDefault="00781383" vyd:_id="vyd:000000000000yk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yl">Подготовка к летней оздоровительной работе</w:t>
            </w:r>
          </w:p>
        </w:tc>
        <w:tc vyd:_id="vyd:000000000000ye">
          <w:tcPr>
            <w:vAlign w:val="center"/>
          </w:tcPr>
          <w:p w:rsidR="00B81FA9" w:rsidRDefault="00781383" vyd:_id="vyd:000000000000yf">
            <w:r>
              <w:rPr>
                <w:sz w:val="18"/>
              </w:rPr>
              <w:t vyd:_id="vyd:000000000000yi">апрель</w:t>
            </w:r>
            <w:r>
              <w:rPr>
                <w:sz w:val="18"/>
              </w:rPr>
              <w:t vyd:_id="vyd:000000000000yh">–</w:t>
            </w:r>
            <w:r>
              <w:rPr>
                <w:sz w:val="18"/>
              </w:rPr>
              <w:t vyd:_id="vyd:000000000000yg">май</w:t>
            </w:r>
          </w:p>
        </w:tc>
        <w:tc vyd:_id="vyd:000000000000yb">
          <w:tcPr>
            <w:vAlign w:val="center"/>
          </w:tcPr>
          <w:p w:rsidR="00B81FA9" w:rsidRDefault="00781383" vyd:_id="vyd:000000000000yc">
            <w:r>
              <w:rPr>
                <w:sz w:val="18"/>
              </w:rPr>
              <w:t vyd:_id="vyd:000000000000yd">администрация, педагогические работники</w:t>
            </w:r>
          </w:p>
        </w:tc>
      </w:tr>
    </w:tbl>
    <w:p w:rsidR="00B81FA9" w:rsidRDefault="00B81FA9" vyd:_id="vyd:000000000000y8"/>
    <w:p w:rsidR="00B81FA9" w:rsidRDefault="00781383" vyd:_id="vyd:000000000000y6">
      <w:pPr>
        <w:pStyle w:val="21"/>
      </w:pPr>
      <w:r>
        <w:t vyd:_id="vyd:000000000000y7">6.2. Консультации, семинары, практикумы</w:t>
      </w:r>
    </w:p>
    <w:tbl vyd:_id="vyd:000000000000vb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669"/>
        <w:gridCol w:w="1417"/>
        <w:gridCol w:w="2551"/>
      </w:tblGrid>
      <w:tr w:rsidR="00B81FA9" vyd:_id="vyd:000000000000xw">
        <w:trPr>
          <w:jc w:val="center"/>
          <w:tblHeader w:val="1"/>
        </w:trPr>
        <w:tc vyd:_id="vyd:000000000000y3">
          <w:tcPr>
            <w:shd w:val="clear" w:color="auto" w:fill="E7E6E6"/>
            <w:vAlign w:val="center"/>
          </w:tcPr>
          <w:p w:rsidR="00B81FA9" w:rsidRDefault="00781383" vyd:_id="vyd:000000000000y4">
            <w:r>
              <w:rPr>
                <w:sz w:val="18"/>
                <w:b w:val="1"/>
              </w:rPr>
              <w:t vyd:_id="vyd:000000000000y5">Тема</w:t>
            </w:r>
          </w:p>
        </w:tc>
        <w:tc vyd:_id="vyd:000000000000y0">
          <w:tcPr>
            <w:shd w:val="clear" w:color="auto" w:fill="E7E6E6"/>
            <w:vAlign w:val="center"/>
          </w:tcPr>
          <w:p w:rsidR="00B81FA9" w:rsidRDefault="00781383" vyd:_id="vyd:000000000000y1">
            <w:r>
              <w:rPr>
                <w:sz w:val="18"/>
                <w:b w:val="1"/>
              </w:rPr>
              <w:t vyd:_id="vyd:000000000000y2">Срок</w:t>
            </w:r>
          </w:p>
        </w:tc>
        <w:tc vyd:_id="vyd:000000000000xx">
          <w:tcPr>
            <w:shd w:val="clear" w:color="auto" w:fill="E7E6E6"/>
            <w:vAlign w:val="center"/>
          </w:tcPr>
          <w:p w:rsidR="00B81FA9" w:rsidRDefault="00781383" vyd:_id="vyd:000000000000xy">
            <w:r>
              <w:rPr>
                <w:sz w:val="18"/>
                <w:b w:val="1"/>
              </w:rPr>
              <w:t vyd:_id="vyd:000000000000xz">Ответственные</w:t>
            </w:r>
          </w:p>
        </w:tc>
      </w:tr>
      <w:tr w:rsidR="00B81FA9" vyd:_id="vyd:000000000000xm">
        <w:trPr>
          <w:jc w:val="center"/>
        </w:trPr>
        <w:tc vyd:_id="vyd:000000000000xt">
          <w:tcPr>
            <w:vAlign w:val="center"/>
          </w:tcPr>
          <w:p w:rsidR="00B81FA9" w:rsidRPr="00AA59A3" w:rsidRDefault="00781383" vyd:_id="vyd:000000000000xu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xv">ФОП ДО и ОП ДОО: что должно быть отражено в ежедневной педагогической практике</w:t>
            </w:r>
          </w:p>
        </w:tc>
        <w:tc vyd:_id="vyd:000000000000xq">
          <w:tcPr>
            <w:vAlign w:val="center"/>
          </w:tcPr>
          <w:p w:rsidR="00B81FA9" w:rsidRDefault="00781383" vyd:_id="vyd:000000000000xr">
            <w:r>
              <w:rPr>
                <w:sz w:val="18"/>
              </w:rPr>
              <w:t vyd:_id="vyd:000000000000xs">сентябрь</w:t>
            </w:r>
          </w:p>
        </w:tc>
        <w:tc vyd:_id="vyd:000000000000xn">
          <w:tcPr>
            <w:vAlign w:val="center"/>
          </w:tcPr>
          <w:p w:rsidR="00B81FA9" w:rsidRDefault="00781383" vyd:_id="vyd:000000000000xo">
            <w:r>
              <w:rPr>
                <w:sz w:val="18"/>
              </w:rPr>
              <w:t vyd:_id="vyd:000000000000xp">старший воспитатель</w:t>
            </w:r>
          </w:p>
        </w:tc>
      </w:tr>
      <w:tr w:rsidR="00B81FA9" vyd:_id="vyd:000000000000xc">
        <w:trPr>
          <w:jc w:val="center"/>
        </w:trPr>
        <w:tc vyd:_id="vyd:000000000000xj">
          <w:tcPr>
            <w:vAlign w:val="center"/>
          </w:tcPr>
          <w:p w:rsidR="00B81FA9" w:rsidRPr="00AA59A3" w:rsidRDefault="00781383" vyd:_id="vyd:000000000000xk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xl">Современная РППС: безопасность, вариативность и детская инициатива</w:t>
            </w:r>
          </w:p>
        </w:tc>
        <w:tc vyd:_id="vyd:000000000000xg">
          <w:tcPr>
            <w:vAlign w:val="center"/>
          </w:tcPr>
          <w:p w:rsidR="00B81FA9" w:rsidRDefault="00781383" vyd:_id="vyd:000000000000xh">
            <w:r>
              <w:rPr>
                <w:sz w:val="18"/>
              </w:rPr>
              <w:t vyd:_id="vyd:000000000000xi">октябрь</w:t>
            </w:r>
          </w:p>
        </w:tc>
        <w:tc vyd:_id="vyd:000000000000xd">
          <w:tcPr>
            <w:vAlign w:val="center"/>
          </w:tcPr>
          <w:p w:rsidR="00B81FA9" w:rsidRDefault="00781383" vyd:_id="vyd:000000000000xe">
            <w:r>
              <w:rPr>
                <w:sz w:val="18"/>
              </w:rPr>
              <w:t vyd:_id="vyd:000000000000xf">старший воспитатель</w:t>
            </w:r>
          </w:p>
        </w:tc>
      </w:tr>
      <w:tr w:rsidR="00B81FA9" vyd:_id="vyd:000000000000x2">
        <w:trPr>
          <w:jc w:val="center"/>
        </w:trPr>
        <w:tc vyd:_id="vyd:000000000000x9">
          <w:tcPr>
            <w:vAlign w:val="center"/>
          </w:tcPr>
          <w:p w:rsidR="00B81FA9" w:rsidRPr="00AA59A3" w:rsidRDefault="00781383" vyd:_id="vyd:000000000000xa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xb">Педагогическое наблюдение и диагностика без тестового ранжирования дошкольников</w:t>
            </w:r>
          </w:p>
        </w:tc>
        <w:tc vyd:_id="vyd:000000000000x6">
          <w:tcPr>
            <w:vAlign w:val="center"/>
          </w:tcPr>
          <w:p w:rsidR="00B81FA9" w:rsidRDefault="00781383" vyd:_id="vyd:000000000000x7">
            <w:r>
              <w:rPr>
                <w:sz w:val="18"/>
              </w:rPr>
              <w:t vyd:_id="vyd:000000000000x8">ноябрь</w:t>
            </w:r>
          </w:p>
        </w:tc>
        <w:tc vyd:_id="vyd:000000000000x3">
          <w:tcPr>
            <w:vAlign w:val="center"/>
          </w:tcPr>
          <w:p w:rsidR="00B81FA9" w:rsidRDefault="00781383" vyd:_id="vyd:000000000000x4">
            <w:r>
              <w:rPr>
                <w:sz w:val="18"/>
              </w:rPr>
              <w:t vyd:_id="vyd:000000000000x5">старший воспитатель, педагог-психолог</w:t>
            </w:r>
          </w:p>
        </w:tc>
      </w:tr>
      <w:tr w:rsidR="00B81FA9" vyd:_id="vyd:000000000000ws">
        <w:trPr>
          <w:jc w:val="center"/>
        </w:trPr>
        <w:tc vyd:_id="vyd:000000000000wz">
          <w:tcPr>
            <w:vAlign w:val="center"/>
          </w:tcPr>
          <w:p w:rsidR="00B81FA9" w:rsidRPr="00AA59A3" w:rsidRDefault="00781383" vyd:_id="vyd:000000000000x0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x1">Поддержка детской игры как ведущей деятельности</w:t>
            </w:r>
          </w:p>
        </w:tc>
        <w:tc vyd:_id="vyd:000000000000ww">
          <w:tcPr>
            <w:vAlign w:val="center"/>
          </w:tcPr>
          <w:p w:rsidR="00B81FA9" w:rsidRDefault="00781383" vyd:_id="vyd:000000000000wx">
            <w:r>
              <w:rPr>
                <w:sz w:val="18"/>
              </w:rPr>
              <w:t vyd:_id="vyd:000000000000wy">декабрь</w:t>
            </w:r>
          </w:p>
        </w:tc>
        <w:tc vyd:_id="vyd:000000000000wt">
          <w:tcPr>
            <w:vAlign w:val="center"/>
          </w:tcPr>
          <w:p w:rsidR="00B81FA9" w:rsidRDefault="00781383" vyd:_id="vyd:000000000000wu">
            <w:r>
              <w:rPr>
                <w:sz w:val="18"/>
              </w:rPr>
              <w:t vyd:_id="vyd:000000000000wv">старший воспитатель</w:t>
            </w:r>
          </w:p>
        </w:tc>
      </w:tr>
      <w:tr w:rsidR="00B81FA9" vyd:_id="vyd:000000000000wi">
        <w:trPr>
          <w:jc w:val="center"/>
        </w:trPr>
        <w:tc vyd:_id="vyd:000000000000wp">
          <w:tcPr>
            <w:vAlign w:val="center"/>
          </w:tcPr>
          <w:p w:rsidR="00B81FA9" w:rsidRPr="00AA59A3" w:rsidRDefault="00781383" vyd:_id="vyd:000000000000wq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wr">Воспитательный потенциал детской литературы и культурных практик</w:t>
            </w:r>
          </w:p>
        </w:tc>
        <w:tc vyd:_id="vyd:000000000000wm">
          <w:tcPr>
            <w:vAlign w:val="center"/>
          </w:tcPr>
          <w:p w:rsidR="00B81FA9" w:rsidRDefault="00781383" vyd:_id="vyd:000000000000wn">
            <w:r>
              <w:rPr>
                <w:sz w:val="18"/>
              </w:rPr>
              <w:t vyd:_id="vyd:000000000000wo">январь</w:t>
            </w:r>
          </w:p>
        </w:tc>
        <w:tc vyd:_id="vyd:000000000000wj">
          <w:tcPr>
            <w:vAlign w:val="center"/>
          </w:tcPr>
          <w:p w:rsidR="00B81FA9" w:rsidRDefault="00781383" vyd:_id="vyd:000000000000wk">
            <w:r>
              <w:rPr>
                <w:sz w:val="18"/>
              </w:rPr>
              <w:t vyd:_id="vyd:000000000000wl">воспитатели / специалисты</w:t>
            </w:r>
          </w:p>
        </w:tc>
      </w:tr>
      <w:tr w:rsidR="00B81FA9" vyd:_id="vyd:000000000000w8">
        <w:trPr>
          <w:jc w:val="center"/>
        </w:trPr>
        <w:tc vyd:_id="vyd:000000000000wf">
          <w:tcPr>
            <w:vAlign w:val="center"/>
          </w:tcPr>
          <w:p w:rsidR="00B81FA9" w:rsidRPr="00AA59A3" w:rsidRDefault="00781383" vyd:_id="vyd:000000000000wg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wh">Профилактика профессионального выгорания и командное взаимодействие</w:t>
            </w:r>
          </w:p>
        </w:tc>
        <w:tc vyd:_id="vyd:000000000000wc">
          <w:tcPr>
            <w:vAlign w:val="center"/>
          </w:tcPr>
          <w:p w:rsidR="00B81FA9" w:rsidRDefault="00781383" vyd:_id="vyd:000000000000wd">
            <w:r>
              <w:rPr>
                <w:sz w:val="18"/>
              </w:rPr>
              <w:t vyd:_id="vyd:000000000000we">февраль</w:t>
            </w:r>
          </w:p>
        </w:tc>
        <w:tc vyd:_id="vyd:000000000000w9">
          <w:tcPr>
            <w:vAlign w:val="center"/>
          </w:tcPr>
          <w:p w:rsidR="00B81FA9" w:rsidRDefault="00781383" vyd:_id="vyd:000000000000wa">
            <w:r>
              <w:rPr>
                <w:sz w:val="18"/>
              </w:rPr>
              <w:t vyd:_id="vyd:000000000000wb">педагог-психолог</w:t>
            </w:r>
          </w:p>
        </w:tc>
      </w:tr>
      <w:tr w:rsidR="00B81FA9" vyd:_id="vyd:000000000000vw">
        <w:trPr>
          <w:jc w:val="center"/>
        </w:trPr>
        <w:tc vyd:_id="vyd:000000000000w3">
          <w:tcPr>
            <w:vAlign w:val="center"/>
          </w:tcPr>
          <w:p w:rsidR="00B81FA9" w:rsidRPr="00AA59A3" w:rsidRDefault="00781383" vyd:_id="vyd:000000000000w4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w7">Преемственность дошкольного и начального общего образования без «</w:t>
            </w:r>
            <w:r>
              <w:rPr>
                <w:sz w:val="18"/>
                <w:lang w:val="ru-RU"/>
              </w:rPr>
              <w:t vyd:_id="vyd:000000000000w6">школизации</w:t>
            </w:r>
            <w:r>
              <w:rPr>
                <w:sz w:val="18"/>
                <w:lang w:val="ru-RU"/>
              </w:rPr>
              <w:t vyd:_id="vyd:000000000000w5">» детского сада</w:t>
            </w:r>
          </w:p>
        </w:tc>
        <w:tc vyd:_id="vyd:000000000000w0">
          <w:tcPr>
            <w:vAlign w:val="center"/>
          </w:tcPr>
          <w:p w:rsidR="00B81FA9" w:rsidRDefault="00781383" vyd:_id="vyd:000000000000w1">
            <w:r>
              <w:rPr>
                <w:sz w:val="18"/>
              </w:rPr>
              <w:t vyd:_id="vyd:000000000000w2">март</w:t>
            </w:r>
          </w:p>
        </w:tc>
        <w:tc vyd:_id="vyd:000000000000vx">
          <w:tcPr>
            <w:vAlign w:val="center"/>
          </w:tcPr>
          <w:p w:rsidR="00B81FA9" w:rsidRDefault="00781383" vyd:_id="vyd:000000000000vy">
            <w:r>
              <w:rPr>
                <w:sz w:val="18"/>
              </w:rPr>
              <w:t vyd:_id="vyd:000000000000vz">старший воспитатель</w:t>
            </w:r>
          </w:p>
        </w:tc>
      </w:tr>
      <w:tr w:rsidR="00B81FA9" vyd:_id="vyd:000000000000vm">
        <w:trPr>
          <w:jc w:val="center"/>
        </w:trPr>
        <w:tc vyd:_id="vyd:000000000000vt">
          <w:tcPr>
            <w:vAlign w:val="center"/>
          </w:tcPr>
          <w:p w:rsidR="00B81FA9" w:rsidRPr="00AA59A3" w:rsidRDefault="00781383" vyd:_id="vyd:000000000000vu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vv">Взаимодействие с родителями в сложных коммуникативных ситуациях</w:t>
            </w:r>
          </w:p>
        </w:tc>
        <w:tc vyd:_id="vyd:000000000000vq">
          <w:tcPr>
            <w:vAlign w:val="center"/>
          </w:tcPr>
          <w:p w:rsidR="00B81FA9" w:rsidRDefault="00781383" vyd:_id="vyd:000000000000vr">
            <w:r>
              <w:rPr>
                <w:sz w:val="18"/>
              </w:rPr>
              <w:t vyd:_id="vyd:000000000000vs">апрель</w:t>
            </w:r>
          </w:p>
        </w:tc>
        <w:tc vyd:_id="vyd:000000000000vn">
          <w:tcPr>
            <w:vAlign w:val="center"/>
          </w:tcPr>
          <w:p w:rsidR="00B81FA9" w:rsidRDefault="00781383" vyd:_id="vyd:000000000000vo">
            <w:r>
              <w:rPr>
                <w:sz w:val="18"/>
              </w:rPr>
              <w:t vyd:_id="vyd:000000000000vp">педагог-психолог, старший воспитатель</w:t>
            </w:r>
          </w:p>
        </w:tc>
      </w:tr>
      <w:tr w:rsidR="00B81FA9" vyd:_id="vyd:000000000000vc">
        <w:trPr>
          <w:jc w:val="center"/>
        </w:trPr>
        <w:tc vyd:_id="vyd:000000000000vj">
          <w:tcPr>
            <w:vAlign w:val="center"/>
          </w:tcPr>
          <w:p w:rsidR="00B81FA9" w:rsidRPr="00AA59A3" w:rsidRDefault="00781383" vyd:_id="vyd:000000000000vk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vl">Организация безопасной и содержательной деятельности детей летом</w:t>
            </w:r>
          </w:p>
        </w:tc>
        <w:tc vyd:_id="vyd:000000000000vg">
          <w:tcPr>
            <w:vAlign w:val="center"/>
          </w:tcPr>
          <w:p w:rsidR="00B81FA9" w:rsidRDefault="00781383" vyd:_id="vyd:000000000000vh">
            <w:r>
              <w:rPr>
                <w:sz w:val="18"/>
              </w:rPr>
              <w:t vyd:_id="vyd:000000000000vi">май</w:t>
            </w:r>
          </w:p>
        </w:tc>
        <w:tc vyd:_id="vyd:000000000000vd">
          <w:tcPr>
            <w:vAlign w:val="center"/>
          </w:tcPr>
          <w:p w:rsidR="00B81FA9" w:rsidRDefault="00781383" vyd:_id="vyd:000000000000ve">
            <w:r>
              <w:rPr>
                <w:sz w:val="18"/>
              </w:rPr>
              <w:t vyd:_id="vyd:000000000000vf">старший воспитатель, медицинский работник</w:t>
            </w:r>
          </w:p>
        </w:tc>
      </w:tr>
    </w:tbl>
    <w:p w:rsidR="00B81FA9" w:rsidRDefault="00B81FA9" vyd:_id="vyd:000000000000va"/>
    <w:p w:rsidR="00B81FA9" w:rsidRDefault="00781383" vyd:_id="vyd:000000000000v8">
      <w:pPr>
        <w:pStyle w:val="21"/>
      </w:pPr>
      <w:r>
        <w:t vyd:_id="vyd:000000000000v9">6.3. Повышение квалификации и аттестация</w:t>
      </w:r>
    </w:p>
    <w:p w:rsidR="00B81FA9" w:rsidRPr="00AA59A3" w:rsidRDefault="00781383" vyd:_id="vyd:000000000000v6">
      <w:pPr>
        <w:jc w:val="both"/>
        <w:rPr>
          <w:lang w:val="ru-RU"/>
        </w:rPr>
      </w:pPr>
      <w:r>
        <w:rPr>
          <w:lang w:val="ru-RU"/>
        </w:rPr>
        <w:t vyd:_id="vyd:000000000000v7">Персональные сведения работников в публичном/универсальном экземпляре годового плана не приводятся. Индивидуальные сроки обучения и аттестации ведутся в отдельных кадровых документах.</w:t>
      </w:r>
    </w:p>
    <w:tbl vyd:_id="vyd:000000000000t6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102"/>
        <w:gridCol w:w="1701"/>
        <w:gridCol w:w="2835"/>
      </w:tblGrid>
      <w:tr w:rsidR="00B81FA9" vyd:_id="vyd:000000000000uw">
        <w:trPr>
          <w:jc w:val="center"/>
          <w:tblHeader w:val="1"/>
        </w:trPr>
        <w:tc vyd:_id="vyd:000000000000v3">
          <w:tcPr>
            <w:shd w:val="clear" w:color="auto" w:fill="E7E6E6"/>
            <w:vAlign w:val="center"/>
          </w:tcPr>
          <w:p w:rsidR="00B81FA9" w:rsidRDefault="00781383" vyd:_id="vyd:000000000000v4">
            <w:r>
              <w:rPr>
                <w:sz w:val="18"/>
                <w:b w:val="1"/>
              </w:rPr>
              <w:t vyd:_id="vyd:000000000000v5">Направление</w:t>
            </w:r>
          </w:p>
        </w:tc>
        <w:tc vyd:_id="vyd:000000000000v0">
          <w:tcPr>
            <w:shd w:val="clear" w:color="auto" w:fill="E7E6E6"/>
            <w:vAlign w:val="center"/>
          </w:tcPr>
          <w:p w:rsidR="00B81FA9" w:rsidRDefault="00781383" vyd:_id="vyd:000000000000v1">
            <w:r>
              <w:rPr>
                <w:sz w:val="18"/>
                <w:b w:val="1"/>
              </w:rPr>
              <w:t vyd:_id="vyd:000000000000v2">Срок</w:t>
            </w:r>
          </w:p>
        </w:tc>
        <w:tc vyd:_id="vyd:000000000000ux">
          <w:tcPr>
            <w:shd w:val="clear" w:color="auto" w:fill="E7E6E6"/>
            <w:vAlign w:val="center"/>
          </w:tcPr>
          <w:p w:rsidR="00B81FA9" w:rsidRDefault="00781383" vyd:_id="vyd:000000000000uy">
            <w:r>
              <w:rPr>
                <w:sz w:val="18"/>
                <w:b w:val="1"/>
              </w:rPr>
              <w:t vyd:_id="vyd:000000000000uz">Ответственный</w:t>
            </w:r>
          </w:p>
        </w:tc>
      </w:tr>
      <w:tr w:rsidR="00B81FA9" vyd:_id="vyd:000000000000um">
        <w:trPr>
          <w:jc w:val="center"/>
        </w:trPr>
        <w:tc vyd:_id="vyd:000000000000ut">
          <w:tcPr>
            <w:vAlign w:val="center"/>
          </w:tcPr>
          <w:p w:rsidR="00B81FA9" w:rsidRDefault="00781383" vyd:_id="vyd:000000000000uu">
            <w:r>
              <w:rPr>
                <w:sz w:val="18"/>
              </w:rPr>
              <w:t vyd:_id="vyd:000000000000uv">Анализ профессиональных дефицитов педагогов</w:t>
            </w:r>
          </w:p>
        </w:tc>
        <w:tc vyd:_id="vyd:000000000000uq">
          <w:tcPr>
            <w:vAlign w:val="center"/>
          </w:tcPr>
          <w:p w:rsidR="00B81FA9" w:rsidRDefault="00781383" vyd:_id="vyd:000000000000ur">
            <w:r>
              <w:rPr>
                <w:sz w:val="18"/>
              </w:rPr>
              <w:t vyd:_id="vyd:000000000000us">сентябрь</w:t>
            </w:r>
          </w:p>
        </w:tc>
        <w:tc vyd:_id="vyd:000000000000un">
          <w:tcPr>
            <w:vAlign w:val="center"/>
          </w:tcPr>
          <w:p w:rsidR="00B81FA9" w:rsidRDefault="00781383" vyd:_id="vyd:000000000000uo">
            <w:r>
              <w:rPr>
                <w:sz w:val="18"/>
              </w:rPr>
              <w:t vyd:_id="vyd:000000000000up">старший воспитатель</w:t>
            </w:r>
          </w:p>
        </w:tc>
      </w:tr>
      <w:tr w:rsidR="00B81FA9" vyd:_id="vyd:000000000000ub">
        <w:trPr>
          <w:jc w:val="center"/>
        </w:trPr>
        <w:tc vyd:_id="vyd:000000000000uj">
          <w:tcPr>
            <w:vAlign w:val="center"/>
          </w:tcPr>
          <w:p w:rsidR="00B81FA9" w:rsidRDefault="00781383" vyd:_id="vyd:000000000000uk">
            <w:r>
              <w:rPr>
                <w:sz w:val="18"/>
              </w:rPr>
              <w:t vyd:_id="vyd:000000000000ul">Формирование плана повышения квалификации</w:t>
            </w:r>
          </w:p>
        </w:tc>
        <w:tc vyd:_id="vyd:000000000000ug">
          <w:tcPr>
            <w:vAlign w:val="center"/>
          </w:tcPr>
          <w:p w:rsidR="00B81FA9" w:rsidRDefault="00781383" vyd:_id="vyd:000000000000uh">
            <w:r>
              <w:rPr>
                <w:sz w:val="18"/>
              </w:rPr>
              <w:t vyd:_id="vyd:000000000000ui">сентябрь</w:t>
            </w:r>
          </w:p>
        </w:tc>
        <w:tc vyd:_id="vyd:000000000000uc">
          <w:tcPr>
            <w:vAlign w:val="center"/>
          </w:tcPr>
          <w:p w:rsidR="00B81FA9" w:rsidRDefault="00781383" vyd:_id="vyd:000000000000ud">
            <w:r>
              <w:rPr>
                <w:sz w:val="18"/>
              </w:rPr>
              <w:t vyd:_id="vyd:000000000000uf" xml:space="preserve">руководитель, старший </w:t>
            </w:r>
            <w:r>
              <w:rPr>
                <w:sz w:val="18"/>
              </w:rPr>
              <w:t vyd:_id="vyd:000000000000ue">воспитатель</w:t>
            </w:r>
          </w:p>
        </w:tc>
      </w:tr>
      <w:tr w:rsidR="00B81FA9" vyd:_id="vyd:000000000000ty">
        <w:trPr>
          <w:jc w:val="center"/>
        </w:trPr>
        <w:tc vyd:_id="vyd:000000000000u8">
          <w:tcPr>
            <w:vAlign w:val="center"/>
          </w:tcPr>
          <w:p w:rsidR="00B81FA9" w:rsidRPr="00AA59A3" w:rsidRDefault="00781383" vyd:_id="vyd:000000000000u9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ua">Контроль своевременности прохождения обязательного обучения и инструктажей</w:t>
            </w:r>
          </w:p>
        </w:tc>
        <w:tc vyd:_id="vyd:000000000000u2">
          <w:tcPr>
            <w:vAlign w:val="center"/>
          </w:tcPr>
          <w:p w:rsidR="00B81FA9" w:rsidRDefault="00781383" vyd:_id="vyd:000000000000u3">
            <w:r>
              <w:rPr>
                <w:sz w:val="18"/>
              </w:rPr>
              <w:t vyd:_id="vyd:000000000000u7" xml:space="preserve">в </w:t>
            </w:r>
            <w:r>
              <w:rPr>
                <w:sz w:val="18"/>
              </w:rPr>
              <w:t vyd:_id="vyd:000000000000u6">течение</w:t>
            </w:r>
            <w:r>
              <w:rPr>
                <w:sz w:val="18"/>
              </w:rPr>
              <w:t vyd:_id="vyd:000000000000u5" xml:space="preserve"> </w:t>
            </w:r>
            <w:r>
              <w:rPr>
                <w:sz w:val="18"/>
              </w:rPr>
              <w:t vyd:_id="vyd:000000000000u4">года</w:t>
            </w:r>
          </w:p>
        </w:tc>
        <w:tc vyd:_id="vyd:000000000000tz">
          <w:tcPr>
            <w:vAlign w:val="center"/>
          </w:tcPr>
          <w:p w:rsidR="00B81FA9" w:rsidRDefault="00781383" vyd:_id="vyd:000000000000u0">
            <w:r>
              <w:rPr>
                <w:sz w:val="18"/>
              </w:rPr>
              <w:t vyd:_id="vyd:000000000000u1">ответственные должностные лица</w:t>
            </w:r>
          </w:p>
        </w:tc>
      </w:tr>
      <w:tr w:rsidR="00B81FA9" vyd:_id="vyd:000000000000tk">
        <w:trPr>
          <w:jc w:val="center"/>
        </w:trPr>
        <w:tc vyd:_id="vyd:000000000000tv">
          <w:tcPr>
            <w:vAlign w:val="center"/>
          </w:tcPr>
          <w:p w:rsidR="00B81FA9" w:rsidRPr="00AA59A3" w:rsidRDefault="00781383" vyd:_id="vyd:000000000000tw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tx">Методическая поддержка педагогов, проходящих аттестацию</w:t>
            </w:r>
          </w:p>
        </w:tc>
        <w:tc vyd:_id="vyd:000000000000to">
          <w:tcPr>
            <w:vAlign w:val="center"/>
          </w:tcPr>
          <w:p w:rsidR="00B81FA9" w:rsidRDefault="00781383" vyd:_id="vyd:000000000000tp">
            <w:r>
              <w:rPr>
                <w:sz w:val="18"/>
              </w:rPr>
              <w:t vyd:_id="vyd:000000000000tu">по</w:t>
            </w:r>
            <w:r>
              <w:rPr>
                <w:sz w:val="18"/>
              </w:rPr>
              <w:t vyd:_id="vyd:000000000000tt" xml:space="preserve"> </w:t>
            </w:r>
            <w:r>
              <w:rPr>
                <w:sz w:val="18"/>
              </w:rPr>
              <w:t vyd:_id="vyd:000000000000ts">индивидуальному</w:t>
            </w:r>
            <w:r>
              <w:rPr>
                <w:sz w:val="18"/>
              </w:rPr>
              <w:t vyd:_id="vyd:000000000000tr" xml:space="preserve"> </w:t>
            </w:r>
            <w:r>
              <w:rPr>
                <w:sz w:val="18"/>
              </w:rPr>
              <w:t vyd:_id="vyd:000000000000tq">графику</w:t>
            </w:r>
          </w:p>
        </w:tc>
        <w:tc vyd:_id="vyd:000000000000tl">
          <w:tcPr>
            <w:vAlign w:val="center"/>
          </w:tcPr>
          <w:p w:rsidR="00B81FA9" w:rsidRDefault="00781383" vyd:_id="vyd:000000000000tm">
            <w:r>
              <w:rPr>
                <w:sz w:val="18"/>
              </w:rPr>
              <w:t vyd:_id="vyd:000000000000tn">старший воспитатель</w:t>
            </w:r>
          </w:p>
        </w:tc>
      </w:tr>
      <w:tr w:rsidR="00B81FA9" vyd:_id="vyd:000000000000t7">
        <w:trPr>
          <w:jc w:val="center"/>
        </w:trPr>
        <w:tc vyd:_id="vyd:000000000000th">
          <w:tcPr>
            <w:vAlign w:val="center"/>
          </w:tcPr>
          <w:p w:rsidR="00B81FA9" w:rsidRPr="00AA59A3" w:rsidRDefault="00781383" vyd:_id="vyd:000000000000ti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tj">Обобщение и распространение успешного педагогического опыта</w:t>
            </w:r>
          </w:p>
        </w:tc>
        <w:tc vyd:_id="vyd:000000000000tb">
          <w:tcPr>
            <w:vAlign w:val="center"/>
          </w:tcPr>
          <w:p w:rsidR="00B81FA9" w:rsidRDefault="00781383" vyd:_id="vyd:000000000000tc">
            <w:r>
              <w:rPr>
                <w:sz w:val="18"/>
              </w:rPr>
              <w:t vyd:_id="vyd:000000000000tg" xml:space="preserve">в </w:t>
            </w:r>
            <w:r>
              <w:rPr>
                <w:sz w:val="18"/>
              </w:rPr>
              <w:t vyd:_id="vyd:000000000000tf">течение</w:t>
            </w:r>
            <w:r>
              <w:rPr>
                <w:sz w:val="18"/>
              </w:rPr>
              <w:t vyd:_id="vyd:000000000000te" xml:space="preserve"> </w:t>
            </w:r>
            <w:r>
              <w:rPr>
                <w:sz w:val="18"/>
              </w:rPr>
              <w:t vyd:_id="vyd:000000000000td">года</w:t>
            </w:r>
          </w:p>
        </w:tc>
        <w:tc vyd:_id="vyd:000000000000t8">
          <w:tcPr>
            <w:vAlign w:val="center"/>
          </w:tcPr>
          <w:p w:rsidR="00B81FA9" w:rsidRDefault="00781383" vyd:_id="vyd:000000000000t9">
            <w:r>
              <w:rPr>
                <w:sz w:val="18"/>
              </w:rPr>
              <w:t vyd:_id="vyd:000000000000ta">старший воспитатель</w:t>
            </w:r>
          </w:p>
        </w:tc>
      </w:tr>
    </w:tbl>
    <w:p w:rsidR="00B81FA9" w:rsidRDefault="00B81FA9" vyd:_id="vyd:000000000000t5"/>
    <w:p w:rsidR="00B81FA9" w:rsidRDefault="00781383" vyd:_id="vyd:000000000000t3">
      <w:pPr>
        <w:pStyle w:val="1"/>
      </w:pPr>
      <w:r>
        <w:t vyd:_id="vyd:000000000000t4">7. Педагогические советы и управленческие совещания</w:t>
      </w:r>
    </w:p>
    <w:p w:rsidR="00B81FA9" w:rsidRDefault="00781383" vyd:_id="vyd:000000000000t1">
      <w:pPr>
        <w:pStyle w:val="21"/>
      </w:pPr>
      <w:r>
        <w:t vyd:_id="vyd:000000000000t2">7.1. Педагогические советы</w:t>
      </w:r>
    </w:p>
    <w:tbl vyd:_id="vyd:000000000000rk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3969"/>
        <w:gridCol w:w="1417"/>
        <w:gridCol w:w="4252"/>
      </w:tblGrid>
      <w:tr w:rsidR="00B81FA9" vyd:_id="vyd:000000000000sr">
        <w:trPr>
          <w:jc w:val="center"/>
          <w:tblHeader w:val="1"/>
        </w:trPr>
        <w:tc vyd:_id="vyd:000000000000sy">
          <w:tcPr>
            <w:shd w:val="clear" w:color="auto" w:fill="E7E6E6"/>
            <w:vAlign w:val="center"/>
          </w:tcPr>
          <w:p w:rsidR="00B81FA9" w:rsidRDefault="00781383" vyd:_id="vyd:000000000000sz">
            <w:r>
              <w:rPr>
                <w:sz w:val="18"/>
                <w:b w:val="1"/>
              </w:rPr>
              <w:t vyd:_id="vyd:000000000000t0">Тема</w:t>
            </w:r>
          </w:p>
        </w:tc>
        <w:tc vyd:_id="vyd:000000000000sv">
          <w:tcPr>
            <w:shd w:val="clear" w:color="auto" w:fill="E7E6E6"/>
            <w:vAlign w:val="center"/>
          </w:tcPr>
          <w:p w:rsidR="00B81FA9" w:rsidRDefault="00781383" vyd:_id="vyd:000000000000sw">
            <w:r>
              <w:rPr>
                <w:sz w:val="18"/>
                <w:b w:val="1"/>
              </w:rPr>
              <w:t vyd:_id="vyd:000000000000sx">Срок</w:t>
            </w:r>
          </w:p>
        </w:tc>
        <w:tc vyd:_id="vyd:000000000000ss">
          <w:tcPr>
            <w:shd w:val="clear" w:color="auto" w:fill="E7E6E6"/>
            <w:vAlign w:val="center"/>
          </w:tcPr>
          <w:p w:rsidR="00B81FA9" w:rsidRDefault="00781383" vyd:_id="vyd:000000000000st">
            <w:r>
              <w:rPr>
                <w:sz w:val="18"/>
                <w:b w:val="1"/>
              </w:rPr>
              <w:t vyd:_id="vyd:000000000000su">Основные вопросы</w:t>
            </w:r>
          </w:p>
        </w:tc>
      </w:tr>
      <w:tr w:rsidR="00B81FA9" w:rsidRPr="00AF438E" vyd:_id="vyd:000000000000sf">
        <w:trPr>
          <w:jc w:val="center"/>
        </w:trPr>
        <w:tc vyd:_id="vyd:000000000000so">
          <w:tcPr>
            <w:vAlign w:val="center"/>
          </w:tcPr>
          <w:p w:rsidR="00B81FA9" w:rsidRPr="00AA59A3" w:rsidRDefault="00781383" vyd:_id="vyd:000000000000sp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sq">Установочный: «Приоритеты и организация работы ДОО в 2026/2027 учебном году»</w:t>
            </w:r>
          </w:p>
        </w:tc>
        <w:tc vyd:_id="vyd:000000000000sj">
          <w:tcPr>
            <w:vAlign w:val="center"/>
          </w:tcPr>
          <w:p w:rsidR="00B81FA9" w:rsidRDefault="00781383" vyd:_id="vyd:000000000000sk">
            <w:r>
              <w:rPr>
                <w:sz w:val="18"/>
              </w:rPr>
              <w:t vyd:_id="vyd:000000000000sn">август</w:t>
            </w:r>
            <w:r>
              <w:rPr>
                <w:sz w:val="18"/>
              </w:rPr>
              <w:t vyd:_id="vyd:000000000000sm">–</w:t>
            </w:r>
            <w:r>
              <w:rPr>
                <w:sz w:val="18"/>
              </w:rPr>
              <w:t vyd:_id="vyd:000000000000sl">сентябрь</w:t>
            </w:r>
          </w:p>
        </w:tc>
        <w:tc vyd:_id="vyd:000000000000sg">
          <w:tcPr>
            <w:vAlign w:val="center"/>
          </w:tcPr>
          <w:p w:rsidR="00B81FA9" w:rsidRPr="00AA59A3" w:rsidRDefault="00781383" vyd:_id="vyd:000000000000sh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si">утверждение годового плана; актуализация образовательной документации; организация режима и безопасности</w:t>
            </w:r>
          </w:p>
        </w:tc>
      </w:tr>
      <w:tr w:rsidR="00B81FA9" w:rsidRPr="00AF438E" vyd:_id="vyd:000000000000s5">
        <w:trPr>
          <w:jc w:val="center"/>
        </w:trPr>
        <w:tc vyd:_id="vyd:000000000000sc">
          <w:tcPr>
            <w:vAlign w:val="center"/>
          </w:tcPr>
          <w:p w:rsidR="00B81FA9" w:rsidRPr="00AA59A3" w:rsidRDefault="00781383" vyd:_id="vyd:000000000000sd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se">Тематический: «Развивающая среда и детская инициатива»</w:t>
            </w:r>
          </w:p>
        </w:tc>
        <w:tc vyd:_id="vyd:000000000000s9">
          <w:tcPr>
            <w:vAlign w:val="center"/>
          </w:tcPr>
          <w:p w:rsidR="00B81FA9" w:rsidRDefault="00781383" vyd:_id="vyd:000000000000sa">
            <w:r>
              <w:rPr>
                <w:sz w:val="18"/>
              </w:rPr>
              <w:t vyd:_id="vyd:000000000000sb">ноябрь</w:t>
            </w:r>
          </w:p>
        </w:tc>
        <w:tc vyd:_id="vyd:000000000000s6">
          <w:tcPr>
            <w:vAlign w:val="center"/>
          </w:tcPr>
          <w:p w:rsidR="00B81FA9" w:rsidRPr="00AA59A3" w:rsidRDefault="00781383" vyd:_id="vyd:000000000000s7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s8">анализ РППС; обмен практиками; управленческие решения</w:t>
            </w:r>
          </w:p>
        </w:tc>
      </w:tr>
      <w:tr w:rsidR="00B81FA9" w:rsidRPr="00AF438E" vyd:_id="vyd:000000000000rv">
        <w:trPr>
          <w:jc w:val="center"/>
        </w:trPr>
        <w:tc vyd:_id="vyd:000000000000s2">
          <w:tcPr>
            <w:vAlign w:val="center"/>
          </w:tcPr>
          <w:p w:rsidR="00B81FA9" w:rsidRPr="00AA59A3" w:rsidRDefault="00781383" vyd:_id="vyd:000000000000s3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s4">Тематический: «Качество воспитательной работы: ценности, культура, семья»</w:t>
            </w:r>
          </w:p>
        </w:tc>
        <w:tc vyd:_id="vyd:000000000000rz">
          <w:tcPr>
            <w:vAlign w:val="center"/>
          </w:tcPr>
          <w:p w:rsidR="00B81FA9" w:rsidRDefault="00781383" vyd:_id="vyd:000000000000s0">
            <w:r>
              <w:rPr>
                <w:sz w:val="18"/>
              </w:rPr>
              <w:t vyd:_id="vyd:000000000000s1">февраль</w:t>
            </w:r>
          </w:p>
        </w:tc>
        <w:tc vyd:_id="vyd:000000000000rw">
          <w:tcPr>
            <w:vAlign w:val="center"/>
          </w:tcPr>
          <w:p w:rsidR="00B81FA9" w:rsidRPr="00AA59A3" w:rsidRDefault="00781383" vyd:_id="vyd:000000000000rx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ry">анализ воспитательных практик и взаимодействия с семьями</w:t>
            </w:r>
          </w:p>
        </w:tc>
      </w:tr>
      <w:tr w:rsidR="00B81FA9" w:rsidRPr="00AF438E" vyd:_id="vyd:000000000000rl">
        <w:trPr>
          <w:jc w:val="center"/>
        </w:trPr>
        <w:tc vyd:_id="vyd:000000000000rs">
          <w:tcPr>
            <w:vAlign w:val="center"/>
          </w:tcPr>
          <w:p w:rsidR="00B81FA9" w:rsidRPr="00AA59A3" w:rsidRDefault="00781383" vyd:_id="vyd:000000000000rt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ru">Итоговый: «Результаты 2026/2027 учебного года и задачи на следующий период»</w:t>
            </w:r>
          </w:p>
        </w:tc>
        <w:tc vyd:_id="vyd:000000000000rp">
          <w:tcPr>
            <w:vAlign w:val="center"/>
          </w:tcPr>
          <w:p w:rsidR="00B81FA9" w:rsidRDefault="00781383" vyd:_id="vyd:000000000000rq">
            <w:r>
              <w:rPr>
                <w:sz w:val="18"/>
              </w:rPr>
              <w:t vyd:_id="vyd:000000000000rr">май</w:t>
            </w:r>
          </w:p>
        </w:tc>
        <w:tc vyd:_id="vyd:000000000000rm">
          <w:tcPr>
            <w:vAlign w:val="center"/>
          </w:tcPr>
          <w:p w:rsidR="00B81FA9" w:rsidRPr="00AA59A3" w:rsidRDefault="00781383" vyd:_id="vyd:000000000000rn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ro">анализ реализации годового плана и ОП ДО; результаты ВСОКО; задачи летнего периода</w:t>
            </w:r>
          </w:p>
        </w:tc>
      </w:tr>
    </w:tbl>
    <w:p w:rsidR="00B81FA9" w:rsidRPr="00AA59A3" w:rsidRDefault="00B81FA9" vyd:_id="vyd:000000000000rj">
      <w:pPr>
        <w:rPr>
          <w:lang w:val="ru-RU"/>
        </w:rPr>
      </w:pPr>
    </w:p>
    <w:p w:rsidR="00B81FA9" w:rsidRDefault="00781383" vyd:_id="vyd:000000000000rh">
      <w:pPr>
        <w:pStyle w:val="21"/>
      </w:pPr>
      <w:r>
        <w:t vyd:_id="vyd:000000000000ri">7.2. Совещания при руководителе</w:t>
      </w:r>
    </w:p>
    <w:tbl vyd:_id="vyd:000000000000po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7370"/>
        <w:gridCol w:w="2268"/>
      </w:tblGrid>
      <w:tr w:rsidR="00B81FA9" vyd:_id="vyd:000000000000ra">
        <w:trPr>
          <w:jc w:val="center"/>
          <w:tblHeader w:val="1"/>
        </w:trPr>
        <w:tc vyd:_id="vyd:000000000000re">
          <w:tcPr>
            <w:shd w:val="clear" w:color="auto" w:fill="E7E6E6"/>
            <w:vAlign w:val="center"/>
          </w:tcPr>
          <w:p w:rsidR="00B81FA9" w:rsidRDefault="00781383" vyd:_id="vyd:000000000000rf">
            <w:r>
              <w:rPr>
                <w:sz w:val="18"/>
                <w:b w:val="1"/>
              </w:rPr>
              <w:t vyd:_id="vyd:000000000000rg">Вопрос</w:t>
            </w:r>
          </w:p>
        </w:tc>
        <w:tc vyd:_id="vyd:000000000000rb">
          <w:tcPr>
            <w:shd w:val="clear" w:color="auto" w:fill="E7E6E6"/>
            <w:vAlign w:val="center"/>
          </w:tcPr>
          <w:p w:rsidR="00B81FA9" w:rsidRDefault="00781383" vyd:_id="vyd:000000000000rc">
            <w:r>
              <w:rPr>
                <w:sz w:val="18"/>
                <w:b w:val="1"/>
              </w:rPr>
              <w:t vyd:_id="vyd:000000000000rd">Срок</w:t>
            </w:r>
          </w:p>
        </w:tc>
      </w:tr>
      <w:tr w:rsidR="00B81FA9" vyd:_id="vyd:000000000000r1">
        <w:trPr>
          <w:jc w:val="center"/>
        </w:trPr>
        <w:tc vyd:_id="vyd:000000000000r7">
          <w:tcPr>
            <w:vAlign w:val="center"/>
          </w:tcPr>
          <w:p w:rsidR="00B81FA9" w:rsidRPr="00AA59A3" w:rsidRDefault="00781383" vyd:_id="vyd:000000000000r8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r9">Готовность ДОО к началу учебного года; комплектование; безопасность</w:t>
            </w:r>
          </w:p>
        </w:tc>
        <w:tc vyd:_id="vyd:000000000000r2">
          <w:tcPr>
            <w:vAlign w:val="center"/>
          </w:tcPr>
          <w:p w:rsidR="00B81FA9" w:rsidRDefault="00781383" vyd:_id="vyd:000000000000r3">
            <w:r>
              <w:rPr>
                <w:sz w:val="18"/>
              </w:rPr>
              <w:t vyd:_id="vyd:000000000000r6">август</w:t>
            </w:r>
            <w:r>
              <w:rPr>
                <w:sz w:val="18"/>
              </w:rPr>
              <w:t vyd:_id="vyd:000000000000r5">–</w:t>
            </w:r>
            <w:r>
              <w:rPr>
                <w:sz w:val="18"/>
              </w:rPr>
              <w:t vyd:_id="vyd:000000000000r4">сентябрь</w:t>
            </w:r>
          </w:p>
        </w:tc>
      </w:tr>
      <w:tr w:rsidR="00B81FA9" vyd:_id="vyd:000000000000qs">
        <w:trPr>
          <w:jc w:val="center"/>
        </w:trPr>
        <w:tc vyd:_id="vyd:000000000000qy">
          <w:tcPr>
            <w:vAlign w:val="center"/>
          </w:tcPr>
          <w:p w:rsidR="00B81FA9" w:rsidRPr="00AA59A3" w:rsidRDefault="00781383" vyd:_id="vyd:000000000000qz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r0">Адаптация детей; посещаемость; организация питания и режима</w:t>
            </w:r>
          </w:p>
        </w:tc>
        <w:tc vyd:_id="vyd:000000000000qt">
          <w:tcPr>
            <w:vAlign w:val="center"/>
          </w:tcPr>
          <w:p w:rsidR="00B81FA9" w:rsidRDefault="00781383" vyd:_id="vyd:000000000000qu">
            <w:r>
              <w:rPr>
                <w:sz w:val="18"/>
              </w:rPr>
              <w:t vyd:_id="vyd:000000000000qx">сентябрь</w:t>
            </w:r>
            <w:r>
              <w:rPr>
                <w:sz w:val="18"/>
              </w:rPr>
              <w:t vyd:_id="vyd:000000000000qw">–</w:t>
            </w:r>
            <w:r>
              <w:rPr>
                <w:sz w:val="18"/>
              </w:rPr>
              <w:t vyd:_id="vyd:000000000000qv">октябрь</w:t>
            </w:r>
          </w:p>
        </w:tc>
      </w:tr>
      <w:tr w:rsidR="00B81FA9" vyd:_id="vyd:000000000000ql">
        <w:trPr>
          <w:jc w:val="center"/>
        </w:trPr>
        <w:tc vyd:_id="vyd:000000000000qp">
          <w:tcPr>
            <w:vAlign w:val="center"/>
          </w:tcPr>
          <w:p w:rsidR="00B81FA9" w:rsidRPr="00AA59A3" w:rsidRDefault="00781383" vyd:_id="vyd:000000000000qq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qr">Исполнение требований пожарной и антитеррористической безопасности</w:t>
            </w:r>
          </w:p>
        </w:tc>
        <w:tc vyd:_id="vyd:000000000000qm">
          <w:tcPr>
            <w:vAlign w:val="center"/>
          </w:tcPr>
          <w:p w:rsidR="00B81FA9" w:rsidRDefault="00781383" vyd:_id="vyd:000000000000qn">
            <w:r>
              <w:rPr>
                <w:sz w:val="18"/>
              </w:rPr>
              <w:t vyd:_id="vyd:000000000000qo">ежеквартально</w:t>
            </w:r>
          </w:p>
        </w:tc>
      </w:tr>
      <w:tr w:rsidR="00B81FA9" vyd:_id="vyd:000000000000qe">
        <w:trPr>
          <w:jc w:val="center"/>
        </w:trPr>
        <w:tc vyd:_id="vyd:000000000000qi">
          <w:tcPr>
            <w:vAlign w:val="center"/>
          </w:tcPr>
          <w:p w:rsidR="00B81FA9" w:rsidRPr="00AA59A3" w:rsidRDefault="00781383" vyd:_id="vyd:000000000000qj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qk">Состояние охраны труда и профилактика травматизма</w:t>
            </w:r>
          </w:p>
        </w:tc>
        <w:tc vyd:_id="vyd:000000000000qf">
          <w:tcPr>
            <w:vAlign w:val="center"/>
          </w:tcPr>
          <w:p w:rsidR="00B81FA9" w:rsidRDefault="00781383" vyd:_id="vyd:000000000000qg">
            <w:r>
              <w:rPr>
                <w:sz w:val="18"/>
              </w:rPr>
              <w:t vyd:_id="vyd:000000000000qh">ежеквартально</w:t>
            </w:r>
          </w:p>
        </w:tc>
      </w:tr>
      <w:tr w:rsidR="00B81FA9" vyd:_id="vyd:000000000000q7">
        <w:trPr>
          <w:jc w:val="center"/>
        </w:trPr>
        <w:tc vyd:_id="vyd:000000000000qb">
          <w:tcPr>
            <w:vAlign w:val="center"/>
          </w:tcPr>
          <w:p w:rsidR="00B81FA9" w:rsidRPr="00AA59A3" w:rsidRDefault="00781383" vyd:_id="vyd:000000000000qc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qd">Промежуточные результаты выполнения годового плана</w:t>
            </w:r>
          </w:p>
        </w:tc>
        <w:tc vyd:_id="vyd:000000000000q8">
          <w:tcPr>
            <w:vAlign w:val="center"/>
          </w:tcPr>
          <w:p w:rsidR="00B81FA9" w:rsidRDefault="00781383" vyd:_id="vyd:000000000000q9">
            <w:r>
              <w:rPr>
                <w:sz w:val="18"/>
              </w:rPr>
              <w:t vyd:_id="vyd:000000000000qa">январь</w:t>
            </w:r>
          </w:p>
        </w:tc>
      </w:tr>
      <w:tr w:rsidR="00B81FA9" vyd:_id="vyd:000000000000py">
        <w:trPr>
          <w:jc w:val="center"/>
        </w:trPr>
        <w:tc vyd:_id="vyd:000000000000q4">
          <w:tcPr>
            <w:vAlign w:val="center"/>
          </w:tcPr>
          <w:p w:rsidR="00B81FA9" w:rsidRPr="00AA59A3" w:rsidRDefault="00781383" vyd:_id="vyd:000000000000q5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q6">Подготовка к летнему оздоровительному периоду</w:t>
            </w:r>
          </w:p>
        </w:tc>
        <w:tc vyd:_id="vyd:000000000000pz">
          <w:tcPr>
            <w:vAlign w:val="center"/>
          </w:tcPr>
          <w:p w:rsidR="00B81FA9" w:rsidRDefault="00781383" vyd:_id="vyd:000000000000q0">
            <w:r>
              <w:rPr>
                <w:sz w:val="18"/>
              </w:rPr>
              <w:t vyd:_id="vyd:000000000000q3">апрель</w:t>
            </w:r>
            <w:r>
              <w:rPr>
                <w:sz w:val="18"/>
              </w:rPr>
              <w:t vyd:_id="vyd:000000000000q2">–</w:t>
            </w:r>
            <w:r>
              <w:rPr>
                <w:sz w:val="18"/>
              </w:rPr>
              <w:t vyd:_id="vyd:000000000000q1">май</w:t>
            </w:r>
          </w:p>
        </w:tc>
      </w:tr>
      <w:tr w:rsidR="00B81FA9" vyd:_id="vyd:000000000000pp">
        <w:trPr>
          <w:jc w:val="center"/>
        </w:trPr>
        <w:tc vyd:_id="vyd:000000000000pv">
          <w:tcPr>
            <w:vAlign w:val="center"/>
          </w:tcPr>
          <w:p w:rsidR="00B81FA9" w:rsidRPr="00AA59A3" w:rsidRDefault="00781383" vyd:_id="vyd:000000000000pw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px">Итоги учебного года и подготовка к новому</w:t>
            </w:r>
          </w:p>
        </w:tc>
        <w:tc vyd:_id="vyd:000000000000pq">
          <w:tcPr>
            <w:vAlign w:val="center"/>
          </w:tcPr>
          <w:p w:rsidR="00B81FA9" w:rsidRDefault="00781383" vyd:_id="vyd:000000000000pr">
            <w:r>
              <w:rPr>
                <w:sz w:val="18"/>
              </w:rPr>
              <w:t vyd:_id="vyd:000000000000pu">май</w:t>
            </w:r>
            <w:r>
              <w:rPr>
                <w:sz w:val="18"/>
              </w:rPr>
              <w:t vyd:_id="vyd:000000000000pt">–</w:t>
            </w:r>
            <w:r>
              <w:rPr>
                <w:sz w:val="18"/>
              </w:rPr>
              <w:t vyd:_id="vyd:000000000000ps">август</w:t>
            </w:r>
          </w:p>
        </w:tc>
      </w:tr>
    </w:tbl>
    <w:p w:rsidR="00B81FA9" w:rsidRDefault="00B81FA9" vyd:_id="vyd:000000000000pn"/>
    <w:p w:rsidR="00B81FA9" w:rsidRPr="00AA59A3" w:rsidRDefault="00781383" vyd:_id="vyd:000000000000pl">
      <w:pPr>
        <w:pStyle w:val="1"/>
        <w:rPr>
          <w:lang w:val="ru-RU"/>
        </w:rPr>
      </w:pPr>
      <w:r>
        <w:rPr>
          <w:lang w:val="ru-RU"/>
        </w:rPr>
        <w:t vyd:_id="vyd:000000000000pm">8. Внутренняя система оценки качества образования и контроль</w:t>
      </w:r>
    </w:p>
    <w:p w:rsidR="00B81FA9" w:rsidRPr="00AA59A3" w:rsidRDefault="00781383" vyd:_id="vyd:000000000000pj">
      <w:pPr>
        <w:jc w:val="both"/>
        <w:rPr>
          <w:lang w:val="ru-RU"/>
        </w:rPr>
      </w:pPr>
      <w:r>
        <w:rPr>
          <w:lang w:val="ru-RU"/>
        </w:rPr>
        <w:t vyd:_id="vyd:000000000000pk">Контроль направлен на оценку условий и процессов, выявление затруднений и принятие управленческих решений. Педагогическая диагностика используется для индивидуализации образования и оптимизации работы с группой; ее результаты не являются основанием для формального присвоения ребенку «уровня успешности» или построения рейтингов.</w:t>
      </w:r>
    </w:p>
    <w:p w:rsidR="00B81FA9" w:rsidRDefault="00781383" vyd:_id="vyd:000000000000ph">
      <w:pPr>
        <w:pStyle w:val="21"/>
      </w:pPr>
      <w:r>
        <w:t vyd:_id="vyd:000000000000pi">8.1. План внутреннего контроля</w:t>
      </w:r>
    </w:p>
    <w:tbl vyd:_id="vyd:000000000000ka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2835"/>
        <w:gridCol w:w="1157"/>
        <w:gridCol w:w="2268"/>
        <w:gridCol w:w="1417"/>
        <w:gridCol w:w="2268"/>
      </w:tblGrid>
      <w:tr w:rsidR="00B81FA9" vyd:_id="vyd:000000000000p1">
        <w:trPr>
          <w:jc w:val="center"/>
          <w:tblHeader w:val="1"/>
        </w:trPr>
        <w:tc vyd:_id="vyd:000000000000pe">
          <w:tcPr>
            <w:shd w:val="clear" w:color="auto" w:fill="E7E6E6"/>
            <w:vAlign w:val="center"/>
          </w:tcPr>
          <w:p w:rsidR="00B81FA9" w:rsidRDefault="00781383" vyd:_id="vyd:000000000000pf">
            <w:r>
              <w:rPr>
                <w:sz w:val="16"/>
                <w:b w:val="1"/>
              </w:rPr>
              <w:t vyd:_id="vyd:000000000000pg">Объект</w:t>
            </w:r>
          </w:p>
        </w:tc>
        <w:tc vyd:_id="vyd:000000000000pb">
          <w:tcPr>
            <w:shd w:val="clear" w:color="auto" w:fill="E7E6E6"/>
            <w:vAlign w:val="center"/>
          </w:tcPr>
          <w:p w:rsidR="00B81FA9" w:rsidRDefault="00781383" vyd:_id="vyd:000000000000pc">
            <w:r>
              <w:rPr>
                <w:sz w:val="16"/>
                <w:b w:val="1"/>
              </w:rPr>
              <w:t vyd:_id="vyd:000000000000pd">Вид</w:t>
            </w:r>
          </w:p>
        </w:tc>
        <w:tc vyd:_id="vyd:000000000000p8">
          <w:tcPr>
            <w:shd w:val="clear" w:color="auto" w:fill="E7E6E6"/>
            <w:vAlign w:val="center"/>
          </w:tcPr>
          <w:p w:rsidR="00B81FA9" w:rsidRDefault="00781383" vyd:_id="vyd:000000000000p9">
            <w:r>
              <w:rPr>
                <w:sz w:val="16"/>
                <w:b w:val="1"/>
              </w:rPr>
              <w:t vyd:_id="vyd:000000000000pa">Методы</w:t>
            </w:r>
          </w:p>
        </w:tc>
        <w:tc vyd:_id="vyd:000000000000p5">
          <w:tcPr>
            <w:shd w:val="clear" w:color="auto" w:fill="E7E6E6"/>
            <w:vAlign w:val="center"/>
          </w:tcPr>
          <w:p w:rsidR="00B81FA9" w:rsidRDefault="00781383" vyd:_id="vyd:000000000000p6">
            <w:r>
              <w:rPr>
                <w:sz w:val="16"/>
                <w:b w:val="1"/>
              </w:rPr>
              <w:t vyd:_id="vyd:000000000000p7">Срок</w:t>
            </w:r>
          </w:p>
        </w:tc>
        <w:tc vyd:_id="vyd:000000000000p2">
          <w:tcPr>
            <w:shd w:val="clear" w:color="auto" w:fill="E7E6E6"/>
            <w:vAlign w:val="center"/>
          </w:tcPr>
          <w:p w:rsidR="00B81FA9" w:rsidRDefault="00781383" vyd:_id="vyd:000000000000p3">
            <w:r>
              <w:rPr>
                <w:sz w:val="16"/>
                <w:b w:val="1"/>
              </w:rPr>
              <w:t vyd:_id="vyd:000000000000p4">Ответственные</w:t>
            </w:r>
          </w:p>
        </w:tc>
      </w:tr>
      <w:tr w:rsidR="00B81FA9" w:rsidRPr="00AF438E" vyd:_id="vyd:000000000000ol">
        <w:trPr>
          <w:jc w:val="center"/>
        </w:trPr>
        <w:tc vyd:_id="vyd:000000000000oy">
          <w:tcPr>
            <w:vAlign w:val="center"/>
          </w:tcPr>
          <w:p w:rsidR="00B81FA9" w:rsidRPr="00AA59A3" w:rsidRDefault="00781383" vyd:_id="vyd:000000000000oz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p0">Готовность групп и помещений к учебному году</w:t>
            </w:r>
          </w:p>
        </w:tc>
        <w:tc vyd:_id="vyd:000000000000ov">
          <w:tcPr>
            <w:vAlign w:val="center"/>
          </w:tcPr>
          <w:p w:rsidR="00B81FA9" w:rsidRDefault="00781383" vyd:_id="vyd:000000000000ow">
            <w:r>
              <w:rPr>
                <w:sz w:val="16"/>
              </w:rPr>
              <w:t vyd:_id="vyd:000000000000ox">оперативный</w:t>
            </w:r>
          </w:p>
        </w:tc>
        <w:tc vyd:_id="vyd:000000000000os">
          <w:tcPr>
            <w:vAlign w:val="center"/>
          </w:tcPr>
          <w:p w:rsidR="00B81FA9" w:rsidRDefault="00781383" vyd:_id="vyd:000000000000ot">
            <w:r>
              <w:rPr>
                <w:sz w:val="16"/>
              </w:rPr>
              <w:t vyd:_id="vyd:000000000000ou">осмотр, анализ документации</w:t>
            </w:r>
          </w:p>
        </w:tc>
        <w:tc vyd:_id="vyd:000000000000op">
          <w:tcPr>
            <w:vAlign w:val="center"/>
          </w:tcPr>
          <w:p w:rsidR="00B81FA9" w:rsidRDefault="00781383" vyd:_id="vyd:000000000000oq">
            <w:r>
              <w:rPr>
                <w:sz w:val="16"/>
              </w:rPr>
              <w:t vyd:_id="vyd:000000000000or">август–сентябрь</w:t>
            </w:r>
          </w:p>
        </w:tc>
        <w:tc vyd:_id="vyd:000000000000om">
          <w:tcPr>
            <w:vAlign w:val="center"/>
          </w:tcPr>
          <w:p w:rsidR="00B81FA9" w:rsidRPr="00AA59A3" w:rsidRDefault="00781383" vyd:_id="vyd:000000000000on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oo">руководитель, старший воспитатель</w:t>
            </w:r>
          </w:p>
        </w:tc>
      </w:tr>
      <w:tr w:rsidR="00B81FA9" vyd:_id="vyd:000000000000nz">
        <w:trPr>
          <w:jc w:val="center"/>
        </w:trPr>
        <w:tc vyd:_id="vyd:000000000000oc">
          <w:tcPr>
            <w:vAlign w:val="center"/>
          </w:tcPr>
          <w:p w:rsidR="00B81FA9" w:rsidRDefault="00781383" vyd:_id="vyd:000000000000od">
            <w:r>
              <w:rPr>
                <w:sz w:val="16"/>
              </w:rPr>
              <w:t vyd:_id="vyd:000000000000ok">Адаптация</w:t>
            </w:r>
            <w:r>
              <w:rPr>
                <w:sz w:val="16"/>
              </w:rPr>
              <w:t vyd:_id="vyd:000000000000oj" xml:space="preserve"> </w:t>
            </w:r>
            <w:r>
              <w:rPr>
                <w:sz w:val="16"/>
              </w:rPr>
              <w:t vyd:_id="vyd:000000000000oi">вновь</w:t>
            </w:r>
            <w:r>
              <w:rPr>
                <w:sz w:val="16"/>
              </w:rPr>
              <w:t vyd:_id="vyd:000000000000oh" xml:space="preserve"> </w:t>
            </w:r>
            <w:r>
              <w:rPr>
                <w:sz w:val="16"/>
              </w:rPr>
              <w:t vyd:_id="vyd:000000000000og">поступивших</w:t>
            </w:r>
            <w:r>
              <w:rPr>
                <w:sz w:val="16"/>
              </w:rPr>
              <w:t vyd:_id="vyd:000000000000of" xml:space="preserve"> </w:t>
            </w:r>
            <w:r>
              <w:rPr>
                <w:sz w:val="16"/>
              </w:rPr>
              <w:t vyd:_id="vyd:000000000000oe">детей</w:t>
            </w:r>
          </w:p>
        </w:tc>
        <w:tc vyd:_id="vyd:000000000000o9">
          <w:tcPr>
            <w:vAlign w:val="center"/>
          </w:tcPr>
          <w:p w:rsidR="00B81FA9" w:rsidRDefault="00781383" vyd:_id="vyd:000000000000oa">
            <w:r>
              <w:rPr>
                <w:sz w:val="16"/>
              </w:rPr>
              <w:t vyd:_id="vyd:000000000000ob">оперативный</w:t>
            </w:r>
          </w:p>
        </w:tc>
        <w:tc vyd:_id="vyd:000000000000o6">
          <w:tcPr>
            <w:vAlign w:val="center"/>
          </w:tcPr>
          <w:p w:rsidR="00B81FA9" w:rsidRDefault="00781383" vyd:_id="vyd:000000000000o7">
            <w:r>
              <w:rPr>
                <w:sz w:val="16"/>
              </w:rPr>
              <w:t vyd:_id="vyd:000000000000o8">наблюдение, анализ условий</w:t>
            </w:r>
          </w:p>
        </w:tc>
        <w:tc vyd:_id="vyd:000000000000o3">
          <w:tcPr>
            <w:vAlign w:val="center"/>
          </w:tcPr>
          <w:p w:rsidR="00B81FA9" w:rsidRDefault="00781383" vyd:_id="vyd:000000000000o4">
            <w:r>
              <w:rPr>
                <w:sz w:val="16"/>
              </w:rPr>
              <w:t vyd:_id="vyd:000000000000o5">сентябрь–октябрь</w:t>
            </w:r>
          </w:p>
        </w:tc>
        <w:tc vyd:_id="vyd:000000000000o0">
          <w:tcPr>
            <w:vAlign w:val="center"/>
          </w:tcPr>
          <w:p w:rsidR="00B81FA9" w:rsidRDefault="00781383" vyd:_id="vyd:000000000000o1">
            <w:r>
              <w:rPr>
                <w:sz w:val="16"/>
              </w:rPr>
              <w:t vyd:_id="vyd:000000000000o2">старший воспитатель, педагог-психолог</w:t>
            </w:r>
          </w:p>
        </w:tc>
      </w:tr>
      <w:tr w:rsidR="00B81FA9" vyd:_id="vyd:000000000000nj">
        <w:trPr>
          <w:jc w:val="center"/>
        </w:trPr>
        <w:tc vyd:_id="vyd:000000000000nw">
          <w:tcPr>
            <w:vAlign w:val="center"/>
          </w:tcPr>
          <w:p w:rsidR="00B81FA9" w:rsidRPr="00AA59A3" w:rsidRDefault="00781383" vyd:_id="vyd:000000000000nx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ny">Соблюдение режима дня и организации прогулок</w:t>
            </w:r>
          </w:p>
        </w:tc>
        <w:tc vyd:_id="vyd:000000000000nt">
          <w:tcPr>
            <w:vAlign w:val="center"/>
          </w:tcPr>
          <w:p w:rsidR="00B81FA9" w:rsidRDefault="00781383" vyd:_id="vyd:000000000000nu">
            <w:r>
              <w:rPr>
                <w:sz w:val="16"/>
              </w:rPr>
              <w:t vyd:_id="vyd:000000000000nv">оперативный</w:t>
            </w:r>
          </w:p>
        </w:tc>
        <w:tc vyd:_id="vyd:000000000000nq">
          <w:tcPr>
            <w:vAlign w:val="center"/>
          </w:tcPr>
          <w:p w:rsidR="00B81FA9" w:rsidRDefault="00781383" vyd:_id="vyd:000000000000nr">
            <w:r>
              <w:rPr>
                <w:sz w:val="16"/>
              </w:rPr>
              <w:t vyd:_id="vyd:000000000000ns">наблюдение</w:t>
            </w:r>
          </w:p>
        </w:tc>
        <w:tc vyd:_id="vyd:000000000000nn">
          <w:tcPr>
            <w:vAlign w:val="center"/>
          </w:tcPr>
          <w:p w:rsidR="00B81FA9" w:rsidRDefault="00781383" vyd:_id="vyd:000000000000no">
            <w:r>
              <w:rPr>
                <w:sz w:val="16"/>
              </w:rPr>
              <w:t vyd:_id="vyd:000000000000np">ежеквартально</w:t>
            </w:r>
          </w:p>
        </w:tc>
        <w:tc vyd:_id="vyd:000000000000nk">
          <w:tcPr>
            <w:vAlign w:val="center"/>
          </w:tcPr>
          <w:p w:rsidR="00B81FA9" w:rsidRDefault="00781383" vyd:_id="vyd:000000000000nl">
            <w:r>
              <w:rPr>
                <w:sz w:val="16"/>
              </w:rPr>
              <w:t vyd:_id="vyd:000000000000nm">старший воспитатель</w:t>
            </w:r>
          </w:p>
        </w:tc>
      </w:tr>
      <w:tr w:rsidR="00B81FA9" vyd:_id="vyd:000000000000n1">
        <w:trPr>
          <w:jc w:val="center"/>
        </w:trPr>
        <w:tc vyd:_id="vyd:000000000000nf">
          <w:tcPr>
            <w:vAlign w:val="center"/>
          </w:tcPr>
          <w:p w:rsidR="00B81FA9" w:rsidRPr="00AA59A3" w:rsidRDefault="00781383" vyd:_id="vyd:000000000000ng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ni" xml:space="preserve">Организация питания и </w:t>
            </w:r>
            <w:r>
              <w:rPr>
                <w:sz w:val="16"/>
                <w:lang w:val="ru-RU"/>
              </w:rPr>
              <w:t vyd:_id="vyd:000000000000nh">формирование культуры питания</w:t>
            </w:r>
          </w:p>
        </w:tc>
        <w:tc vyd:_id="vyd:000000000000nc">
          <w:tcPr>
            <w:vAlign w:val="center"/>
          </w:tcPr>
          <w:p w:rsidR="00B81FA9" w:rsidRDefault="00781383" vyd:_id="vyd:000000000000nd">
            <w:r>
              <w:rPr>
                <w:sz w:val="16"/>
              </w:rPr>
              <w:t vyd:_id="vyd:000000000000ne">оперативный</w:t>
            </w:r>
          </w:p>
        </w:tc>
        <w:tc vyd:_id="vyd:000000000000n8">
          <w:tcPr>
            <w:vAlign w:val="center"/>
          </w:tcPr>
          <w:p w:rsidR="00B81FA9" w:rsidRPr="00AA59A3" w:rsidRDefault="00781383" vyd:_id="vyd:000000000000n9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nb" xml:space="preserve">наблюдение, анализ </w:t>
            </w:r>
            <w:r>
              <w:rPr>
                <w:sz w:val="16"/>
                <w:lang w:val="ru-RU"/>
              </w:rPr>
              <w:t vyd:_id="vyd:000000000000na">документов в пределах полномочий</w:t>
            </w:r>
          </w:p>
        </w:tc>
        <w:tc vyd:_id="vyd:000000000000n5">
          <w:tcPr>
            <w:vAlign w:val="center"/>
          </w:tcPr>
          <w:p w:rsidR="00B81FA9" w:rsidRDefault="00781383" vyd:_id="vyd:000000000000n6">
            <w:r>
              <w:rPr>
                <w:sz w:val="16"/>
              </w:rPr>
              <w:t vyd:_id="vyd:000000000000n7">ежемесячно</w:t>
            </w:r>
          </w:p>
        </w:tc>
        <w:tc vyd:_id="vyd:000000000000n2">
          <w:tcPr>
            <w:vAlign w:val="center"/>
          </w:tcPr>
          <w:p w:rsidR="00B81FA9" w:rsidRDefault="00781383" vyd:_id="vyd:000000000000n3">
            <w:r>
              <w:rPr>
                <w:sz w:val="16"/>
              </w:rPr>
              <w:t vyd:_id="vyd:000000000000n4">ответственные лица</w:t>
            </w:r>
          </w:p>
        </w:tc>
      </w:tr>
      <w:tr w:rsidR="00B81FA9" vyd:_id="vyd:000000000000ml">
        <w:trPr>
          <w:jc w:val="center"/>
        </w:trPr>
        <w:tc vyd:_id="vyd:000000000000my">
          <w:tcPr>
            <w:vAlign w:val="center"/>
          </w:tcPr>
          <w:p w:rsidR="00B81FA9" w:rsidRDefault="00781383" vyd:_id="vyd:000000000000mz">
            <w:r>
              <w:rPr>
                <w:sz w:val="16"/>
              </w:rPr>
              <w:t vyd:_id="vyd:000000000000n0">Качество планирования образовательной деятельности</w:t>
            </w:r>
          </w:p>
        </w:tc>
        <w:tc vyd:_id="vyd:000000000000mv">
          <w:tcPr>
            <w:vAlign w:val="center"/>
          </w:tcPr>
          <w:p w:rsidR="00B81FA9" w:rsidRDefault="00781383" vyd:_id="vyd:000000000000mw">
            <w:r>
              <w:rPr>
                <w:sz w:val="16"/>
              </w:rPr>
              <w:t vyd:_id="vyd:000000000000mx">оперативный</w:t>
            </w:r>
          </w:p>
        </w:tc>
        <w:tc vyd:_id="vyd:000000000000ms">
          <w:tcPr>
            <w:vAlign w:val="center"/>
          </w:tcPr>
          <w:p w:rsidR="00B81FA9" w:rsidRDefault="00781383" vyd:_id="vyd:000000000000mt">
            <w:r>
              <w:rPr>
                <w:sz w:val="16"/>
              </w:rPr>
              <w:t vyd:_id="vyd:000000000000mu">анализ педагогической документации</w:t>
            </w:r>
          </w:p>
        </w:tc>
        <w:tc vyd:_id="vyd:000000000000mp">
          <w:tcPr>
            <w:vAlign w:val="center"/>
          </w:tcPr>
          <w:p w:rsidR="00B81FA9" w:rsidRDefault="00781383" vyd:_id="vyd:000000000000mq">
            <w:r>
              <w:rPr>
                <w:sz w:val="16"/>
              </w:rPr>
              <w:t vyd:_id="vyd:000000000000mr">ежеквартально</w:t>
            </w:r>
          </w:p>
        </w:tc>
        <w:tc vyd:_id="vyd:000000000000mm">
          <w:tcPr>
            <w:vAlign w:val="center"/>
          </w:tcPr>
          <w:p w:rsidR="00B81FA9" w:rsidRDefault="00781383" vyd:_id="vyd:000000000000mn">
            <w:r>
              <w:rPr>
                <w:sz w:val="16"/>
              </w:rPr>
              <w:t vyd:_id="vyd:000000000000mo">старший воспитатель</w:t>
            </w:r>
          </w:p>
        </w:tc>
      </w:tr>
      <w:tr w:rsidR="00B81FA9" vyd:_id="vyd:000000000000m5">
        <w:trPr>
          <w:jc w:val="center"/>
        </w:trPr>
        <w:tc vyd:_id="vyd:000000000000mi">
          <w:tcPr>
            <w:vAlign w:val="center"/>
          </w:tcPr>
          <w:p w:rsidR="00B81FA9" w:rsidRPr="00AA59A3" w:rsidRDefault="00781383" vyd:_id="vyd:000000000000mj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mk">Организация РППС и поддержка самостоятельной деятельности детей</w:t>
            </w:r>
          </w:p>
        </w:tc>
        <w:tc vyd:_id="vyd:000000000000mf">
          <w:tcPr>
            <w:vAlign w:val="center"/>
          </w:tcPr>
          <w:p w:rsidR="00B81FA9" w:rsidRDefault="00781383" vyd:_id="vyd:000000000000mg">
            <w:r>
              <w:rPr>
                <w:sz w:val="16"/>
              </w:rPr>
              <w:t vyd:_id="vyd:000000000000mh">тематический</w:t>
            </w:r>
          </w:p>
        </w:tc>
        <w:tc vyd:_id="vyd:000000000000mc">
          <w:tcPr>
            <w:vAlign w:val="center"/>
          </w:tcPr>
          <w:p w:rsidR="00B81FA9" w:rsidRDefault="00781383" vyd:_id="vyd:000000000000md">
            <w:r>
              <w:rPr>
                <w:sz w:val="16"/>
              </w:rPr>
              <w:t vyd:_id="vyd:000000000000me">наблюдение, анализ среды</w:t>
            </w:r>
          </w:p>
        </w:tc>
        <w:tc vyd:_id="vyd:000000000000m9">
          <w:tcPr>
            <w:vAlign w:val="center"/>
          </w:tcPr>
          <w:p w:rsidR="00B81FA9" w:rsidRDefault="00781383" vyd:_id="vyd:000000000000ma">
            <w:r>
              <w:rPr>
                <w:sz w:val="16"/>
              </w:rPr>
              <w:t vyd:_id="vyd:000000000000mb">ноябрь</w:t>
            </w:r>
          </w:p>
        </w:tc>
        <w:tc vyd:_id="vyd:000000000000m6">
          <w:tcPr>
            <w:vAlign w:val="center"/>
          </w:tcPr>
          <w:p w:rsidR="00B81FA9" w:rsidRDefault="00781383" vyd:_id="vyd:000000000000m7">
            <w:r>
              <w:rPr>
                <w:sz w:val="16"/>
              </w:rPr>
              <w:t vyd:_id="vyd:000000000000m8">старший воспитатель</w:t>
            </w:r>
          </w:p>
        </w:tc>
      </w:tr>
      <w:tr w:rsidR="00B81FA9" vyd:_id="vyd:000000000000lp">
        <w:trPr>
          <w:jc w:val="center"/>
        </w:trPr>
        <w:tc vyd:_id="vyd:000000000000m2">
          <w:tcPr>
            <w:vAlign w:val="center"/>
          </w:tcPr>
          <w:p w:rsidR="00B81FA9" w:rsidRPr="00AA59A3" w:rsidRDefault="00781383" vyd:_id="vyd:000000000000m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m4">Взаимодействие педагогов с семьями воспитанников</w:t>
            </w:r>
          </w:p>
        </w:tc>
        <w:tc vyd:_id="vyd:000000000000lz">
          <w:tcPr>
            <w:vAlign w:val="center"/>
          </w:tcPr>
          <w:p w:rsidR="00B81FA9" w:rsidRDefault="00781383" vyd:_id="vyd:000000000000m0">
            <w:r>
              <w:rPr>
                <w:sz w:val="16"/>
              </w:rPr>
              <w:t vyd:_id="vyd:000000000000m1">тематический</w:t>
            </w:r>
          </w:p>
        </w:tc>
        <w:tc vyd:_id="vyd:000000000000lw">
          <w:tcPr>
            <w:vAlign w:val="center"/>
          </w:tcPr>
          <w:p w:rsidR="00B81FA9" w:rsidRPr="00AA59A3" w:rsidRDefault="00781383" vyd:_id="vyd:000000000000lx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ly">анализ форм работы, обратной связи</w:t>
            </w:r>
          </w:p>
        </w:tc>
        <w:tc vyd:_id="vyd:000000000000lt">
          <w:tcPr>
            <w:vAlign w:val="center"/>
          </w:tcPr>
          <w:p w:rsidR="00B81FA9" w:rsidRDefault="00781383" vyd:_id="vyd:000000000000lu">
            <w:r>
              <w:rPr>
                <w:sz w:val="16"/>
              </w:rPr>
              <w:t vyd:_id="vyd:000000000000lv">февраль</w:t>
            </w:r>
          </w:p>
        </w:tc>
        <w:tc vyd:_id="vyd:000000000000lq">
          <w:tcPr>
            <w:vAlign w:val="center"/>
          </w:tcPr>
          <w:p w:rsidR="00B81FA9" w:rsidRDefault="00781383" vyd:_id="vyd:000000000000lr">
            <w:r>
              <w:rPr>
                <w:sz w:val="16"/>
              </w:rPr>
              <w:t vyd:_id="vyd:000000000000ls">руководитель, старший воспитатель</w:t>
            </w:r>
          </w:p>
        </w:tc>
      </w:tr>
      <w:tr w:rsidR="00B81FA9" vyd:_id="vyd:000000000000l9">
        <w:trPr>
          <w:jc w:val="center"/>
        </w:trPr>
        <w:tc vyd:_id="vyd:000000000000lm">
          <w:tcPr>
            <w:vAlign w:val="center"/>
          </w:tcPr>
          <w:p w:rsidR="00B81FA9" w:rsidRPr="00AA59A3" w:rsidRDefault="00781383" vyd:_id="vyd:000000000000ln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lo">Организация двигательной активности и оздоровительной работы</w:t>
            </w:r>
          </w:p>
        </w:tc>
        <w:tc vyd:_id="vyd:000000000000lj">
          <w:tcPr>
            <w:vAlign w:val="center"/>
          </w:tcPr>
          <w:p w:rsidR="00B81FA9" w:rsidRDefault="00781383" vyd:_id="vyd:000000000000lk">
            <w:r>
              <w:rPr>
                <w:sz w:val="16"/>
              </w:rPr>
              <w:t vyd:_id="vyd:000000000000ll">тематический</w:t>
            </w:r>
          </w:p>
        </w:tc>
        <w:tc vyd:_id="vyd:000000000000lg">
          <w:tcPr>
            <w:vAlign w:val="center"/>
          </w:tcPr>
          <w:p w:rsidR="00B81FA9" w:rsidRDefault="00781383" vyd:_id="vyd:000000000000lh">
            <w:r>
              <w:rPr>
                <w:sz w:val="16"/>
              </w:rPr>
              <w:t vyd:_id="vyd:000000000000li">наблюдение, анализ режима</w:t>
            </w:r>
          </w:p>
        </w:tc>
        <w:tc vyd:_id="vyd:000000000000ld">
          <w:tcPr>
            <w:vAlign w:val="center"/>
          </w:tcPr>
          <w:p w:rsidR="00B81FA9" w:rsidRDefault="00781383" vyd:_id="vyd:000000000000le">
            <w:r>
              <w:rPr>
                <w:sz w:val="16"/>
              </w:rPr>
              <w:t vyd:_id="vyd:000000000000lf">март</w:t>
            </w:r>
          </w:p>
        </w:tc>
        <w:tc vyd:_id="vyd:000000000000la">
          <w:tcPr>
            <w:vAlign w:val="center"/>
          </w:tcPr>
          <w:p w:rsidR="00B81FA9" w:rsidRDefault="00781383" vyd:_id="vyd:000000000000lb">
            <w:r>
              <w:rPr>
                <w:sz w:val="16"/>
              </w:rPr>
              <w:t vyd:_id="vyd:000000000000lc">старший воспитатель, медицинский работник</w:t>
            </w:r>
          </w:p>
        </w:tc>
      </w:tr>
      <w:tr w:rsidR="00B81FA9" vyd:_id="vyd:000000000000kr">
        <w:trPr>
          <w:jc w:val="center"/>
        </w:trPr>
        <w:tc vyd:_id="vyd:000000000000l6">
          <w:tcPr>
            <w:vAlign w:val="center"/>
          </w:tcPr>
          <w:p w:rsidR="00B81FA9" w:rsidRPr="00AA59A3" w:rsidRDefault="00781383" vyd:_id="vyd:000000000000l7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l8">Готовность детей подготовительных групп к переходу на следующий уровень образования</w:t>
            </w:r>
          </w:p>
        </w:tc>
        <w:tc vyd:_id="vyd:000000000000l3">
          <w:tcPr>
            <w:vAlign w:val="center"/>
          </w:tcPr>
          <w:p w:rsidR="00B81FA9" w:rsidRDefault="00781383" vyd:_id="vyd:000000000000l4">
            <w:r>
              <w:rPr>
                <w:sz w:val="16"/>
              </w:rPr>
              <w:t vyd:_id="vyd:000000000000l5">итоговый</w:t>
            </w:r>
          </w:p>
        </w:tc>
        <w:tc vyd:_id="vyd:000000000000l0">
          <w:tcPr>
            <w:vAlign w:val="center"/>
          </w:tcPr>
          <w:p w:rsidR="00B81FA9" w:rsidRPr="00AA59A3" w:rsidRDefault="00781383" vyd:_id="vyd:000000000000l1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vyd:_id="vyd:000000000000l2">анализ педагогических наблюдений и условий</w:t>
            </w:r>
          </w:p>
        </w:tc>
        <w:tc vyd:_id="vyd:000000000000kv">
          <w:tcPr>
            <w:vAlign w:val="center"/>
          </w:tcPr>
          <w:p w:rsidR="00B81FA9" w:rsidRDefault="00781383" vyd:_id="vyd:000000000000kw">
            <w:r>
              <w:rPr>
                <w:sz w:val="16"/>
              </w:rPr>
              <w:t vyd:_id="vyd:000000000000kz">апрель</w:t>
            </w:r>
            <w:r>
              <w:rPr>
                <w:sz w:val="16"/>
              </w:rPr>
              <w:t vyd:_id="vyd:000000000000ky">–</w:t>
            </w:r>
            <w:r>
              <w:rPr>
                <w:sz w:val="16"/>
              </w:rPr>
              <w:t vyd:_id="vyd:000000000000kx">май</w:t>
            </w:r>
          </w:p>
        </w:tc>
        <w:tc vyd:_id="vyd:000000000000ks">
          <w:tcPr>
            <w:vAlign w:val="center"/>
          </w:tcPr>
          <w:p w:rsidR="00B81FA9" w:rsidRDefault="00781383" vyd:_id="vyd:000000000000kt">
            <w:r>
              <w:rPr>
                <w:sz w:val="16"/>
              </w:rPr>
              <w:t vyd:_id="vyd:000000000000ku">старший воспитатель, воспитатели</w:t>
            </w:r>
          </w:p>
        </w:tc>
      </w:tr>
      <w:tr w:rsidR="00B81FA9" vyd:_id="vyd:000000000000kb">
        <w:trPr>
          <w:jc w:val="center"/>
        </w:trPr>
        <w:tc vyd:_id="vyd:000000000000ko">
          <w:tcPr>
            <w:vAlign w:val="center"/>
          </w:tcPr>
          <w:p w:rsidR="00B81FA9" w:rsidRDefault="00781383" vyd:_id="vyd:000000000000kp">
            <w:r>
              <w:rPr>
                <w:sz w:val="16"/>
              </w:rPr>
              <w:t vyd:_id="vyd:000000000000kq">Организация летней оздоровительной работы</w:t>
            </w:r>
          </w:p>
        </w:tc>
        <w:tc vyd:_id="vyd:000000000000kl">
          <w:tcPr>
            <w:vAlign w:val="center"/>
          </w:tcPr>
          <w:p w:rsidR="00B81FA9" w:rsidRDefault="00781383" vyd:_id="vyd:000000000000km">
            <w:r>
              <w:rPr>
                <w:sz w:val="16"/>
              </w:rPr>
              <w:t vyd:_id="vyd:000000000000kn">оперативный</w:t>
            </w:r>
          </w:p>
        </w:tc>
        <w:tc vyd:_id="vyd:000000000000ki">
          <w:tcPr>
            <w:vAlign w:val="center"/>
          </w:tcPr>
          <w:p w:rsidR="00B81FA9" w:rsidRDefault="00781383" vyd:_id="vyd:000000000000kj">
            <w:r>
              <w:rPr>
                <w:sz w:val="16"/>
              </w:rPr>
              <w:t vyd:_id="vyd:000000000000kk">наблюдение, анализ условий</w:t>
            </w:r>
          </w:p>
        </w:tc>
        <w:tc vyd:_id="vyd:000000000000kf">
          <w:tcPr>
            <w:vAlign w:val="center"/>
          </w:tcPr>
          <w:p w:rsidR="00B81FA9" w:rsidRDefault="00781383" vyd:_id="vyd:000000000000kg">
            <w:r>
              <w:rPr>
                <w:sz w:val="16"/>
              </w:rPr>
              <w:t vyd:_id="vyd:000000000000kh">июнь–август</w:t>
            </w:r>
          </w:p>
        </w:tc>
        <w:tc vyd:_id="vyd:000000000000kc">
          <w:tcPr>
            <w:vAlign w:val="center"/>
          </w:tcPr>
          <w:p w:rsidR="00B81FA9" w:rsidRDefault="00781383" vyd:_id="vyd:000000000000kd">
            <w:r>
              <w:rPr>
                <w:sz w:val="16"/>
              </w:rPr>
              <w:t vyd:_id="vyd:000000000000ke">администрация ДГ</w:t>
            </w:r>
          </w:p>
        </w:tc>
      </w:tr>
    </w:tbl>
    <w:p w:rsidR="00B81FA9" w:rsidRDefault="00B81FA9" vyd:_id="vyd:000000000000k9"/>
    <w:p w:rsidR="00B81FA9" w:rsidRDefault="00781383" vyd:_id="vyd:000000000000k7">
      <w:pPr>
        <w:pStyle w:val="21"/>
      </w:pPr>
      <w:r>
        <w:t vyd:_id="vyd:000000000000k8">8.2. Мероприятия ВСОКО</w:t>
      </w:r>
    </w:p>
    <w:tbl vyd:_id="vyd:000000000000hx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669"/>
        <w:gridCol w:w="1701"/>
        <w:gridCol w:w="2268"/>
      </w:tblGrid>
      <w:tr w:rsidR="00B81FA9" vyd:_id="vyd:000000000000jx">
        <w:trPr>
          <w:jc w:val="center"/>
          <w:tblHeader w:val="1"/>
        </w:trPr>
        <w:tc vyd:_id="vyd:000000000000k4">
          <w:tcPr>
            <w:shd w:val="clear" w:color="auto" w:fill="E7E6E6"/>
            <w:vAlign w:val="center"/>
          </w:tcPr>
          <w:p w:rsidR="00B81FA9" w:rsidRDefault="00781383" vyd:_id="vyd:000000000000k5">
            <w:r>
              <w:rPr>
                <w:sz w:val="18"/>
                <w:b w:val="1"/>
              </w:rPr>
              <w:t vyd:_id="vyd:000000000000k6">Мероприятие</w:t>
            </w:r>
          </w:p>
        </w:tc>
        <w:tc vyd:_id="vyd:000000000000k1">
          <w:tcPr>
            <w:shd w:val="clear" w:color="auto" w:fill="E7E6E6"/>
            <w:vAlign w:val="center"/>
          </w:tcPr>
          <w:p w:rsidR="00B81FA9" w:rsidRDefault="00781383" vyd:_id="vyd:000000000000k2">
            <w:r>
              <w:rPr>
                <w:sz w:val="18"/>
                <w:b w:val="1"/>
              </w:rPr>
              <w:t vyd:_id="vyd:000000000000k3">Срок</w:t>
            </w:r>
          </w:p>
        </w:tc>
        <w:tc vyd:_id="vyd:000000000000jy">
          <w:tcPr>
            <w:shd w:val="clear" w:color="auto" w:fill="E7E6E6"/>
            <w:vAlign w:val="center"/>
          </w:tcPr>
          <w:p w:rsidR="00B81FA9" w:rsidRDefault="00781383" vyd:_id="vyd:000000000000jz">
            <w:r>
              <w:rPr>
                <w:sz w:val="18"/>
                <w:b w:val="1"/>
              </w:rPr>
              <w:t vyd:_id="vyd:000000000000k0">Ответственные</w:t>
            </w:r>
          </w:p>
        </w:tc>
      </w:tr>
      <w:tr w:rsidR="00B81FA9" vyd:_id="vyd:000000000000jl">
        <w:trPr>
          <w:jc w:val="center"/>
        </w:trPr>
        <w:tc vyd:_id="vyd:000000000000ju">
          <w:tcPr>
            <w:vAlign w:val="center"/>
          </w:tcPr>
          <w:p w:rsidR="00B81FA9" w:rsidRPr="00AA59A3" w:rsidRDefault="00781383" vyd:_id="vyd:000000000000jv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jw">Оценка качества образовательных условий и РППС</w:t>
            </w:r>
          </w:p>
        </w:tc>
        <w:tc vyd:_id="vyd:000000000000jp">
          <w:tcPr>
            <w:vAlign w:val="center"/>
          </w:tcPr>
          <w:p w:rsidR="00B81FA9" w:rsidRDefault="00781383" vyd:_id="vyd:000000000000jq">
            <w:r>
              <w:rPr>
                <w:sz w:val="18"/>
              </w:rPr>
              <w:t vyd:_id="vyd:000000000000jt">сентябрь</w:t>
            </w:r>
            <w:r>
              <w:rPr>
                <w:sz w:val="18"/>
              </w:rPr>
              <w:t vyd:_id="vyd:000000000000js" xml:space="preserve">, </w:t>
            </w:r>
            <w:r>
              <w:rPr>
                <w:sz w:val="18"/>
              </w:rPr>
              <w:t vyd:_id="vyd:000000000000jr">май</w:t>
            </w:r>
          </w:p>
        </w:tc>
        <w:tc vyd:_id="vyd:000000000000jm">
          <w:tcPr>
            <w:vAlign w:val="center"/>
          </w:tcPr>
          <w:p w:rsidR="00B81FA9" w:rsidRDefault="00781383" vyd:_id="vyd:000000000000jn">
            <w:r>
              <w:rPr>
                <w:sz w:val="18"/>
              </w:rPr>
              <w:t vyd:_id="vyd:000000000000jo">старший воспитатель</w:t>
            </w:r>
          </w:p>
        </w:tc>
      </w:tr>
      <w:tr w:rsidR="00B81FA9" vyd:_id="vyd:000000000000j8">
        <w:trPr>
          <w:jc w:val="center"/>
        </w:trPr>
        <w:tc vyd:_id="vyd:000000000000ji">
          <w:tcPr>
            <w:vAlign w:val="center"/>
          </w:tcPr>
          <w:p w:rsidR="00B81FA9" w:rsidRPr="00AA59A3" w:rsidRDefault="00781383" vyd:_id="vyd:000000000000jj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jk">Анализ реализации ОП ДО и календарного плана воспитательной работы</w:t>
            </w:r>
          </w:p>
        </w:tc>
        <w:tc vyd:_id="vyd:000000000000jc">
          <w:tcPr>
            <w:vAlign w:val="center"/>
          </w:tcPr>
          <w:p w:rsidR="00B81FA9" w:rsidRDefault="00781383" vyd:_id="vyd:000000000000jd">
            <w:r>
              <w:rPr>
                <w:sz w:val="18"/>
              </w:rPr>
              <w:t vyd:_id="vyd:000000000000jh" xml:space="preserve">1 </w:t>
            </w:r>
            <w:r>
              <w:rPr>
                <w:sz w:val="18"/>
              </w:rPr>
              <w:t vyd:_id="vyd:000000000000jg">раз</w:t>
            </w:r>
            <w:r>
              <w:rPr>
                <w:sz w:val="18"/>
              </w:rPr>
              <w:t vyd:_id="vyd:000000000000jf" xml:space="preserve"> в </w:t>
            </w:r>
            <w:r>
              <w:rPr>
                <w:sz w:val="18"/>
              </w:rPr>
              <w:t vyd:_id="vyd:000000000000je">полугодие</w:t>
            </w:r>
          </w:p>
        </w:tc>
        <w:tc vyd:_id="vyd:000000000000j9">
          <w:tcPr>
            <w:vAlign w:val="center"/>
          </w:tcPr>
          <w:p w:rsidR="00B81FA9" w:rsidRDefault="00781383" vyd:_id="vyd:000000000000ja">
            <w:r>
              <w:rPr>
                <w:sz w:val="18"/>
              </w:rPr>
              <w:t vyd:_id="vyd:000000000000jb">руководитель, старший воспитатель</w:t>
            </w:r>
          </w:p>
        </w:tc>
      </w:tr>
      <w:tr w:rsidR="00B81FA9" vyd:_id="vyd:000000000000iw">
        <w:trPr>
          <w:jc w:val="center"/>
        </w:trPr>
        <w:tc vyd:_id="vyd:000000000000j5">
          <w:tcPr>
            <w:vAlign w:val="center"/>
          </w:tcPr>
          <w:p w:rsidR="00B81FA9" w:rsidRPr="00AA59A3" w:rsidRDefault="00781383" vyd:_id="vyd:000000000000j6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j7">Оценка удовлетворенности родителей условиями и взаимодействием с ДОО</w:t>
            </w:r>
          </w:p>
        </w:tc>
        <w:tc vyd:_id="vyd:000000000000j0">
          <w:tcPr>
            <w:vAlign w:val="center"/>
          </w:tcPr>
          <w:p w:rsidR="00B81FA9" w:rsidRDefault="00781383" vyd:_id="vyd:000000000000j1">
            <w:r>
              <w:rPr>
                <w:sz w:val="18"/>
              </w:rPr>
              <w:t vyd:_id="vyd:000000000000j4">апрель</w:t>
            </w:r>
            <w:r>
              <w:rPr>
                <w:sz w:val="18"/>
              </w:rPr>
              <w:t vyd:_id="vyd:000000000000j3">–</w:t>
            </w:r>
            <w:r>
              <w:rPr>
                <w:sz w:val="18"/>
              </w:rPr>
              <w:t vyd:_id="vyd:000000000000j2">май</w:t>
            </w:r>
          </w:p>
        </w:tc>
        <w:tc vyd:_id="vyd:000000000000ix">
          <w:tcPr>
            <w:vAlign w:val="center"/>
          </w:tcPr>
          <w:p w:rsidR="00B81FA9" w:rsidRDefault="00781383" vyd:_id="vyd:000000000000iy">
            <w:r>
              <w:rPr>
                <w:sz w:val="18"/>
              </w:rPr>
              <w:t vyd:_id="vyd:000000000000iz">администрация</w:t>
            </w:r>
          </w:p>
        </w:tc>
      </w:tr>
      <w:tr w:rsidR="00B81FA9" vyd:_id="vyd:000000000000ik">
        <w:trPr>
          <w:jc w:val="center"/>
        </w:trPr>
        <w:tc vyd:_id="vyd:000000000000it">
          <w:tcPr>
            <w:vAlign w:val="center"/>
          </w:tcPr>
          <w:p w:rsidR="00B81FA9" w:rsidRPr="00AA59A3" w:rsidRDefault="00781383" vyd:_id="vyd:000000000000iu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iv">Анализ кадровых условий и профессиональных дефицитов</w:t>
            </w:r>
          </w:p>
        </w:tc>
        <w:tc vyd:_id="vyd:000000000000io">
          <w:tcPr>
            <w:vAlign w:val="center"/>
          </w:tcPr>
          <w:p w:rsidR="00B81FA9" w:rsidRDefault="00781383" vyd:_id="vyd:000000000000ip">
            <w:r>
              <w:rPr>
                <w:sz w:val="18"/>
              </w:rPr>
              <w:t vyd:_id="vyd:000000000000is">сентябрь</w:t>
            </w:r>
            <w:r>
              <w:rPr>
                <w:sz w:val="18"/>
              </w:rPr>
              <w:t vyd:_id="vyd:000000000000ir" xml:space="preserve">, </w:t>
            </w:r>
            <w:r>
              <w:rPr>
                <w:sz w:val="18"/>
              </w:rPr>
              <w:t vyd:_id="vyd:000000000000iq">май</w:t>
            </w:r>
          </w:p>
        </w:tc>
        <w:tc vyd:_id="vyd:000000000000il">
          <w:tcPr>
            <w:vAlign w:val="center"/>
          </w:tcPr>
          <w:p w:rsidR="00B81FA9" w:rsidRDefault="00781383" vyd:_id="vyd:000000000000im">
            <w:r>
              <w:rPr>
                <w:sz w:val="18"/>
              </w:rPr>
              <w:t vyd:_id="vyd:000000000000in">руководитель, старший воспитатель</w:t>
            </w:r>
          </w:p>
        </w:tc>
      </w:tr>
      <w:tr w:rsidR="00B81FA9" vyd:_id="vyd:000000000000ia">
        <w:trPr>
          <w:jc w:val="center"/>
        </w:trPr>
        <w:tc vyd:_id="vyd:000000000000ih">
          <w:tcPr>
            <w:vAlign w:val="center"/>
          </w:tcPr>
          <w:p w:rsidR="00B81FA9" w:rsidRPr="00AA59A3" w:rsidRDefault="00781383" vyd:_id="vyd:000000000000ii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ij">Анализ доступности и безопасности образовательной среды</w:t>
            </w:r>
          </w:p>
        </w:tc>
        <w:tc vyd:_id="vyd:000000000000ie">
          <w:tcPr>
            <w:vAlign w:val="center"/>
          </w:tcPr>
          <w:p w:rsidR="00B81FA9" w:rsidRDefault="00781383" vyd:_id="vyd:000000000000if">
            <w:r>
              <w:rPr>
                <w:sz w:val="18"/>
              </w:rPr>
              <w:t vyd:_id="vyd:000000000000ig">ежеквартально</w:t>
            </w:r>
          </w:p>
        </w:tc>
        <w:tc vyd:_id="vyd:000000000000ib">
          <w:tcPr>
            <w:vAlign w:val="center"/>
          </w:tcPr>
          <w:p w:rsidR="00B81FA9" w:rsidRDefault="00781383" vyd:_id="vyd:000000000000ic">
            <w:r>
              <w:rPr>
                <w:sz w:val="18"/>
              </w:rPr>
              <w:t vyd:_id="vyd:000000000000id">комиссия / ответственные лица</w:t>
            </w:r>
          </w:p>
        </w:tc>
      </w:tr>
      <w:tr w:rsidR="00B81FA9" vyd:_id="vyd:000000000000hy">
        <w:trPr>
          <w:jc w:val="center"/>
        </w:trPr>
        <w:tc vyd:_id="vyd:000000000000i7">
          <w:tcPr>
            <w:vAlign w:val="center"/>
          </w:tcPr>
          <w:p w:rsidR="00B81FA9" w:rsidRPr="00AA59A3" w:rsidRDefault="00781383" vyd:_id="vyd:000000000000i8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i9">Подготовка итогового аналитического отчета и предложений в план следующего года</w:t>
            </w:r>
          </w:p>
        </w:tc>
        <w:tc vyd:_id="vyd:000000000000i2">
          <w:tcPr>
            <w:vAlign w:val="center"/>
          </w:tcPr>
          <w:p w:rsidR="00B81FA9" w:rsidRDefault="00781383" vyd:_id="vyd:000000000000i3">
            <w:r>
              <w:rPr>
                <w:sz w:val="18"/>
              </w:rPr>
              <w:t vyd:_id="vyd:000000000000i6">май</w:t>
            </w:r>
            <w:r>
              <w:rPr>
                <w:sz w:val="18"/>
              </w:rPr>
              <w:t vyd:_id="vyd:000000000000i5">–</w:t>
            </w:r>
            <w:r>
              <w:rPr>
                <w:sz w:val="18"/>
              </w:rPr>
              <w:t vyd:_id="vyd:000000000000i4">июнь</w:t>
            </w:r>
          </w:p>
        </w:tc>
        <w:tc vyd:_id="vyd:000000000000hz">
          <w:tcPr>
            <w:vAlign w:val="center"/>
          </w:tcPr>
          <w:p w:rsidR="00B81FA9" w:rsidRDefault="00781383" vyd:_id="vyd:000000000000i0">
            <w:r>
              <w:rPr>
                <w:sz w:val="18"/>
              </w:rPr>
              <w:t vyd:_id="vyd:000000000000i1">руководитель, старший воспитатель</w:t>
            </w:r>
          </w:p>
        </w:tc>
      </w:tr>
    </w:tbl>
    <w:p w:rsidR="00B81FA9" w:rsidRDefault="00B81FA9" vyd:_id="vyd:000000000000hw"/>
    <w:p w:rsidR="00B81FA9" w:rsidRPr="00AA59A3" w:rsidRDefault="00781383" vyd:_id="vyd:000000000000hu">
      <w:pPr>
        <w:pStyle w:val="1"/>
        <w:rPr>
          <w:lang w:val="ru-RU"/>
        </w:rPr>
      </w:pPr>
      <w:r>
        <w:rPr>
          <w:lang w:val="ru-RU"/>
        </w:rPr>
        <w:t vyd:_id="vyd:000000000000hv">9. Безопасность, охрана здоровья и санитарное благополучие</w:t>
      </w:r>
    </w:p>
    <w:p w:rsidR="00B81FA9" w:rsidRDefault="00781383" vyd:_id="vyd:000000000000hs">
      <w:pPr>
        <w:pStyle w:val="21"/>
      </w:pPr>
      <w:r>
        <w:t vyd:_id="vyd:000000000000ht">9.1. Общая безопасность и профилактика</w:t>
      </w:r>
    </w:p>
    <w:tbl vyd:_id="vyd:000000000000eo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102"/>
        <w:gridCol w:w="1701"/>
        <w:gridCol w:w="2835"/>
      </w:tblGrid>
      <w:tr w:rsidR="00B81FA9" vyd:_id="vyd:000000000000hi">
        <w:trPr>
          <w:jc w:val="center"/>
          <w:tblHeader w:val="1"/>
        </w:trPr>
        <w:tc vyd:_id="vyd:000000000000hp">
          <w:tcPr>
            <w:shd w:val="clear" w:color="auto" w:fill="E7E6E6"/>
            <w:vAlign w:val="center"/>
          </w:tcPr>
          <w:p w:rsidR="00B81FA9" w:rsidRDefault="00781383" vyd:_id="vyd:000000000000hq">
            <w:r>
              <w:rPr>
                <w:sz w:val="18"/>
                <w:b w:val="1"/>
              </w:rPr>
              <w:t vyd:_id="vyd:000000000000hr">Мероприятие</w:t>
            </w:r>
          </w:p>
        </w:tc>
        <w:tc vyd:_id="vyd:000000000000hm">
          <w:tcPr>
            <w:shd w:val="clear" w:color="auto" w:fill="E7E6E6"/>
            <w:vAlign w:val="center"/>
          </w:tcPr>
          <w:p w:rsidR="00B81FA9" w:rsidRDefault="00781383" vyd:_id="vyd:000000000000hn">
            <w:r>
              <w:rPr>
                <w:sz w:val="18"/>
                <w:b w:val="1"/>
              </w:rPr>
              <w:t vyd:_id="vyd:000000000000ho">Срок</w:t>
            </w:r>
          </w:p>
        </w:tc>
        <w:tc vyd:_id="vyd:000000000000hj">
          <w:tcPr>
            <w:shd w:val="clear" w:color="auto" w:fill="E7E6E6"/>
            <w:vAlign w:val="center"/>
          </w:tcPr>
          <w:p w:rsidR="00B81FA9" w:rsidRDefault="00781383" vyd:_id="vyd:000000000000hk">
            <w:r>
              <w:rPr>
                <w:sz w:val="18"/>
                <w:b w:val="1"/>
              </w:rPr>
              <w:t vyd:_id="vyd:000000000000hl">Ответственные</w:t>
            </w:r>
          </w:p>
        </w:tc>
      </w:tr>
      <w:tr w:rsidR="00B81FA9" vyd:_id="vyd:000000000000h2">
        <w:trPr>
          <w:jc w:val="center"/>
        </w:trPr>
        <w:tc vyd:_id="vyd:000000000000hf">
          <w:tcPr>
            <w:vAlign w:val="center"/>
          </w:tcPr>
          <w:p w:rsidR="00B81FA9" w:rsidRPr="00AA59A3" w:rsidRDefault="00781383" vyd:_id="vyd:000000000000hg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hh">Проверка актуальности локальных актов и инструкций по безопасности</w:t>
            </w:r>
          </w:p>
        </w:tc>
        <w:tc vyd:_id="vyd:000000000000h6">
          <w:tcPr>
            <w:vAlign w:val="center"/>
          </w:tcPr>
          <w:p w:rsidR="00B81FA9" w:rsidRDefault="00781383" vyd:_id="vyd:000000000000h7">
            <w:r>
              <w:rPr>
                <w:sz w:val="18"/>
              </w:rPr>
              <w:t vyd:_id="vyd:000000000000he">август</w:t>
            </w:r>
            <w:r>
              <w:rPr>
                <w:sz w:val="18"/>
              </w:rPr>
              <w:t vyd:_id="vyd:000000000000hd" xml:space="preserve">, </w:t>
            </w:r>
            <w:r>
              <w:rPr>
                <w:sz w:val="18"/>
              </w:rPr>
              <w:t vyd:_id="vyd:000000000000hc">далее</w:t>
            </w:r>
            <w:r>
              <w:rPr>
                <w:sz w:val="18"/>
              </w:rPr>
              <w:t vyd:_id="vyd:000000000000hb" xml:space="preserve"> </w:t>
            </w:r>
            <w:r>
              <w:rPr>
                <w:sz w:val="18"/>
              </w:rPr>
              <w:t vyd:_id="vyd:000000000000ha">по</w:t>
            </w:r>
            <w:r>
              <w:rPr>
                <w:sz w:val="18"/>
              </w:rPr>
              <w:t vyd:_id="vyd:000000000000h9" xml:space="preserve"> </w:t>
            </w:r>
            <w:r>
              <w:rPr>
                <w:sz w:val="18"/>
              </w:rPr>
              <w:t vyd:_id="vyd:000000000000h8">изменениям</w:t>
            </w:r>
          </w:p>
        </w:tc>
        <w:tc vyd:_id="vyd:000000000000h3">
          <w:tcPr>
            <w:vAlign w:val="center"/>
          </w:tcPr>
          <w:p w:rsidR="00B81FA9" w:rsidRDefault="00781383" vyd:_id="vyd:000000000000h4">
            <w:r>
              <w:rPr>
                <w:sz w:val="18"/>
              </w:rPr>
              <w:t vyd:_id="vyd:000000000000h5">руководитель, ответственные лица</w:t>
            </w:r>
          </w:p>
        </w:tc>
      </w:tr>
      <w:tr w:rsidR="00B81FA9" vyd:_id="vyd:000000000000gq">
        <w:trPr>
          <w:jc w:val="center"/>
        </w:trPr>
        <w:tc vyd:_id="vyd:000000000000gz">
          <w:tcPr>
            <w:vAlign w:val="center"/>
          </w:tcPr>
          <w:p w:rsidR="00B81FA9" w:rsidRPr="00AA59A3" w:rsidRDefault="00781383" vyd:_id="vyd:000000000000h0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h1">Инструктажи работников по охране труда и пожарной безопасности</w:t>
            </w:r>
          </w:p>
        </w:tc>
        <w:tc vyd:_id="vyd:000000000000gw">
          <w:tcPr>
            <w:vAlign w:val="center"/>
          </w:tcPr>
          <w:p w:rsidR="00B81FA9" w:rsidRPr="00AA59A3" w:rsidRDefault="00781383" vyd:_id="vyd:000000000000gx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gy">по установленным срокам и основаниям</w:t>
            </w:r>
          </w:p>
        </w:tc>
        <w:tc vyd:_id="vyd:000000000000gr">
          <w:tcPr>
            <w:vAlign w:val="center"/>
          </w:tcPr>
          <w:p w:rsidR="00B81FA9" w:rsidRDefault="00781383" vyd:_id="vyd:000000000000gs">
            <w:r>
              <w:rPr>
                <w:sz w:val="18"/>
              </w:rPr>
              <w:t vyd:_id="vyd:000000000000gv">ответственные</w:t>
            </w:r>
            <w:r>
              <w:rPr>
                <w:sz w:val="18"/>
              </w:rPr>
              <w:t vyd:_id="vyd:000000000000gu" xml:space="preserve"> </w:t>
            </w:r>
            <w:r>
              <w:rPr>
                <w:sz w:val="18"/>
              </w:rPr>
              <w:t vyd:_id="vyd:000000000000gt">лица</w:t>
            </w:r>
          </w:p>
        </w:tc>
      </w:tr>
      <w:tr w:rsidR="00B81FA9" vyd:_id="vyd:000000000000gc">
        <w:trPr>
          <w:jc w:val="center"/>
        </w:trPr>
        <w:tc vyd:_id="vyd:000000000000gn">
          <w:tcPr>
            <w:vAlign w:val="center"/>
          </w:tcPr>
          <w:p w:rsidR="00B81FA9" w:rsidRPr="00AA59A3" w:rsidRDefault="00781383" vyd:_id="vyd:000000000000go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gp">Практические тренировки по эвакуации и действиям при угрозах</w:t>
            </w:r>
          </w:p>
        </w:tc>
        <w:tc vyd:_id="vyd:000000000000gg">
          <w:tcPr>
            <w:vAlign w:val="center"/>
          </w:tcPr>
          <w:p w:rsidR="00B81FA9" w:rsidRDefault="00781383" vyd:_id="vyd:000000000000gh">
            <w:r>
              <w:rPr>
                <w:sz w:val="18"/>
              </w:rPr>
              <w:t vyd:_id="vyd:000000000000gm">по</w:t>
            </w:r>
            <w:r>
              <w:rPr>
                <w:sz w:val="18"/>
              </w:rPr>
              <w:t vyd:_id="vyd:000000000000gl" xml:space="preserve"> </w:t>
            </w:r>
            <w:r>
              <w:rPr>
                <w:sz w:val="18"/>
              </w:rPr>
              <w:t vyd:_id="vyd:000000000000gk">утвержденному</w:t>
            </w:r>
            <w:r>
              <w:rPr>
                <w:sz w:val="18"/>
              </w:rPr>
              <w:t vyd:_id="vyd:000000000000gj" xml:space="preserve"> </w:t>
            </w:r>
            <w:r>
              <w:rPr>
                <w:sz w:val="18"/>
              </w:rPr>
              <w:t vyd:_id="vyd:000000000000gi">графику</w:t>
            </w:r>
          </w:p>
        </w:tc>
        <w:tc vyd:_id="vyd:000000000000gd">
          <w:tcPr>
            <w:vAlign w:val="center"/>
          </w:tcPr>
          <w:p w:rsidR="00B81FA9" w:rsidRDefault="00781383" vyd:_id="vyd:000000000000ge">
            <w:r>
              <w:rPr>
                <w:sz w:val="18"/>
              </w:rPr>
              <w:t vyd:_id="vyd:000000000000gf">руководитель, ответственные лица</w:t>
            </w:r>
          </w:p>
        </w:tc>
      </w:tr>
      <w:tr w:rsidR="00B81FA9" w:rsidRPr="00AF438E" vyd:_id="vyd:000000000000g0">
        <w:trPr>
          <w:trHeight w:val="472.031"/>
          <w:jc w:val="center"/>
        </w:trPr>
        <w:tc vyd:_id="vyd:000000000000g9">
          <w:tcPr>
            <w:vAlign w:val="center"/>
          </w:tcPr>
          <w:p w:rsidR="00B81FA9" w:rsidRPr="00AA59A3" w:rsidRDefault="00781383" vyd:_id="vyd:000000000000ga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gb">Контроль исправности систем противопожарной защиты и средств связи</w:t>
            </w:r>
          </w:p>
        </w:tc>
        <w:tc vyd:_id="vyd:000000000000g4">
          <w:tcPr>
            <w:vAlign w:val="center"/>
          </w:tcPr>
          <w:p w:rsidR="00B81FA9" w:rsidRDefault="00781383" vyd:_id="vyd:000000000000g5">
            <w:r>
              <w:rPr>
                <w:sz w:val="18"/>
              </w:rPr>
              <w:t vyd:_id="vyd:000000000000g8">по</w:t>
            </w:r>
            <w:r>
              <w:rPr>
                <w:sz w:val="18"/>
              </w:rPr>
              <w:t vyd:_id="vyd:000000000000g7" xml:space="preserve"> </w:t>
            </w:r>
            <w:r>
              <w:rPr>
                <w:sz w:val="18"/>
              </w:rPr>
              <w:t vyd:_id="vyd:000000000000g6">регламенту</w:t>
            </w:r>
          </w:p>
        </w:tc>
        <w:tc vyd:_id="vyd:000000000000g1">
          <w:tcPr>
            <w:vAlign w:val="center"/>
          </w:tcPr>
          <w:p w:rsidR="00B81FA9" w:rsidRPr="00AA59A3" w:rsidRDefault="00781383" vyd:_id="vyd:000000000000g2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g3" xml:space="preserve">ответственный за пожарную безопасность </w:t>
            </w:r>
          </w:p>
        </w:tc>
      </w:tr>
      <w:tr w:rsidR="00B81FA9" vyd:_id="vyd:000000000000fq">
        <w:trPr>
          <w:jc w:val="center"/>
        </w:trPr>
        <w:tc vyd:_id="vyd:000000000000fx">
          <w:tcPr>
            <w:vAlign w:val="center"/>
          </w:tcPr>
          <w:p w:rsidR="00B81FA9" w:rsidRPr="00AA59A3" w:rsidRDefault="00781383" vyd:_id="vyd:000000000000fy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fz">Контроль пропускного и внутриобъектового режима</w:t>
            </w:r>
          </w:p>
        </w:tc>
        <w:tc vyd:_id="vyd:000000000000fu">
          <w:tcPr>
            <w:vAlign w:val="center"/>
          </w:tcPr>
          <w:p w:rsidR="00B81FA9" w:rsidRDefault="00781383" vyd:_id="vyd:000000000000fv">
            <w:r>
              <w:rPr>
                <w:sz w:val="18"/>
              </w:rPr>
              <w:t vyd:_id="vyd:000000000000fw">постоянно</w:t>
            </w:r>
          </w:p>
        </w:tc>
        <w:tc vyd:_id="vyd:000000000000fr">
          <w:tcPr>
            <w:vAlign w:val="center"/>
          </w:tcPr>
          <w:p w:rsidR="00B81FA9" w:rsidRDefault="00781383" vyd:_id="vyd:000000000000fs">
            <w:r>
              <w:rPr>
                <w:sz w:val="18"/>
              </w:rPr>
              <w:t vyd:_id="vyd:000000000000ft">ответственный за антитеррористическую защищенность</w:t>
            </w:r>
          </w:p>
        </w:tc>
      </w:tr>
      <w:tr w:rsidR="00B81FA9" vyd:_id="vyd:000000000000fg">
        <w:trPr>
          <w:jc w:val="center"/>
        </w:trPr>
        <w:tc vyd:_id="vyd:000000000000fn">
          <w:tcPr>
            <w:vAlign w:val="center"/>
          </w:tcPr>
          <w:p w:rsidR="00B81FA9" w:rsidRDefault="00781383" vyd:_id="vyd:000000000000fo">
            <w:r>
              <w:rPr>
                <w:sz w:val="18"/>
              </w:rPr>
              <w:t vyd:_id="vyd:000000000000fp">Профилактика детского травматизма</w:t>
            </w:r>
          </w:p>
        </w:tc>
        <w:tc vyd:_id="vyd:000000000000fk">
          <w:tcPr>
            <w:vAlign w:val="center"/>
          </w:tcPr>
          <w:p w:rsidR="00B81FA9" w:rsidRDefault="00781383" vyd:_id="vyd:000000000000fl">
            <w:r>
              <w:rPr>
                <w:sz w:val="18"/>
              </w:rPr>
              <w:t vyd:_id="vyd:000000000000fm">постоянно</w:t>
            </w:r>
          </w:p>
        </w:tc>
        <w:tc vyd:_id="vyd:000000000000fh">
          <w:tcPr>
            <w:vAlign w:val="center"/>
          </w:tcPr>
          <w:p w:rsidR="00B81FA9" w:rsidRDefault="00781383" vyd:_id="vyd:000000000000fi">
            <w:r>
              <w:rPr>
                <w:sz w:val="18"/>
              </w:rPr>
              <w:t vyd:_id="vyd:000000000000fj">педагогические работники, администрация</w:t>
            </w:r>
          </w:p>
        </w:tc>
      </w:tr>
      <w:tr w:rsidR="00B81FA9" vyd:_id="vyd:000000000000f1">
        <w:trPr>
          <w:jc w:val="center"/>
        </w:trPr>
        <w:tc vyd:_id="vyd:000000000000fb">
          <w:tcPr>
            <w:vAlign w:val="center"/>
          </w:tcPr>
          <w:p w:rsidR="00B81FA9" w:rsidRPr="00AA59A3" w:rsidRDefault="00781383" vyd:_id="vyd:000000000000fc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ff" xml:space="preserve">Обучение детей безопасному поведению в </w:t>
            </w:r>
            <w:r>
              <w:rPr>
                <w:sz w:val="18"/>
                <w:lang w:val="ru-RU"/>
              </w:rPr>
              <w:t vyd:_id="vyd:000000000000fe">возрастно</w:t>
            </w:r>
            <w:r>
              <w:rPr>
                <w:sz w:val="18"/>
                <w:lang w:val="ru-RU"/>
              </w:rPr>
              <w:t vyd:_id="vyd:000000000000fd" xml:space="preserve"> соответствующих формах</w:t>
            </w:r>
          </w:p>
        </w:tc>
        <w:tc vyd:_id="vyd:000000000000f5">
          <w:tcPr>
            <w:vAlign w:val="center"/>
          </w:tcPr>
          <w:p w:rsidR="00B81FA9" w:rsidRDefault="00781383" vyd:_id="vyd:000000000000f6">
            <w:r>
              <w:rPr>
                <w:sz w:val="18"/>
              </w:rPr>
              <w:t vyd:_id="vyd:000000000000fa" xml:space="preserve">в </w:t>
            </w:r>
            <w:r>
              <w:rPr>
                <w:sz w:val="18"/>
              </w:rPr>
              <w:t vyd:_id="vyd:000000000000f9">течение</w:t>
            </w:r>
            <w:r>
              <w:rPr>
                <w:sz w:val="18"/>
              </w:rPr>
              <w:t vyd:_id="vyd:000000000000f8" xml:space="preserve"> </w:t>
            </w:r>
            <w:r>
              <w:rPr>
                <w:sz w:val="18"/>
              </w:rPr>
              <w:t vyd:_id="vyd:000000000000f7">года</w:t>
            </w:r>
          </w:p>
        </w:tc>
        <w:tc vyd:_id="vyd:000000000000f2">
          <w:tcPr>
            <w:vAlign w:val="center"/>
          </w:tcPr>
          <w:p w:rsidR="00B81FA9" w:rsidRDefault="00781383" vyd:_id="vyd:000000000000f3">
            <w:r>
              <w:rPr>
                <w:sz w:val="18"/>
              </w:rPr>
              <w:t vyd:_id="vyd:000000000000f4">воспитатели</w:t>
            </w:r>
          </w:p>
        </w:tc>
      </w:tr>
      <w:tr w:rsidR="00B81FA9" vyd:_id="vyd:000000000000ep">
        <w:trPr>
          <w:jc w:val="center"/>
        </w:trPr>
        <w:tc vyd:_id="vyd:000000000000ey">
          <w:tcPr>
            <w:vAlign w:val="center"/>
          </w:tcPr>
          <w:p w:rsidR="00B81FA9" w:rsidRPr="00AA59A3" w:rsidRDefault="00781383" vyd:_id="vyd:000000000000ez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f0">Актуализация паспортов, планов, схем и иных документов безопасности при наличии оснований</w:t>
            </w:r>
          </w:p>
        </w:tc>
        <w:tc vyd:_id="vyd:000000000000et">
          <w:tcPr>
            <w:vAlign w:val="center"/>
          </w:tcPr>
          <w:p w:rsidR="00B81FA9" w:rsidRDefault="00781383" vyd:_id="vyd:000000000000eu">
            <w:r>
              <w:rPr>
                <w:sz w:val="18"/>
              </w:rPr>
              <w:t vyd:_id="vyd:000000000000ex">по</w:t>
            </w:r>
            <w:r>
              <w:rPr>
                <w:sz w:val="18"/>
              </w:rPr>
              <w:t vyd:_id="vyd:000000000000ew" xml:space="preserve"> </w:t>
            </w:r>
            <w:r>
              <w:rPr>
                <w:sz w:val="18"/>
              </w:rPr>
              <w:t vyd:_id="vyd:000000000000ev">необходимости</w:t>
            </w:r>
          </w:p>
        </w:tc>
        <w:tc vyd:_id="vyd:000000000000eq">
          <w:tcPr>
            <w:vAlign w:val="center"/>
          </w:tcPr>
          <w:p w:rsidR="00B81FA9" w:rsidRDefault="00781383" vyd:_id="vyd:000000000000er">
            <w:r>
              <w:rPr>
                <w:sz w:val="18"/>
              </w:rPr>
              <w:t vyd:_id="vyd:000000000000es">руководитель, ответственные лица</w:t>
            </w:r>
          </w:p>
        </w:tc>
      </w:tr>
    </w:tbl>
    <w:p w:rsidR="00B81FA9" w:rsidRDefault="00B81FA9" vyd:_id="vyd:000000000000en"/>
    <w:p w:rsidR="00B81FA9" w:rsidRDefault="00781383" vyd:_id="vyd:000000000000el">
      <w:pPr>
        <w:pStyle w:val="21"/>
      </w:pPr>
      <w:r>
        <w:t vyd:_id="vyd:000000000000em">9.2. Санитарное благополучие и охрана здоровья</w:t>
      </w:r>
    </w:p>
    <w:tbl vyd:_id="vyd:000000000000c9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102"/>
        <w:gridCol w:w="1832"/>
        <w:gridCol w:w="2835"/>
      </w:tblGrid>
      <w:tr w:rsidR="00B81FA9" vyd:_id="vyd:000000000000eb">
        <w:trPr>
          <w:jc w:val="center"/>
          <w:tblHeader w:val="1"/>
        </w:trPr>
        <w:tc vyd:_id="vyd:000000000000ei">
          <w:tcPr>
            <w:shd w:val="clear" w:color="auto" w:fill="E7E6E6"/>
            <w:vAlign w:val="center"/>
          </w:tcPr>
          <w:p w:rsidR="00B81FA9" w:rsidRDefault="00781383" vyd:_id="vyd:000000000000ej">
            <w:r>
              <w:rPr>
                <w:sz w:val="18"/>
                <w:b w:val="1"/>
              </w:rPr>
              <w:t vyd:_id="vyd:000000000000ek">Мероприятие</w:t>
            </w:r>
          </w:p>
        </w:tc>
        <w:tc vyd:_id="vyd:000000000000ef">
          <w:tcPr>
            <w:shd w:val="clear" w:color="auto" w:fill="E7E6E6"/>
            <w:vAlign w:val="center"/>
          </w:tcPr>
          <w:p w:rsidR="00B81FA9" w:rsidRDefault="00781383" vyd:_id="vyd:000000000000eg">
            <w:r>
              <w:rPr>
                <w:sz w:val="18"/>
                <w:b w:val="1"/>
              </w:rPr>
              <w:t vyd:_id="vyd:000000000000eh">Срок</w:t>
            </w:r>
          </w:p>
        </w:tc>
        <w:tc vyd:_id="vyd:000000000000ec">
          <w:tcPr>
            <w:shd w:val="clear" w:color="auto" w:fill="E7E6E6"/>
            <w:vAlign w:val="center"/>
          </w:tcPr>
          <w:p w:rsidR="00B81FA9" w:rsidRDefault="00781383" vyd:_id="vyd:000000000000ed">
            <w:r>
              <w:rPr>
                <w:sz w:val="18"/>
                <w:b w:val="1"/>
              </w:rPr>
              <w:t vyd:_id="vyd:000000000000ee">Ответственные</w:t>
            </w:r>
          </w:p>
        </w:tc>
      </w:tr>
      <w:tr w:rsidR="00B81FA9" vyd:_id="vyd:000000000000dy">
        <w:trPr>
          <w:jc w:val="center"/>
        </w:trPr>
        <w:tc vyd:_id="vyd:000000000000e8">
          <w:tcPr>
            <w:vAlign w:val="center"/>
          </w:tcPr>
          <w:p w:rsidR="00B81FA9" w:rsidRPr="00AA59A3" w:rsidRDefault="00781383" vyd:_id="vyd:000000000000e9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ea">Контроль соблюдения санитарных требований к помещениям, оборудованию и территории</w:t>
            </w:r>
          </w:p>
        </w:tc>
        <w:tc vyd:_id="vyd:000000000000e2">
          <w:tcPr>
            <w:vAlign w:val="center"/>
          </w:tcPr>
          <w:p w:rsidR="00B81FA9" w:rsidRDefault="00781383" vyd:_id="vyd:000000000000e3">
            <w:r>
              <w:rPr>
                <w:sz w:val="18"/>
              </w:rPr>
              <w:t vyd:_id="vyd:000000000000e7" xml:space="preserve">в </w:t>
            </w:r>
            <w:r>
              <w:rPr>
                <w:sz w:val="18"/>
              </w:rPr>
              <w:t vyd:_id="vyd:000000000000e6">течение</w:t>
            </w:r>
            <w:r>
              <w:rPr>
                <w:sz w:val="18"/>
              </w:rPr>
              <w:t vyd:_id="vyd:000000000000e5" xml:space="preserve"> </w:t>
            </w:r>
            <w:r>
              <w:rPr>
                <w:sz w:val="18"/>
              </w:rPr>
              <w:t vyd:_id="vyd:000000000000e4">года</w:t>
            </w:r>
          </w:p>
        </w:tc>
        <w:tc vyd:_id="vyd:000000000000dz">
          <w:tcPr>
            <w:vAlign w:val="center"/>
          </w:tcPr>
          <w:p w:rsidR="00B81FA9" w:rsidRDefault="00781383" vyd:_id="vyd:000000000000e0">
            <w:r>
              <w:rPr>
                <w:sz w:val="18"/>
              </w:rPr>
              <w:t vyd:_id="vyd:000000000000e1">ответственные должностные лица</w:t>
            </w:r>
          </w:p>
        </w:tc>
      </w:tr>
      <w:tr w:rsidR="00B81FA9" vyd:_id="vyd:000000000000do">
        <w:trPr>
          <w:jc w:val="center"/>
        </w:trPr>
        <w:tc vyd:_id="vyd:000000000000dv">
          <w:tcPr>
            <w:vAlign w:val="center"/>
          </w:tcPr>
          <w:p w:rsidR="00B81FA9" w:rsidRPr="00AA59A3" w:rsidRDefault="00781383" vyd:_id="vyd:000000000000dw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dx">Контроль режимов проветривания, уборки и санитарного содержания</w:t>
            </w:r>
          </w:p>
        </w:tc>
        <w:tc vyd:_id="vyd:000000000000ds">
          <w:tcPr>
            <w:vAlign w:val="center"/>
          </w:tcPr>
          <w:p w:rsidR="00B81FA9" w:rsidRDefault="00781383" vyd:_id="vyd:000000000000dt">
            <w:r>
              <w:rPr>
                <w:sz w:val="18"/>
              </w:rPr>
              <w:t vyd:_id="vyd:000000000000du">постоянно</w:t>
            </w:r>
          </w:p>
        </w:tc>
        <w:tc vyd:_id="vyd:000000000000dp">
          <w:tcPr>
            <w:vAlign w:val="center"/>
          </w:tcPr>
          <w:p w:rsidR="00B81FA9" w:rsidRDefault="00781383" vyd:_id="vyd:000000000000dq">
            <w:r>
              <w:rPr>
                <w:sz w:val="18"/>
              </w:rPr>
              <w:t vyd:_id="vyd:000000000000dr">ответственные работники</w:t>
            </w:r>
          </w:p>
        </w:tc>
      </w:tr>
      <w:tr w:rsidR="00B81FA9" vyd:_id="vyd:000000000000de">
        <w:trPr>
          <w:jc w:val="center"/>
        </w:trPr>
        <w:tc vyd:_id="vyd:000000000000dl">
          <w:tcPr>
            <w:vAlign w:val="center"/>
          </w:tcPr>
          <w:p w:rsidR="00B81FA9" w:rsidRDefault="00781383" vyd:_id="vyd:000000000000dm">
            <w:r>
              <w:rPr>
                <w:sz w:val="18"/>
              </w:rPr>
              <w:t vyd:_id="vyd:000000000000dn">Контроль организации питьевого режима</w:t>
            </w:r>
          </w:p>
        </w:tc>
        <w:tc vyd:_id="vyd:000000000000di">
          <w:tcPr>
            <w:vAlign w:val="center"/>
          </w:tcPr>
          <w:p w:rsidR="00B81FA9" w:rsidRDefault="00781383" vyd:_id="vyd:000000000000dj">
            <w:r>
              <w:rPr>
                <w:sz w:val="18"/>
              </w:rPr>
              <w:t vyd:_id="vyd:000000000000dk">постоянно</w:t>
            </w:r>
          </w:p>
        </w:tc>
        <w:tc vyd:_id="vyd:000000000000df">
          <w:tcPr>
            <w:vAlign w:val="center"/>
          </w:tcPr>
          <w:p w:rsidR="00B81FA9" w:rsidRDefault="00781383" vyd:_id="vyd:000000000000dg">
            <w:r>
              <w:rPr>
                <w:sz w:val="18"/>
              </w:rPr>
              <w:t vyd:_id="vyd:000000000000dh">ответственные работники</w:t>
            </w:r>
          </w:p>
        </w:tc>
      </w:tr>
      <w:tr w:rsidR="00B81FA9" vyd:_id="vyd:000000000000d0">
        <w:trPr>
          <w:jc w:val="center"/>
        </w:trPr>
        <w:tc vyd:_id="vyd:000000000000db">
          <w:tcPr>
            <w:vAlign w:val="center"/>
          </w:tcPr>
          <w:p w:rsidR="00B81FA9" w:rsidRPr="00AA59A3" w:rsidRDefault="00781383" vyd:_id="vyd:000000000000dc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dd">Контроль организации питания в пределах компетенции ДОО</w:t>
            </w:r>
          </w:p>
        </w:tc>
        <w:tc vyd:_id="vyd:000000000000d4">
          <w:tcPr>
            <w:vAlign w:val="center"/>
          </w:tcPr>
          <w:p w:rsidR="00B81FA9" w:rsidRDefault="00781383" vyd:_id="vyd:000000000000d5">
            <w:r>
              <w:rPr>
                <w:sz w:val="18"/>
              </w:rPr>
              <w:t vyd:_id="vyd:000000000000da">ежедневно</w:t>
            </w:r>
            <w:r>
              <w:rPr>
                <w:sz w:val="18"/>
              </w:rPr>
              <w:t vyd:_id="vyd:000000000000d9" xml:space="preserve"> / </w:t>
            </w:r>
            <w:r>
              <w:rPr>
                <w:sz w:val="18"/>
              </w:rPr>
              <w:t vyd:_id="vyd:000000000000d8">по</w:t>
            </w:r>
            <w:r>
              <w:rPr>
                <w:sz w:val="18"/>
              </w:rPr>
              <w:t vyd:_id="vyd:000000000000d7" xml:space="preserve"> </w:t>
            </w:r>
            <w:r>
              <w:rPr>
                <w:sz w:val="18"/>
              </w:rPr>
              <w:t vyd:_id="vyd:000000000000d6">графику</w:t>
            </w:r>
          </w:p>
        </w:tc>
        <w:tc vyd:_id="vyd:000000000000d1">
          <w:tcPr>
            <w:vAlign w:val="center"/>
          </w:tcPr>
          <w:p w:rsidR="00B81FA9" w:rsidRDefault="00781383" vyd:_id="vyd:000000000000d2">
            <w:r>
              <w:rPr>
                <w:sz w:val="18"/>
              </w:rPr>
              <w:t vyd:_id="vyd:000000000000d3">ответственные лица</w:t>
            </w:r>
          </w:p>
        </w:tc>
      </w:tr>
      <w:tr w:rsidR="00B81FA9" vyd:_id="vyd:000000000000cm">
        <w:trPr>
          <w:jc w:val="center"/>
        </w:trPr>
        <w:tc vyd:_id="vyd:000000000000cx">
          <w:tcPr>
            <w:vAlign w:val="center"/>
          </w:tcPr>
          <w:p w:rsidR="00B81FA9" w:rsidRPr="00AA59A3" w:rsidRDefault="00781383" vyd:_id="vyd:000000000000cy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cz">Профилактические мероприятия в сезон повышенной заболеваемости</w:t>
            </w:r>
          </w:p>
        </w:tc>
        <w:tc vyd:_id="vyd:000000000000cu">
          <w:tcPr>
            <w:vAlign w:val="center"/>
          </w:tcPr>
          <w:p w:rsidR="00B81FA9" w:rsidRPr="00AA59A3" w:rsidRDefault="00781383" vyd:_id="vyd:000000000000cv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cw">по эпидемиологической ситуации и предписаниям</w:t>
            </w:r>
          </w:p>
        </w:tc>
        <w:tc vyd:_id="vyd:000000000000cn">
          <w:tcPr>
            <w:vAlign w:val="center"/>
          </w:tcPr>
          <w:p w:rsidR="00B81FA9" w:rsidRDefault="00781383" vyd:_id="vyd:000000000000co">
            <w:r>
              <w:rPr>
                <w:sz w:val="18"/>
              </w:rPr>
              <w:t vyd:_id="vyd:000000000000ct">руководитель</w:t>
            </w:r>
            <w:r>
              <w:rPr>
                <w:sz w:val="18"/>
              </w:rPr>
              <w:t vyd:_id="vyd:000000000000cs" xml:space="preserve">, </w:t>
            </w:r>
            <w:r>
              <w:rPr>
                <w:sz w:val="18"/>
              </w:rPr>
              <w:t vyd:_id="vyd:000000000000cr">медицинский</w:t>
            </w:r>
            <w:r>
              <w:rPr>
                <w:sz w:val="18"/>
              </w:rPr>
              <w:t vyd:_id="vyd:000000000000cq" xml:space="preserve"> </w:t>
            </w:r>
            <w:r>
              <w:rPr>
                <w:sz w:val="18"/>
              </w:rPr>
              <w:t vyd:_id="vyd:000000000000cp">работник</w:t>
            </w:r>
          </w:p>
        </w:tc>
      </w:tr>
      <w:tr w:rsidR="00B81FA9" vyd:_id="vyd:000000000000ca">
        <w:trPr>
          <w:jc w:val="center"/>
        </w:trPr>
        <w:tc vyd:_id="vyd:000000000000cj">
          <w:tcPr>
            <w:vAlign w:val="center"/>
          </w:tcPr>
          <w:p w:rsidR="00B81FA9" w:rsidRPr="00AA59A3" w:rsidRDefault="00781383" vyd:_id="vyd:000000000000ck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cl">Информирование семей по вопросам профилактики инфекций и безопасного поведения</w:t>
            </w:r>
          </w:p>
        </w:tc>
        <w:tc vyd:_id="vyd:000000000000ce">
          <w:tcPr>
            <w:vAlign w:val="center"/>
          </w:tcPr>
          <w:p w:rsidR="00B81FA9" w:rsidRDefault="00781383" vyd:_id="vyd:000000000000cf">
            <w:r>
              <w:rPr>
                <w:sz w:val="18"/>
              </w:rPr>
              <w:t vyd:_id="vyd:000000000000ci">по</w:t>
            </w:r>
            <w:r>
              <w:rPr>
                <w:sz w:val="18"/>
              </w:rPr>
              <w:t vyd:_id="vyd:000000000000ch" xml:space="preserve"> </w:t>
            </w:r>
            <w:r>
              <w:rPr>
                <w:sz w:val="18"/>
              </w:rPr>
              <w:t vyd:_id="vyd:000000000000cg">необходимости</w:t>
            </w:r>
          </w:p>
        </w:tc>
        <w:tc vyd:_id="vyd:000000000000cb">
          <w:tcPr>
            <w:vAlign w:val="center"/>
          </w:tcPr>
          <w:p w:rsidR="00B81FA9" w:rsidRDefault="00781383" vyd:_id="vyd:000000000000cc">
            <w:r>
              <w:rPr>
                <w:sz w:val="18"/>
              </w:rPr>
              <w:t vyd:_id="vyd:000000000000cd">медицинский работник, воспитатели</w:t>
            </w:r>
          </w:p>
        </w:tc>
      </w:tr>
    </w:tbl>
    <w:p w:rsidR="00B81FA9" w:rsidRDefault="00B81FA9" vyd:_id="vyd:000000000000c8"/>
    <w:p w:rsidR="00B81FA9" w:rsidRDefault="00781383" vyd:_id="vyd:000000000000c6">
      <w:pPr>
        <w:pStyle w:val="1"/>
      </w:pPr>
      <w:r>
        <w:t vyd:_id="vyd:000000000000c7">10. Развитие инфраструктуры и РППС</w:t>
      </w:r>
    </w:p>
    <w:tbl vyd:_id="vyd:0000000000009g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102"/>
        <w:gridCol w:w="1701"/>
        <w:gridCol w:w="2835"/>
      </w:tblGrid>
      <w:tr w:rsidR="00B81FA9" vyd:_id="vyd:000000000000bw">
        <w:trPr>
          <w:jc w:val="center"/>
          <w:tblHeader w:val="1"/>
        </w:trPr>
        <w:tc vyd:_id="vyd:000000000000c3">
          <w:tcPr>
            <w:shd w:val="clear" w:color="auto" w:fill="E7E6E6"/>
            <w:vAlign w:val="center"/>
          </w:tcPr>
          <w:p w:rsidR="00B81FA9" w:rsidRDefault="00781383" vyd:_id="vyd:000000000000c4">
            <w:r>
              <w:rPr>
                <w:sz w:val="18"/>
                <w:b w:val="1"/>
              </w:rPr>
              <w:t vyd:_id="vyd:000000000000c5">Мероприятие</w:t>
            </w:r>
          </w:p>
        </w:tc>
        <w:tc vyd:_id="vyd:000000000000c0">
          <w:tcPr>
            <w:shd w:val="clear" w:color="auto" w:fill="E7E6E6"/>
            <w:vAlign w:val="center"/>
          </w:tcPr>
          <w:p w:rsidR="00B81FA9" w:rsidRDefault="00781383" vyd:_id="vyd:000000000000c1">
            <w:r>
              <w:rPr>
                <w:sz w:val="18"/>
                <w:b w:val="1"/>
              </w:rPr>
              <w:t vyd:_id="vyd:000000000000c2">Срок</w:t>
            </w:r>
          </w:p>
        </w:tc>
        <w:tc vyd:_id="vyd:000000000000bx">
          <w:tcPr>
            <w:shd w:val="clear" w:color="auto" w:fill="E7E6E6"/>
            <w:vAlign w:val="center"/>
          </w:tcPr>
          <w:p w:rsidR="00B81FA9" w:rsidRDefault="00781383" vyd:_id="vyd:000000000000by">
            <w:r>
              <w:rPr>
                <w:sz w:val="18"/>
                <w:b w:val="1"/>
              </w:rPr>
              <w:t vyd:_id="vyd:000000000000bz">Ответственные</w:t>
            </w:r>
          </w:p>
        </w:tc>
      </w:tr>
      <w:tr w:rsidR="00B81FA9" w:rsidRPr="00AF438E" vyd:_id="vyd:000000000000bk">
        <w:trPr>
          <w:jc w:val="center"/>
        </w:trPr>
        <w:tc vyd:_id="vyd:000000000000bt">
          <w:tcPr>
            <w:vAlign w:val="center"/>
          </w:tcPr>
          <w:p w:rsidR="00B81FA9" w:rsidRPr="00AA59A3" w:rsidRDefault="00781383" vyd:_id="vyd:000000000000bu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bv">Инвентаризация оборудования, игрушек, пособий и учебно-методических материалов</w:t>
            </w:r>
          </w:p>
        </w:tc>
        <w:tc vyd:_id="vyd:000000000000bo">
          <w:tcPr>
            <w:vAlign w:val="center"/>
          </w:tcPr>
          <w:p w:rsidR="00B81FA9" w:rsidRDefault="00781383" vyd:_id="vyd:000000000000bp">
            <w:r>
              <w:rPr>
                <w:sz w:val="18"/>
              </w:rPr>
              <w:t vyd:_id="vyd:000000000000bs">август</w:t>
            </w:r>
            <w:r>
              <w:rPr>
                <w:sz w:val="18"/>
              </w:rPr>
              <w:t vyd:_id="vyd:000000000000br">–</w:t>
            </w:r>
            <w:r>
              <w:rPr>
                <w:sz w:val="18"/>
              </w:rPr>
              <w:t vyd:_id="vyd:000000000000bq">сентябрь</w:t>
            </w:r>
          </w:p>
        </w:tc>
        <w:tc vyd:_id="vyd:000000000000bl">
          <w:tcPr>
            <w:vAlign w:val="center"/>
          </w:tcPr>
          <w:p w:rsidR="00B81FA9" w:rsidRPr="00AA59A3" w:rsidRDefault="00781383" vyd:_id="vyd:000000000000bm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bn">старший воспитатель, воспитатели,</w:t>
            </w:r>
          </w:p>
        </w:tc>
      </w:tr>
      <w:tr w:rsidR="00B81FA9" vyd:_id="vyd:000000000000ba">
        <w:trPr>
          <w:jc w:val="center"/>
        </w:trPr>
        <w:tc vyd:_id="vyd:000000000000bh">
          <w:tcPr>
            <w:vAlign w:val="center"/>
          </w:tcPr>
          <w:p w:rsidR="00B81FA9" w:rsidRPr="00AA59A3" w:rsidRDefault="00781383" vyd:_id="vyd:000000000000bi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bj">Оценка безопасности и доступности оборудования</w:t>
            </w:r>
          </w:p>
        </w:tc>
        <w:tc vyd:_id="vyd:000000000000be">
          <w:tcPr>
            <w:vAlign w:val="center"/>
          </w:tcPr>
          <w:p w:rsidR="00B81FA9" w:rsidRDefault="00781383" vyd:_id="vyd:000000000000bf">
            <w:r>
              <w:rPr>
                <w:sz w:val="18"/>
              </w:rPr>
              <w:t vyd:_id="vyd:000000000000bg">ежеквартально</w:t>
            </w:r>
          </w:p>
        </w:tc>
        <w:tc vyd:_id="vyd:000000000000bb">
          <w:tcPr>
            <w:vAlign w:val="center"/>
          </w:tcPr>
          <w:p w:rsidR="00B81FA9" w:rsidRDefault="00781383" vyd:_id="vyd:000000000000bc">
            <w:r>
              <w:rPr>
                <w:sz w:val="18"/>
              </w:rPr>
              <w:t vyd:_id="vyd:000000000000bd">комиссия / ответственные лица</w:t>
            </w:r>
          </w:p>
        </w:tc>
      </w:tr>
      <w:tr w:rsidR="00B81FA9" vyd:_id="vyd:000000000000aw">
        <w:trPr>
          <w:jc w:val="center"/>
        </w:trPr>
        <w:tc vyd:_id="vyd:000000000000b7">
          <w:tcPr>
            <w:vAlign w:val="center"/>
          </w:tcPr>
          <w:p w:rsidR="00B81FA9" w:rsidRPr="00AA59A3" w:rsidRDefault="00781383" vyd:_id="vyd:000000000000b8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b9">Анализ соответствия РППС задачам ОП ДО и возрасту детей</w:t>
            </w:r>
          </w:p>
        </w:tc>
        <w:tc vyd:_id="vyd:000000000000b0">
          <w:tcPr>
            <w:vAlign w:val="center"/>
          </w:tcPr>
          <w:p w:rsidR="00B81FA9" w:rsidRDefault="00781383" vyd:_id="vyd:000000000000b1">
            <w:r>
              <w:rPr>
                <w:sz w:val="18"/>
              </w:rPr>
              <w:t vyd:_id="vyd:000000000000b6">сентябрь</w:t>
            </w:r>
            <w:r>
              <w:rPr>
                <w:sz w:val="18"/>
              </w:rPr>
              <w:t vyd:_id="vyd:000000000000b5" xml:space="preserve">, </w:t>
            </w:r>
            <w:r>
              <w:rPr>
                <w:sz w:val="18"/>
              </w:rPr>
              <w:t vyd:_id="vyd:000000000000b4">январь</w:t>
            </w:r>
            <w:r>
              <w:rPr>
                <w:sz w:val="18"/>
              </w:rPr>
              <w:t vyd:_id="vyd:000000000000b3" xml:space="preserve">, </w:t>
            </w:r>
            <w:r>
              <w:rPr>
                <w:sz w:val="18"/>
              </w:rPr>
              <w:t vyd:_id="vyd:000000000000b2">май</w:t>
            </w:r>
          </w:p>
        </w:tc>
        <w:tc vyd:_id="vyd:000000000000ax">
          <w:tcPr>
            <w:vAlign w:val="center"/>
          </w:tcPr>
          <w:p w:rsidR="00B81FA9" w:rsidRDefault="00781383" vyd:_id="vyd:000000000000ay">
            <w:r>
              <w:rPr>
                <w:sz w:val="18"/>
              </w:rPr>
              <w:t vyd:_id="vyd:000000000000az">старший воспитатель</w:t>
            </w:r>
          </w:p>
        </w:tc>
      </w:tr>
      <w:tr w:rsidR="00B81FA9" vyd:_id="vyd:000000000000aj">
        <w:trPr>
          <w:jc w:val="center"/>
        </w:trPr>
        <w:tc vyd:_id="vyd:000000000000at">
          <w:tcPr>
            <w:vAlign w:val="center"/>
          </w:tcPr>
          <w:p w:rsidR="00B81FA9" w:rsidRPr="00AA59A3" w:rsidRDefault="00781383" vyd:_id="vyd:000000000000au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av">Пополнение центров активности и материалов для самостоятельной деятельности</w:t>
            </w:r>
          </w:p>
        </w:tc>
        <w:tc vyd:_id="vyd:000000000000an">
          <w:tcPr>
            <w:vAlign w:val="center"/>
          </w:tcPr>
          <w:p w:rsidR="00B81FA9" w:rsidRDefault="00781383" vyd:_id="vyd:000000000000ao">
            <w:r>
              <w:rPr>
                <w:sz w:val="18"/>
              </w:rPr>
              <w:t vyd:_id="vyd:000000000000as" xml:space="preserve">в </w:t>
            </w:r>
            <w:r>
              <w:rPr>
                <w:sz w:val="18"/>
              </w:rPr>
              <w:t vyd:_id="vyd:000000000000ar">течение</w:t>
            </w:r>
            <w:r>
              <w:rPr>
                <w:sz w:val="18"/>
              </w:rPr>
              <w:t vyd:_id="vyd:000000000000aq" xml:space="preserve"> </w:t>
            </w:r>
            <w:r>
              <w:rPr>
                <w:sz w:val="18"/>
              </w:rPr>
              <w:t vyd:_id="vyd:000000000000ap">года</w:t>
            </w:r>
          </w:p>
        </w:tc>
        <w:tc vyd:_id="vyd:000000000000ak">
          <w:tcPr>
            <w:vAlign w:val="center"/>
          </w:tcPr>
          <w:p w:rsidR="00B81FA9" w:rsidRDefault="00781383" vyd:_id="vyd:000000000000al">
            <w:r>
              <w:rPr>
                <w:sz w:val="18"/>
              </w:rPr>
              <w:t vyd:_id="vyd:000000000000am">воспитатели</w:t>
            </w:r>
          </w:p>
        </w:tc>
      </w:tr>
      <w:tr w:rsidR="00B81FA9" vyd:_id="vyd:000000000000a5">
        <w:trPr>
          <w:jc w:val="center"/>
        </w:trPr>
        <w:tc vyd:_id="vyd:000000000000ag">
          <w:tcPr>
            <w:vAlign w:val="center"/>
          </w:tcPr>
          <w:p w:rsidR="00B81FA9" w:rsidRPr="00AA59A3" w:rsidRDefault="00781383" vyd:_id="vyd:000000000000ah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ai">Создание условий для детей с ОВЗ и инвалидностью при наличии потребности</w:t>
            </w:r>
          </w:p>
        </w:tc>
        <w:tc vyd:_id="vyd:000000000000a9">
          <w:tcPr>
            <w:vAlign w:val="center"/>
          </w:tcPr>
          <w:p w:rsidR="00B81FA9" w:rsidRDefault="00781383" vyd:_id="vyd:000000000000aa">
            <w:r>
              <w:rPr>
                <w:sz w:val="18"/>
              </w:rPr>
              <w:t vyd:_id="vyd:000000000000af">по</w:t>
            </w:r>
            <w:r>
              <w:rPr>
                <w:sz w:val="18"/>
              </w:rPr>
              <w:t vyd:_id="vyd:000000000000ae" xml:space="preserve"> </w:t>
            </w:r>
            <w:r>
              <w:rPr>
                <w:sz w:val="18"/>
              </w:rPr>
              <w:t vyd:_id="vyd:000000000000ad">индивидуальной</w:t>
            </w:r>
            <w:r>
              <w:rPr>
                <w:sz w:val="18"/>
              </w:rPr>
              <w:t vyd:_id="vyd:000000000000ac" xml:space="preserve"> </w:t>
            </w:r>
            <w:r>
              <w:rPr>
                <w:sz w:val="18"/>
              </w:rPr>
              <w:t vyd:_id="vyd:000000000000ab">необходимости</w:t>
            </w:r>
          </w:p>
        </w:tc>
        <w:tc vyd:_id="vyd:000000000000a6">
          <w:tcPr>
            <w:vAlign w:val="center"/>
          </w:tcPr>
          <w:p w:rsidR="00B81FA9" w:rsidRDefault="00781383" vyd:_id="vyd:000000000000a7">
            <w:r>
              <w:rPr>
                <w:sz w:val="18"/>
              </w:rPr>
              <w:t vyd:_id="vyd:000000000000a8">руководитель, специалисты</w:t>
            </w:r>
          </w:p>
        </w:tc>
      </w:tr>
      <w:tr w:rsidR="00B81FA9" vyd:_id="vyd:0000000000009t">
        <w:trPr>
          <w:jc w:val="center"/>
        </w:trPr>
        <w:tc vyd:_id="vyd:000000000000a2">
          <w:tcPr>
            <w:vAlign w:val="center"/>
          </w:tcPr>
          <w:p w:rsidR="00B81FA9" w:rsidRPr="00AA59A3" w:rsidRDefault="00781383" vyd:_id="vyd:000000000000a3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a4">Анализ потребности в ремонте, мебели, оборудовании и благоустройстве</w:t>
            </w:r>
          </w:p>
        </w:tc>
        <w:tc vyd:_id="vyd:0000000000009x">
          <w:tcPr>
            <w:vAlign w:val="center"/>
          </w:tcPr>
          <w:p w:rsidR="00B81FA9" w:rsidRDefault="00781383" vyd:_id="vyd:0000000000009y">
            <w:r>
              <w:rPr>
                <w:sz w:val="18"/>
              </w:rPr>
              <w:t vyd:_id="vyd:000000000000a1">январь</w:t>
            </w:r>
            <w:r>
              <w:rPr>
                <w:sz w:val="18"/>
              </w:rPr>
              <w:t vyd:_id="vyd:000000000000a0">–</w:t>
            </w:r>
            <w:r>
              <w:rPr>
                <w:sz w:val="18"/>
              </w:rPr>
              <w:t vyd:_id="vyd:0000000000009z">май</w:t>
            </w:r>
          </w:p>
        </w:tc>
        <w:tc vyd:_id="vyd:0000000000009u">
          <w:tcPr>
            <w:vAlign w:val="center"/>
          </w:tcPr>
          <w:p w:rsidR="00B81FA9" w:rsidRDefault="00781383" vyd:_id="vyd:0000000000009v">
            <w:r>
              <w:rPr>
                <w:sz w:val="18"/>
              </w:rPr>
              <w:t vyd:_id="vyd:0000000000009w">руководитель,</w:t>
            </w:r>
          </w:p>
        </w:tc>
      </w:tr>
      <w:tr w:rsidR="00B81FA9" vyd:_id="vyd:0000000000009h">
        <w:trPr>
          <w:jc w:val="center"/>
        </w:trPr>
        <w:tc vyd:_id="vyd:0000000000009q">
          <w:tcPr>
            <w:vAlign w:val="center"/>
          </w:tcPr>
          <w:p w:rsidR="00B81FA9" w:rsidRPr="00AA59A3" w:rsidRDefault="00781383" vyd:_id="vyd:0000000000009r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9s">Подготовка помещений и территории к летнему периоду</w:t>
            </w:r>
          </w:p>
        </w:tc>
        <w:tc vyd:_id="vyd:0000000000009l">
          <w:tcPr>
            <w:vAlign w:val="center"/>
          </w:tcPr>
          <w:p w:rsidR="00B81FA9" w:rsidRDefault="00781383" vyd:_id="vyd:0000000000009m">
            <w:r>
              <w:rPr>
                <w:sz w:val="18"/>
              </w:rPr>
              <w:t vyd:_id="vyd:0000000000009p">апрель</w:t>
            </w:r>
            <w:r>
              <w:rPr>
                <w:sz w:val="18"/>
              </w:rPr>
              <w:t vyd:_id="vyd:0000000000009o">–</w:t>
            </w:r>
            <w:r>
              <w:rPr>
                <w:sz w:val="18"/>
              </w:rPr>
              <w:t vyd:_id="vyd:0000000000009n">май</w:t>
            </w:r>
          </w:p>
        </w:tc>
        <w:tc vyd:_id="vyd:0000000000009i">
          <w:tcPr>
            <w:vAlign w:val="center"/>
          </w:tcPr>
          <w:p w:rsidR="00B81FA9" w:rsidRDefault="00781383" vyd:_id="vyd:0000000000009j">
            <w:r>
              <w:rPr>
                <w:sz w:val="18"/>
              </w:rPr>
              <w:t vyd:_id="vyd:0000000000009k">воспитатели</w:t>
            </w:r>
          </w:p>
        </w:tc>
      </w:tr>
    </w:tbl>
    <w:p w:rsidR="00B81FA9" w:rsidRDefault="00B81FA9" vyd:_id="vyd:0000000000009f"/>
    <w:p w:rsidR="00B81FA9" w:rsidRDefault="00781383" vyd:_id="vyd:0000000000009d">
      <w:pPr>
        <w:pStyle w:val="1"/>
      </w:pPr>
      <w:r>
        <w:t vyd:_id="vyd:0000000000009e">11. Административно-хозяйственная деятельность</w:t>
      </w:r>
    </w:p>
    <w:tbl vyd:_id="vyd:0000000000006k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102"/>
        <w:gridCol w:w="1701"/>
        <w:gridCol w:w="2835"/>
      </w:tblGrid>
      <w:tr w:rsidR="00B81FA9" vyd:_id="vyd:00000000000093">
        <w:trPr>
          <w:jc w:val="center"/>
          <w:tblHeader w:val="1"/>
        </w:trPr>
        <w:tc vyd:_id="vyd:0000000000009a">
          <w:tcPr>
            <w:shd w:val="clear" w:color="auto" w:fill="E7E6E6"/>
            <w:vAlign w:val="center"/>
          </w:tcPr>
          <w:p w:rsidR="00B81FA9" w:rsidRDefault="00781383" vyd:_id="vyd:0000000000009b">
            <w:r>
              <w:rPr>
                <w:sz w:val="18"/>
                <w:b w:val="1"/>
              </w:rPr>
              <w:t vyd:_id="vyd:0000000000009c">Мероприятие</w:t>
            </w:r>
          </w:p>
        </w:tc>
        <w:tc vyd:_id="vyd:00000000000097">
          <w:tcPr>
            <w:shd w:val="clear" w:color="auto" w:fill="E7E6E6"/>
            <w:vAlign w:val="center"/>
          </w:tcPr>
          <w:p w:rsidR="00B81FA9" w:rsidRDefault="00781383" vyd:_id="vyd:00000000000098">
            <w:r>
              <w:rPr>
                <w:sz w:val="18"/>
                <w:b w:val="1"/>
              </w:rPr>
              <w:t vyd:_id="vyd:00000000000099">Срок</w:t>
            </w:r>
          </w:p>
        </w:tc>
        <w:tc vyd:_id="vyd:00000000000094">
          <w:tcPr>
            <w:shd w:val="clear" w:color="auto" w:fill="E7E6E6"/>
            <w:vAlign w:val="center"/>
          </w:tcPr>
          <w:p w:rsidR="00B81FA9" w:rsidRDefault="00781383" vyd:_id="vyd:00000000000095">
            <w:r>
              <w:rPr>
                <w:sz w:val="18"/>
                <w:b w:val="1"/>
              </w:rPr>
              <w:t vyd:_id="vyd:00000000000096">Ответственные</w:t>
            </w:r>
          </w:p>
        </w:tc>
      </w:tr>
      <w:tr w:rsidR="00B81FA9" vyd:_id="vyd:0000000000008t">
        <w:trPr>
          <w:jc w:val="center"/>
        </w:trPr>
        <w:tc vyd:_id="vyd:00000000000090">
          <w:tcPr>
            <w:vAlign w:val="center"/>
          </w:tcPr>
          <w:p w:rsidR="00B81FA9" w:rsidRPr="00AA59A3" w:rsidRDefault="00781383" vyd:_id="vyd:00000000000091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92">Проверка готовности здания, помещений и территории к началу учебного года</w:t>
            </w:r>
          </w:p>
        </w:tc>
        <w:tc vyd:_id="vyd:0000000000008x">
          <w:tcPr>
            <w:vAlign w:val="center"/>
          </w:tcPr>
          <w:p w:rsidR="00B81FA9" w:rsidRDefault="00781383" vyd:_id="vyd:0000000000008y">
            <w:r>
              <w:rPr>
                <w:sz w:val="18"/>
              </w:rPr>
              <w:t vyd:_id="vyd:0000000000008z">август</w:t>
            </w:r>
          </w:p>
        </w:tc>
        <w:tc vyd:_id="vyd:0000000000008u">
          <w:tcPr>
            <w:vAlign w:val="center"/>
          </w:tcPr>
          <w:p w:rsidR="00B81FA9" w:rsidRDefault="00781383" vyd:_id="vyd:0000000000008v">
            <w:r>
              <w:rPr>
                <w:sz w:val="18"/>
              </w:rPr>
              <w:t vyd:_id="vyd:0000000000008w">руководитель</w:t>
            </w:r>
          </w:p>
        </w:tc>
      </w:tr>
      <w:tr w:rsidR="00B81FA9" vyd:_id="vyd:0000000000008j">
        <w:trPr>
          <w:jc w:val="center"/>
        </w:trPr>
        <w:tc vyd:_id="vyd:0000000000008q">
          <w:tcPr>
            <w:vAlign w:val="center"/>
          </w:tcPr>
          <w:p w:rsidR="00B81FA9" w:rsidRDefault="00781383" vyd:_id="vyd:0000000000008r">
            <w:r>
              <w:rPr>
                <w:sz w:val="18"/>
              </w:rPr>
              <w:t vyd:_id="vyd:0000000000008s">Инвентаризация имущества</w:t>
            </w:r>
          </w:p>
        </w:tc>
        <w:tc vyd:_id="vyd:0000000000008n">
          <w:tcPr>
            <w:vAlign w:val="center"/>
          </w:tcPr>
          <w:p w:rsidR="00B81FA9" w:rsidRDefault="00781383" vyd:_id="vyd:0000000000008o">
            <w:r>
              <w:rPr>
                <w:sz w:val="18"/>
              </w:rPr>
              <w:t vyd:_id="vyd:0000000000008p">по установленному графику</w:t>
            </w:r>
          </w:p>
        </w:tc>
        <w:tc vyd:_id="vyd:0000000000008k">
          <w:tcPr>
            <w:vAlign w:val="center"/>
          </w:tcPr>
          <w:p w:rsidR="00B81FA9" w:rsidRDefault="00781383" vyd:_id="vyd:0000000000008l">
            <w:r>
              <w:rPr>
                <w:sz w:val="18"/>
              </w:rPr>
              <w:t vyd:_id="vyd:0000000000008m">ответственные лица, бухгалтерия</w:t>
            </w:r>
          </w:p>
        </w:tc>
      </w:tr>
      <w:tr w:rsidR="00B81FA9" vyd:_id="vyd:00000000000086">
        <w:trPr>
          <w:jc w:val="center"/>
        </w:trPr>
        <w:tc vyd:_id="vyd:0000000000008g">
          <w:tcPr>
            <w:vAlign w:val="center"/>
          </w:tcPr>
          <w:p w:rsidR="00B81FA9" w:rsidRPr="00AA59A3" w:rsidRDefault="00781383" vyd:_id="vyd:0000000000008h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8i">Контроль технического состояния оборудования и своевременности обслуживания</w:t>
            </w:r>
          </w:p>
        </w:tc>
        <w:tc vyd:_id="vyd:0000000000008a">
          <w:tcPr>
            <w:vAlign w:val="center"/>
          </w:tcPr>
          <w:p w:rsidR="00B81FA9" w:rsidRDefault="00781383" vyd:_id="vyd:0000000000008b">
            <w:r>
              <w:rPr>
                <w:sz w:val="18"/>
              </w:rPr>
              <w:t vyd:_id="vyd:0000000000008f" xml:space="preserve">в </w:t>
            </w:r>
            <w:r>
              <w:rPr>
                <w:sz w:val="18"/>
              </w:rPr>
              <w:t vyd:_id="vyd:0000000000008e">течение</w:t>
            </w:r>
            <w:r>
              <w:rPr>
                <w:sz w:val="18"/>
              </w:rPr>
              <w:t vyd:_id="vyd:0000000000008d" xml:space="preserve"> </w:t>
            </w:r>
            <w:r>
              <w:rPr>
                <w:sz w:val="18"/>
              </w:rPr>
              <w:t vyd:_id="vyd:0000000000008c">года</w:t>
            </w:r>
          </w:p>
        </w:tc>
        <w:tc vyd:_id="vyd:00000000000087">
          <w:tcPr>
            <w:vAlign w:val="center"/>
          </w:tcPr>
          <w:p w:rsidR="00B81FA9" w:rsidRPr="00184D39" w:rsidRDefault="00184D39" vyd:_id="vyd:00000000000088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89">заведующий</w:t>
            </w:r>
          </w:p>
        </w:tc>
      </w:tr>
      <w:tr w:rsidR="00B81FA9" vyd:_id="vyd:0000000000007w">
        <w:trPr>
          <w:jc w:val="center"/>
        </w:trPr>
        <w:tc vyd:_id="vyd:00000000000083">
          <w:tcPr>
            <w:vAlign w:val="center"/>
          </w:tcPr>
          <w:p w:rsidR="00B81FA9" w:rsidRPr="00AA59A3" w:rsidRDefault="00781383" vyd:_id="vyd:00000000000084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85">Планирование закупок в соответствии с потребностями и финансовыми возможностями ДОО</w:t>
            </w:r>
          </w:p>
        </w:tc>
        <w:tc vyd:_id="vyd:00000000000080">
          <w:tcPr>
            <w:vAlign w:val="center"/>
          </w:tcPr>
          <w:p w:rsidR="00B81FA9" w:rsidRPr="00AA59A3" w:rsidRDefault="00781383" vyd:_id="vyd:00000000000081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82">по плану финансово-хозяйственной деятельности</w:t>
            </w:r>
          </w:p>
        </w:tc>
        <w:tc vyd:_id="vyd:0000000000007x">
          <w:tcPr>
            <w:vAlign w:val="center"/>
          </w:tcPr>
          <w:p w:rsidR="00B81FA9" w:rsidRDefault="00781383" vyd:_id="vyd:0000000000007y">
            <w:r>
              <w:rPr>
                <w:sz w:val="18"/>
              </w:rPr>
              <w:t vyd:_id="vyd:0000000000007z" xml:space="preserve">руководитель </w:t>
            </w:r>
          </w:p>
        </w:tc>
      </w:tr>
      <w:tr w:rsidR="00B81FA9" vyd:_id="vyd:0000000000007m">
        <w:trPr>
          <w:jc w:val="center"/>
        </w:trPr>
        <w:tc vyd:_id="vyd:0000000000007t">
          <w:tcPr>
            <w:vAlign w:val="center"/>
          </w:tcPr>
          <w:p w:rsidR="00B81FA9" w:rsidRPr="00AA59A3" w:rsidRDefault="00781383" vyd:_id="vyd:0000000000007u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7v">Контроль состояния игровых и прогулочных площадок</w:t>
            </w:r>
          </w:p>
        </w:tc>
        <w:tc vyd:_id="vyd:0000000000007q">
          <w:tcPr>
            <w:vAlign w:val="center"/>
          </w:tcPr>
          <w:p w:rsidR="00B81FA9" w:rsidRPr="00AA59A3" w:rsidRDefault="00781383" vyd:_id="vyd:0000000000007r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7s">ежемесячно и после неблагоприятных погодных явлений</w:t>
            </w:r>
          </w:p>
        </w:tc>
        <w:tc vyd:_id="vyd:0000000000007n">
          <w:tcPr>
            <w:vAlign w:val="center"/>
          </w:tcPr>
          <w:p w:rsidR="00B81FA9" w:rsidRDefault="00184D39" vyd:_id="vyd:0000000000007o">
            <w:r>
              <w:rPr>
                <w:sz w:val="18"/>
                <w:lang w:val="ru-RU"/>
              </w:rPr>
              <w:t vyd:_id="vyd:0000000000007p">заведующий</w:t>
            </w:r>
          </w:p>
        </w:tc>
      </w:tr>
      <w:tr w:rsidR="00B81FA9" vyd:_id="vyd:0000000000007b">
        <w:trPr>
          <w:jc w:val="center"/>
        </w:trPr>
        <w:tc vyd:_id="vyd:0000000000007j">
          <w:tcPr>
            <w:vAlign w:val="center"/>
          </w:tcPr>
          <w:p w:rsidR="00B81FA9" w:rsidRDefault="00781383" vyd:_id="vyd:0000000000007k">
            <w:r>
              <w:rPr>
                <w:sz w:val="18"/>
              </w:rPr>
              <w:t vyd:_id="vyd:0000000000007l">Подготовка к отопительному периоду</w:t>
            </w:r>
          </w:p>
        </w:tc>
        <w:tc vyd:_id="vyd:0000000000007f">
          <w:tcPr>
            <w:vAlign w:val="center"/>
          </w:tcPr>
          <w:p w:rsidR="00B81FA9" w:rsidRDefault="00781383" vyd:_id="vyd:0000000000007g">
            <w:r>
              <w:rPr>
                <w:sz w:val="18"/>
              </w:rPr>
              <w:t vyd:_id="vyd:0000000000007i" xml:space="preserve">по установленным </w:t>
            </w:r>
            <w:r>
              <w:rPr>
                <w:sz w:val="18"/>
              </w:rPr>
              <w:t vyd:_id="vyd:0000000000007h">срокам</w:t>
            </w:r>
          </w:p>
        </w:tc>
        <w:tc vyd:_id="vyd:0000000000007c">
          <w:tcPr>
            <w:vAlign w:val="center"/>
          </w:tcPr>
          <w:p w:rsidR="00B81FA9" w:rsidRDefault="00184D39" vyd:_id="vyd:0000000000007d">
            <w:r>
              <w:rPr>
                <w:sz w:val="18"/>
                <w:lang w:val="ru-RU"/>
              </w:rPr>
              <w:t vyd:_id="vyd:0000000000007e">заведующий</w:t>
            </w:r>
          </w:p>
        </w:tc>
      </w:tr>
      <w:tr w:rsidR="00B81FA9" vyd:_id="vyd:0000000000006y">
        <w:trPr>
          <w:jc w:val="center"/>
        </w:trPr>
        <w:tc vyd:_id="vyd:00000000000078">
          <w:tcPr>
            <w:vAlign w:val="center"/>
          </w:tcPr>
          <w:p w:rsidR="00B81FA9" w:rsidRPr="00AA59A3" w:rsidRDefault="00781383" vyd:_id="vyd:00000000000079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7a">Подготовка к летнему оздоровительному периоду</w:t>
            </w:r>
          </w:p>
        </w:tc>
        <w:tc vyd:_id="vyd:00000000000073">
          <w:tcPr>
            <w:vAlign w:val="center"/>
          </w:tcPr>
          <w:p w:rsidR="00B81FA9" w:rsidRDefault="00781383" vyd:_id="vyd:00000000000074">
            <w:r>
              <w:rPr>
                <w:sz w:val="18"/>
              </w:rPr>
              <w:t vyd:_id="vyd:00000000000077">апрель</w:t>
            </w:r>
            <w:r>
              <w:rPr>
                <w:sz w:val="18"/>
              </w:rPr>
              <w:t vyd:_id="vyd:00000000000076">–</w:t>
            </w:r>
            <w:r>
              <w:rPr>
                <w:sz w:val="18"/>
              </w:rPr>
              <w:t vyd:_id="vyd:00000000000075">май</w:t>
            </w:r>
          </w:p>
        </w:tc>
        <w:tc vyd:_id="vyd:0000000000006z">
          <w:tcPr>
            <w:vAlign w:val="center"/>
          </w:tcPr>
          <w:p w:rsidR="00B81FA9" w:rsidRDefault="00781383" vyd:_id="vyd:00000000000070">
            <w:r>
              <w:rPr>
                <w:sz w:val="18"/>
              </w:rPr>
              <w:t vyd:_id="vyd:00000000000072" xml:space="preserve">руководитель, </w:t>
            </w:r>
            <w:r>
              <w:rPr>
                <w:sz w:val="18"/>
                <w:lang w:val="ru-RU"/>
              </w:rPr>
              <w:t vyd:_id="vyd:00000000000071">заведующий</w:t>
            </w:r>
          </w:p>
        </w:tc>
      </w:tr>
      <w:tr w:rsidR="00B81FA9" vyd:_id="vyd:0000000000006l">
        <w:trPr>
          <w:jc w:val="center"/>
        </w:trPr>
        <w:tc vyd:_id="vyd:0000000000006v">
          <w:tcPr>
            <w:vAlign w:val="center"/>
          </w:tcPr>
          <w:p w:rsidR="00B81FA9" w:rsidRPr="00AA59A3" w:rsidRDefault="00781383" vyd:_id="vyd:0000000000006w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6x">Анализ выполнения хозяйственных мероприятий и формирование потребностей на следующий год</w:t>
            </w:r>
          </w:p>
        </w:tc>
        <w:tc vyd:_id="vyd:0000000000006q">
          <w:tcPr>
            <w:vAlign w:val="center"/>
          </w:tcPr>
          <w:p w:rsidR="00B81FA9" w:rsidRDefault="00781383" vyd:_id="vyd:0000000000006r">
            <w:r>
              <w:rPr>
                <w:sz w:val="18"/>
              </w:rPr>
              <w:t vyd:_id="vyd:0000000000006u">май</w:t>
            </w:r>
            <w:r>
              <w:rPr>
                <w:sz w:val="18"/>
              </w:rPr>
              <w:t vyd:_id="vyd:0000000000006t">–</w:t>
            </w:r>
            <w:r>
              <w:rPr>
                <w:sz w:val="18"/>
              </w:rPr>
              <w:t vyd:_id="vyd:0000000000006s">июнь</w:t>
            </w:r>
          </w:p>
        </w:tc>
        <w:tc vyd:_id="vyd:0000000000006m">
          <w:tcPr>
            <w:vAlign w:val="center"/>
          </w:tcPr>
          <w:p w:rsidR="00B81FA9" w:rsidRDefault="00781383" vyd:_id="vyd:0000000000006n">
            <w:r>
              <w:rPr>
                <w:sz w:val="18"/>
              </w:rPr>
              <w:t vyd:_id="vyd:0000000000006p" xml:space="preserve">руководитель, </w:t>
            </w:r>
            <w:r>
              <w:rPr>
                <w:sz w:val="18"/>
                <w:lang w:val="ru-RU"/>
              </w:rPr>
              <w:t vyd:_id="vyd:0000000000006o">заведующий</w:t>
            </w:r>
          </w:p>
        </w:tc>
      </w:tr>
    </w:tbl>
    <w:p w:rsidR="00B81FA9" w:rsidRDefault="00B81FA9" vyd:_id="vyd:0000000000006j"/>
    <w:p w:rsidR="00B81FA9" w:rsidRDefault="00781383" vyd:_id="vyd:0000000000006h">
      <w:pPr>
        <w:pStyle w:val="1"/>
      </w:pPr>
      <w:r>
        <w:t vyd:_id="vyd:0000000000006i">12. Приложения и лист корректировки плана</w:t>
      </w:r>
    </w:p>
    <w:p w:rsidR="00B81FA9" w:rsidRPr="00AA59A3" w:rsidRDefault="00781383" vyd:_id="vyd:0000000000006f">
      <w:pPr>
        <w:jc w:val="both"/>
        <w:rPr>
          <w:lang w:val="ru-RU"/>
        </w:rPr>
      </w:pPr>
      <w:r>
        <w:rPr>
          <w:lang w:val="ru-RU"/>
        </w:rPr>
        <w:t vyd:_id="vyd:0000000000006g">В зависимости от структуры ДОО к годовому плану могут прилагаться отдельные документы. Их содержание не следует дублировать в основном тексте, если они утверждаются самостоятельными локальными или распорядительными актами.</w:t>
      </w:r>
    </w:p>
    <w:tbl vyd:_id="vyd:0000000000004n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850"/>
        <w:gridCol w:w="8787"/>
      </w:tblGrid>
      <w:tr w:rsidR="00B81FA9" vyd:_id="vyd:00000000000068">
        <w:trPr>
          <w:jc w:val="center"/>
          <w:tblHeader w:val="1"/>
        </w:trPr>
        <w:tc vyd:_id="vyd:0000000000006c">
          <w:tcPr>
            <w:shd w:val="clear" w:color="auto" w:fill="E7E6E6"/>
            <w:vAlign w:val="center"/>
          </w:tcPr>
          <w:p w:rsidR="00B81FA9" w:rsidRDefault="00781383" vyd:_id="vyd:0000000000006d">
            <w:r>
              <w:rPr>
                <w:sz w:val="18"/>
                <w:b w:val="1"/>
              </w:rPr>
              <w:t vyd:_id="vyd:0000000000006e">№</w:t>
            </w:r>
          </w:p>
        </w:tc>
        <w:tc vyd:_id="vyd:00000000000069">
          <w:tcPr>
            <w:shd w:val="clear" w:color="auto" w:fill="E7E6E6"/>
            <w:vAlign w:val="center"/>
          </w:tcPr>
          <w:p w:rsidR="00B81FA9" w:rsidRDefault="00781383" vyd:_id="vyd:0000000000006a">
            <w:r>
              <w:rPr>
                <w:sz w:val="18"/>
                <w:b w:val="1"/>
              </w:rPr>
              <w:t vyd:_id="vyd:0000000000006b">Рекомендуемое приложение</w:t>
            </w:r>
          </w:p>
        </w:tc>
      </w:tr>
      <w:tr w:rsidR="00B81FA9" w:rsidRPr="00AF438E" vyd:_id="vyd:00000000000061">
        <w:trPr>
          <w:jc w:val="center"/>
        </w:trPr>
        <w:tc vyd:_id="vyd:00000000000065">
          <w:tcPr>
            <w:vAlign w:val="center"/>
          </w:tcPr>
          <w:p w:rsidR="00B81FA9" w:rsidRDefault="00781383" vyd:_id="vyd:00000000000066">
            <w:r>
              <w:rPr>
                <w:sz w:val="18"/>
              </w:rPr>
              <w:t vyd:_id="vyd:00000000000067">1</w:t>
            </w:r>
          </w:p>
        </w:tc>
        <w:tc vyd:_id="vyd:00000000000062">
          <w:tcPr>
            <w:vAlign w:val="center"/>
          </w:tcPr>
          <w:p w:rsidR="00B81FA9" w:rsidRPr="00AA59A3" w:rsidRDefault="00781383" vyd:_id="vyd:00000000000063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64">Календарный план воспитательной работы ДОО на 2026/2027 учебный год.</w:t>
            </w:r>
          </w:p>
        </w:tc>
      </w:tr>
      <w:tr w:rsidR="00B81FA9" vyd:_id="vyd:0000000000005u">
        <w:trPr>
          <w:jc w:val="center"/>
        </w:trPr>
        <w:tc vyd:_id="vyd:0000000000005y">
          <w:tcPr>
            <w:vAlign w:val="center"/>
          </w:tcPr>
          <w:p w:rsidR="00B81FA9" w:rsidRDefault="00781383" vyd:_id="vyd:0000000000005z">
            <w:r>
              <w:rPr>
                <w:sz w:val="18"/>
              </w:rPr>
              <w:t vyd:_id="vyd:00000000000060">2</w:t>
            </w:r>
          </w:p>
        </w:tc>
        <w:tc vyd:_id="vyd:0000000000005v">
          <w:tcPr>
            <w:vAlign w:val="center"/>
          </w:tcPr>
          <w:p w:rsidR="00B81FA9" w:rsidRDefault="00781383" vyd:_id="vyd:0000000000005w">
            <w:r>
              <w:rPr>
                <w:sz w:val="18"/>
              </w:rPr>
              <w:t vyd:_id="vyd:0000000000005x">План летней оздоровительной работы.</w:t>
            </w:r>
          </w:p>
        </w:tc>
      </w:tr>
      <w:tr w:rsidR="00B81FA9" w:rsidRPr="00AF438E" vyd:_id="vyd:0000000000005n">
        <w:trPr>
          <w:jc w:val="center"/>
        </w:trPr>
        <w:tc vyd:_id="vyd:0000000000005r">
          <w:tcPr>
            <w:vAlign w:val="center"/>
          </w:tcPr>
          <w:p w:rsidR="00B81FA9" w:rsidRDefault="00781383" vyd:_id="vyd:0000000000005s">
            <w:r>
              <w:rPr>
                <w:sz w:val="18"/>
              </w:rPr>
              <w:t vyd:_id="vyd:0000000000005t">3</w:t>
            </w:r>
          </w:p>
        </w:tc>
        <w:tc vyd:_id="vyd:0000000000005o">
          <w:tcPr>
            <w:vAlign w:val="center"/>
          </w:tcPr>
          <w:p w:rsidR="00B81FA9" w:rsidRPr="00AA59A3" w:rsidRDefault="00781383" vyd:_id="vyd:0000000000005p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5q">График педагогических советов и управленческих совещаний.</w:t>
            </w:r>
          </w:p>
        </w:tc>
      </w:tr>
      <w:tr w:rsidR="00B81FA9" w:rsidRPr="00AF438E" vyd:_id="vyd:0000000000005g">
        <w:trPr>
          <w:jc w:val="center"/>
        </w:trPr>
        <w:tc vyd:_id="vyd:0000000000005k">
          <w:tcPr>
            <w:vAlign w:val="center"/>
          </w:tcPr>
          <w:p w:rsidR="00B81FA9" w:rsidRDefault="00781383" vyd:_id="vyd:0000000000005l">
            <w:r>
              <w:rPr>
                <w:sz w:val="18"/>
              </w:rPr>
              <w:t vyd:_id="vyd:0000000000005m">4</w:t>
            </w:r>
          </w:p>
        </w:tc>
        <w:tc vyd:_id="vyd:0000000000005h">
          <w:tcPr>
            <w:vAlign w:val="center"/>
          </w:tcPr>
          <w:p w:rsidR="00B81FA9" w:rsidRPr="00AA59A3" w:rsidRDefault="00781383" vyd:_id="vyd:0000000000005i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5j">План внутреннего контроля и мероприятий ВСОКО.</w:t>
            </w:r>
          </w:p>
        </w:tc>
      </w:tr>
      <w:tr w:rsidR="00B81FA9" w:rsidRPr="00AF438E" vyd:_id="vyd:00000000000059">
        <w:trPr>
          <w:jc w:val="center"/>
        </w:trPr>
        <w:tc vyd:_id="vyd:0000000000005d">
          <w:tcPr>
            <w:vAlign w:val="center"/>
          </w:tcPr>
          <w:p w:rsidR="00B81FA9" w:rsidRDefault="00781383" vyd:_id="vyd:0000000000005e">
            <w:r>
              <w:rPr>
                <w:sz w:val="18"/>
              </w:rPr>
              <w:t vyd:_id="vyd:0000000000005f">5</w:t>
            </w:r>
          </w:p>
        </w:tc>
        <w:tc vyd:_id="vyd:0000000000005a">
          <w:tcPr>
            <w:vAlign w:val="center"/>
          </w:tcPr>
          <w:p w:rsidR="00B81FA9" w:rsidRPr="00AA59A3" w:rsidRDefault="00781383" vyd:_id="vyd:0000000000005b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5c">План методической работы и наставничества.</w:t>
            </w:r>
          </w:p>
        </w:tc>
      </w:tr>
      <w:tr w:rsidR="00B81FA9" w:rsidRPr="00AF438E" vyd:_id="vyd:00000000000052">
        <w:trPr>
          <w:jc w:val="center"/>
        </w:trPr>
        <w:tc vyd:_id="vyd:00000000000056">
          <w:tcPr>
            <w:vAlign w:val="center"/>
          </w:tcPr>
          <w:p w:rsidR="00B81FA9" w:rsidRDefault="00781383" vyd:_id="vyd:00000000000057">
            <w:r>
              <w:rPr>
                <w:sz w:val="18"/>
              </w:rPr>
              <w:t vyd:_id="vyd:00000000000058">6</w:t>
            </w:r>
          </w:p>
        </w:tc>
        <w:tc vyd:_id="vyd:00000000000053">
          <w:tcPr>
            <w:vAlign w:val="center"/>
          </w:tcPr>
          <w:p w:rsidR="00B81FA9" w:rsidRPr="00AA59A3" w:rsidRDefault="00781383" vyd:_id="vyd:00000000000054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55">План взаимодействия с семьями и реализации просветительских мероприятий.</w:t>
            </w:r>
          </w:p>
        </w:tc>
      </w:tr>
      <w:tr w:rsidR="00B81FA9" w:rsidRPr="00AF438E" vyd:_id="vyd:0000000000004v">
        <w:trPr>
          <w:jc w:val="center"/>
        </w:trPr>
        <w:tc vyd:_id="vyd:0000000000004z">
          <w:tcPr>
            <w:vAlign w:val="center"/>
          </w:tcPr>
          <w:p w:rsidR="00B81FA9" w:rsidRDefault="00781383" vyd:_id="vyd:00000000000050">
            <w:r>
              <w:rPr>
                <w:sz w:val="18"/>
              </w:rPr>
              <w:t vyd:_id="vyd:00000000000051">7</w:t>
            </w:r>
          </w:p>
        </w:tc>
        <w:tc vyd:_id="vyd:0000000000004w">
          <w:tcPr>
            <w:vAlign w:val="center"/>
          </w:tcPr>
          <w:p w:rsidR="00B81FA9" w:rsidRPr="00AA59A3" w:rsidRDefault="00781383" vyd:_id="vyd:0000000000004x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4y">План мероприятий по безопасности и профилактике травматизма.</w:t>
            </w:r>
          </w:p>
        </w:tc>
      </w:tr>
      <w:tr w:rsidR="00B81FA9" w:rsidRPr="00AF438E" vyd:_id="vyd:0000000000004o">
        <w:trPr>
          <w:jc w:val="center"/>
        </w:trPr>
        <w:tc vyd:_id="vyd:0000000000004s">
          <w:tcPr>
            <w:vAlign w:val="center"/>
          </w:tcPr>
          <w:p w:rsidR="00B81FA9" w:rsidRDefault="00781383" vyd:_id="vyd:0000000000004t">
            <w:r>
              <w:rPr>
                <w:sz w:val="18"/>
              </w:rPr>
              <w:t vyd:_id="vyd:0000000000004u">8</w:t>
            </w:r>
          </w:p>
        </w:tc>
        <w:tc vyd:_id="vyd:0000000000004p">
          <w:tcPr>
            <w:vAlign w:val="center"/>
          </w:tcPr>
          <w:p w:rsidR="00B81FA9" w:rsidRPr="00AA59A3" w:rsidRDefault="00781383" vyd:_id="vyd:0000000000004q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 vyd:_id="vyd:0000000000004r">План взаимодействия с социальными партнерами (при наличии).</w:t>
            </w:r>
          </w:p>
        </w:tc>
      </w:tr>
    </w:tbl>
    <w:p w:rsidR="00B81FA9" w:rsidRPr="00AA59A3" w:rsidRDefault="00B81FA9" vyd:_id="vyd:0000000000004m">
      <w:pPr>
        <w:rPr>
          <w:lang w:val="ru-RU"/>
        </w:rPr>
      </w:pPr>
    </w:p>
    <w:p w:rsidR="00B81FA9" w:rsidRDefault="00781383" vyd:_id="vyd:0000000000004e">
      <w:pPr>
        <w:pStyle w:val="21"/>
      </w:pPr>
      <w:r>
        <w:t vyd:_id="vyd:0000000000004l">Лист</w:t>
      </w:r>
      <w:r>
        <w:t vyd:_id="vyd:0000000000004k" xml:space="preserve"> </w:t>
      </w:r>
      <w:r>
        <w:t vyd:_id="vyd:0000000000004j">корректировки</w:t>
      </w:r>
      <w:r>
        <w:t vyd:_id="vyd:0000000000004i" xml:space="preserve"> </w:t>
      </w:r>
      <w:r>
        <w:t vyd:_id="vyd:0000000000004h">годового</w:t>
      </w:r>
      <w:r>
        <w:t vyd:_id="vyd:0000000000004g" xml:space="preserve"> </w:t>
      </w:r>
      <w:r>
        <w:t vyd:_id="vyd:0000000000004f">плана</w:t>
      </w:r>
    </w:p>
    <w:tbl vyd:_id="vyd:0000000000002e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1247"/>
        <w:gridCol w:w="2268"/>
        <w:gridCol w:w="2835"/>
        <w:gridCol w:w="1701"/>
        <w:gridCol w:w="1701"/>
      </w:tblGrid>
      <w:tr w:rsidR="00B81FA9" vyd:_id="vyd:0000000000003y">
        <w:trPr>
          <w:jc w:val="center"/>
          <w:tblHeader w:val="1"/>
        </w:trPr>
        <w:tc vyd:_id="vyd:0000000000004b">
          <w:tcPr>
            <w:shd w:val="clear" w:color="auto" w:fill="E7E6E6"/>
            <w:vAlign w:val="center"/>
          </w:tcPr>
          <w:p w:rsidR="00B81FA9" w:rsidRDefault="00781383" vyd:_id="vyd:0000000000004c">
            <w:r>
              <w:rPr>
                <w:sz w:val="16"/>
                <w:b w:val="1"/>
              </w:rPr>
              <w:t vyd:_id="vyd:0000000000004d">Дата</w:t>
            </w:r>
          </w:p>
        </w:tc>
        <w:tc vyd:_id="vyd:00000000000048">
          <w:tcPr>
            <w:shd w:val="clear" w:color="auto" w:fill="E7E6E6"/>
            <w:vAlign w:val="center"/>
          </w:tcPr>
          <w:p w:rsidR="00B81FA9" w:rsidRDefault="00781383" vyd:_id="vyd:00000000000049">
            <w:r>
              <w:rPr>
                <w:sz w:val="16"/>
                <w:b w:val="1"/>
              </w:rPr>
              <w:t vyd:_id="vyd:0000000000004a">Раздел / мероприятие</w:t>
            </w:r>
          </w:p>
        </w:tc>
        <w:tc vyd:_id="vyd:00000000000045">
          <w:tcPr>
            <w:shd w:val="clear" w:color="auto" w:fill="E7E6E6"/>
            <w:vAlign w:val="center"/>
          </w:tcPr>
          <w:p w:rsidR="00B81FA9" w:rsidRDefault="00781383" vyd:_id="vyd:00000000000046">
            <w:r>
              <w:rPr>
                <w:sz w:val="16"/>
                <w:b w:val="1"/>
              </w:rPr>
              <w:t vyd:_id="vyd:00000000000047">Содержание изменения</w:t>
            </w:r>
          </w:p>
        </w:tc>
        <w:tc vyd:_id="vyd:00000000000042">
          <w:tcPr>
            <w:shd w:val="clear" w:color="auto" w:fill="E7E6E6"/>
            <w:vAlign w:val="center"/>
          </w:tcPr>
          <w:p w:rsidR="00B81FA9" w:rsidRDefault="00781383" vyd:_id="vyd:00000000000043">
            <w:r>
              <w:rPr>
                <w:sz w:val="16"/>
                <w:b w:val="1"/>
              </w:rPr>
              <w:t vyd:_id="vyd:00000000000044">Основание</w:t>
            </w:r>
          </w:p>
        </w:tc>
        <w:tc vyd:_id="vyd:0000000000003z">
          <w:tcPr>
            <w:shd w:val="clear" w:color="auto" w:fill="E7E6E6"/>
            <w:vAlign w:val="center"/>
          </w:tcPr>
          <w:p w:rsidR="00B81FA9" w:rsidRDefault="00781383" vyd:_id="vyd:00000000000040">
            <w:r>
              <w:rPr>
                <w:sz w:val="16"/>
                <w:b w:val="1"/>
              </w:rPr>
              <w:t vyd:_id="vyd:00000000000041">Ответственный</w:t>
            </w:r>
          </w:p>
        </w:tc>
      </w:tr>
      <w:tr w:rsidR="00B81FA9" vyd:_id="vyd:0000000000003n">
        <w:trPr>
          <w:jc w:val="center"/>
        </w:trPr>
        <w:tc vyd:_id="vyd:0000000000003w">
          <w:tcPr>
            <w:vAlign w:val="center"/>
          </w:tcPr>
          <w:p w:rsidR="00B81FA9" w:rsidRDefault="00B81FA9" vyd:_id="vyd:0000000000003x"/>
        </w:tc>
        <w:tc vyd:_id="vyd:0000000000003u">
          <w:tcPr>
            <w:vAlign w:val="center"/>
          </w:tcPr>
          <w:p w:rsidR="00B81FA9" w:rsidRDefault="00B81FA9" vyd:_id="vyd:0000000000003v"/>
        </w:tc>
        <w:tc vyd:_id="vyd:0000000000003s">
          <w:tcPr>
            <w:vAlign w:val="center"/>
          </w:tcPr>
          <w:p w:rsidR="00B81FA9" w:rsidRDefault="00B81FA9" vyd:_id="vyd:0000000000003t"/>
        </w:tc>
        <w:tc vyd:_id="vyd:0000000000003q">
          <w:tcPr>
            <w:vAlign w:val="center"/>
          </w:tcPr>
          <w:p w:rsidR="00B81FA9" w:rsidRDefault="00B81FA9" vyd:_id="vyd:0000000000003r"/>
        </w:tc>
        <w:tc vyd:_id="vyd:0000000000003o">
          <w:tcPr>
            <w:vAlign w:val="center"/>
          </w:tcPr>
          <w:p w:rsidR="00B81FA9" w:rsidRDefault="00B81FA9" vyd:_id="vyd:0000000000003p"/>
        </w:tc>
      </w:tr>
      <w:tr w:rsidR="00B81FA9" vyd:_id="vyd:0000000000003c">
        <w:trPr>
          <w:jc w:val="center"/>
        </w:trPr>
        <w:tc vyd:_id="vyd:0000000000003l">
          <w:tcPr>
            <w:vAlign w:val="center"/>
          </w:tcPr>
          <w:p w:rsidR="00B81FA9" w:rsidRDefault="00B81FA9" vyd:_id="vyd:0000000000003m"/>
        </w:tc>
        <w:tc vyd:_id="vyd:0000000000003j">
          <w:tcPr>
            <w:vAlign w:val="center"/>
          </w:tcPr>
          <w:p w:rsidR="00B81FA9" w:rsidRDefault="00B81FA9" vyd:_id="vyd:0000000000003k"/>
        </w:tc>
        <w:tc vyd:_id="vyd:0000000000003h">
          <w:tcPr>
            <w:vAlign w:val="center"/>
          </w:tcPr>
          <w:p w:rsidR="00B81FA9" w:rsidRDefault="00B81FA9" vyd:_id="vyd:0000000000003i"/>
        </w:tc>
        <w:tc vyd:_id="vyd:0000000000003f">
          <w:tcPr>
            <w:vAlign w:val="center"/>
          </w:tcPr>
          <w:p w:rsidR="00B81FA9" w:rsidRDefault="00B81FA9" vyd:_id="vyd:0000000000003g"/>
        </w:tc>
        <w:tc vyd:_id="vyd:0000000000003d">
          <w:tcPr>
            <w:vAlign w:val="center"/>
          </w:tcPr>
          <w:p w:rsidR="00B81FA9" w:rsidRDefault="00B81FA9" vyd:_id="vyd:0000000000003e"/>
        </w:tc>
      </w:tr>
      <w:tr w:rsidR="00B81FA9" vyd:_id="vyd:00000000000031">
        <w:trPr>
          <w:jc w:val="center"/>
        </w:trPr>
        <w:tc vyd:_id="vyd:0000000000003a">
          <w:tcPr>
            <w:vAlign w:val="center"/>
          </w:tcPr>
          <w:p w:rsidR="00B81FA9" w:rsidRDefault="00B81FA9" vyd:_id="vyd:0000000000003b"/>
        </w:tc>
        <w:tc vyd:_id="vyd:00000000000038">
          <w:tcPr>
            <w:vAlign w:val="center"/>
          </w:tcPr>
          <w:p w:rsidR="00B81FA9" w:rsidRDefault="00B81FA9" vyd:_id="vyd:00000000000039"/>
        </w:tc>
        <w:tc vyd:_id="vyd:00000000000036">
          <w:tcPr>
            <w:vAlign w:val="center"/>
          </w:tcPr>
          <w:p w:rsidR="00B81FA9" w:rsidRDefault="00B81FA9" vyd:_id="vyd:00000000000037"/>
        </w:tc>
        <w:tc vyd:_id="vyd:00000000000034">
          <w:tcPr>
            <w:vAlign w:val="center"/>
          </w:tcPr>
          <w:p w:rsidR="00B81FA9" w:rsidRDefault="00B81FA9" vyd:_id="vyd:00000000000035"/>
        </w:tc>
        <w:tc vyd:_id="vyd:00000000000032">
          <w:tcPr>
            <w:vAlign w:val="center"/>
          </w:tcPr>
          <w:p w:rsidR="00B81FA9" w:rsidRDefault="00B81FA9" vyd:_id="vyd:00000000000033"/>
        </w:tc>
      </w:tr>
      <w:tr w:rsidR="00B81FA9" vyd:_id="vyd:0000000000002q">
        <w:trPr>
          <w:jc w:val="center"/>
        </w:trPr>
        <w:tc vyd:_id="vyd:0000000000002z">
          <w:tcPr>
            <w:vAlign w:val="center"/>
          </w:tcPr>
          <w:p w:rsidR="00B81FA9" w:rsidRDefault="00B81FA9" vyd:_id="vyd:00000000000030"/>
        </w:tc>
        <w:tc vyd:_id="vyd:0000000000002x">
          <w:tcPr>
            <w:vAlign w:val="center"/>
          </w:tcPr>
          <w:p w:rsidR="00B81FA9" w:rsidRDefault="00B81FA9" vyd:_id="vyd:0000000000002y"/>
        </w:tc>
        <w:tc vyd:_id="vyd:0000000000002v">
          <w:tcPr>
            <w:vAlign w:val="center"/>
          </w:tcPr>
          <w:p w:rsidR="00B81FA9" w:rsidRDefault="00B81FA9" vyd:_id="vyd:0000000000002w"/>
        </w:tc>
        <w:tc vyd:_id="vyd:0000000000002t">
          <w:tcPr>
            <w:vAlign w:val="center"/>
          </w:tcPr>
          <w:p w:rsidR="00B81FA9" w:rsidRDefault="00B81FA9" vyd:_id="vyd:0000000000002u"/>
        </w:tc>
        <w:tc vyd:_id="vyd:0000000000002r">
          <w:tcPr>
            <w:vAlign w:val="center"/>
          </w:tcPr>
          <w:p w:rsidR="00B81FA9" w:rsidRDefault="00B81FA9" vyd:_id="vyd:0000000000002s"/>
        </w:tc>
      </w:tr>
      <w:tr w:rsidR="00B81FA9" vyd:_id="vyd:0000000000002f">
        <w:trPr>
          <w:jc w:val="center"/>
        </w:trPr>
        <w:tc vyd:_id="vyd:0000000000002o">
          <w:tcPr>
            <w:vAlign w:val="center"/>
          </w:tcPr>
          <w:p w:rsidR="00B81FA9" w:rsidRDefault="00B81FA9" vyd:_id="vyd:0000000000002p"/>
        </w:tc>
        <w:tc vyd:_id="vyd:0000000000002m">
          <w:tcPr>
            <w:vAlign w:val="center"/>
          </w:tcPr>
          <w:p w:rsidR="00B81FA9" w:rsidRDefault="00B81FA9" vyd:_id="vyd:0000000000002n"/>
        </w:tc>
        <w:tc vyd:_id="vyd:0000000000002k">
          <w:tcPr>
            <w:vAlign w:val="center"/>
          </w:tcPr>
          <w:p w:rsidR="00B81FA9" w:rsidRDefault="00B81FA9" vyd:_id="vyd:0000000000002l"/>
        </w:tc>
        <w:tc vyd:_id="vyd:0000000000002i">
          <w:tcPr>
            <w:vAlign w:val="center"/>
          </w:tcPr>
          <w:p w:rsidR="00B81FA9" w:rsidRDefault="00B81FA9" vyd:_id="vyd:0000000000002j"/>
        </w:tc>
        <w:tc vyd:_id="vyd:0000000000002g">
          <w:tcPr>
            <w:vAlign w:val="center"/>
          </w:tcPr>
          <w:p w:rsidR="00B81FA9" w:rsidRDefault="00B81FA9" vyd:_id="vyd:0000000000002h"/>
        </w:tc>
      </w:tr>
    </w:tbl>
    <w:p w:rsidR="00B81FA9" w:rsidRDefault="00B81FA9" vyd:_id="vyd:0000000000002d"/>
    <w:p w:rsidR="00B81FA9" w:rsidRDefault="00781383" vyd:_id="vyd:0000000000002b">
      <w:pPr>
        <w:pStyle w:val="21"/>
      </w:pPr>
      <w:r>
        <w:t vyd:_id="vyd:0000000000002c">Лист ознакомления работников</w:t>
      </w:r>
    </w:p>
    <w:p w:rsidR="00B81FA9" w:rsidRPr="00AA59A3" w:rsidRDefault="00781383" vyd:_id="vyd:00000000000029">
      <w:pPr>
        <w:jc w:val="both"/>
        <w:rPr>
          <w:lang w:val="ru-RU"/>
        </w:rPr>
      </w:pPr>
      <w:r>
        <w:rPr>
          <w:lang w:val="ru-RU"/>
        </w:rPr>
        <w:t vyd:_id="vyd:0000000000002a">При необходимости ДОО оформляет лист ознакомления с утвержденным годовым планом. Персональные подписи работников рекомендуется хранить в экземпляре документа ограниченного внутреннего использования.</w:t>
      </w:r>
    </w:p>
    <w:tbl vyd:_id="vyd:00000000000004">
      <w:tblPr>
        <w:tblStyle w:val="aff0"/>
        <w:tblW w:w="0" w:type="auto"/>
        <w:jc w:val="center"/>
        <w:tblLook w:firstRow="1" w:lastRow="0" w:firstColumn="1" w:lastColumn="0" w:noHBand="0" w:noVBand="1" w:val="07c5"/>
      </w:tblPr>
      <w:tblGrid>
        <w:gridCol w:w="567"/>
        <w:gridCol w:w="2268"/>
        <w:gridCol w:w="2835"/>
        <w:gridCol w:w="1701"/>
        <w:gridCol w:w="1701"/>
      </w:tblGrid>
      <w:tr w:rsidR="00B81FA9" vyd:_id="vyd:0000000000001t">
        <w:trPr>
          <w:jc w:val="center"/>
          <w:tblHeader w:val="1"/>
        </w:trPr>
        <w:tc vyd:_id="vyd:00000000000026">
          <w:tcPr>
            <w:shd w:val="clear" w:color="auto" w:fill="E7E6E6"/>
            <w:vAlign w:val="center"/>
          </w:tcPr>
          <w:p w:rsidR="00B81FA9" w:rsidRDefault="00781383" vyd:_id="vyd:00000000000027">
            <w:r>
              <w:rPr>
                <w:sz w:val="16"/>
                <w:b w:val="1"/>
              </w:rPr>
              <w:t vyd:_id="vyd:00000000000028">№</w:t>
            </w:r>
          </w:p>
        </w:tc>
        <w:tc vyd:_id="vyd:00000000000023">
          <w:tcPr>
            <w:shd w:val="clear" w:color="auto" w:fill="E7E6E6"/>
            <w:vAlign w:val="center"/>
          </w:tcPr>
          <w:p w:rsidR="00B81FA9" w:rsidRDefault="00781383" vyd:_id="vyd:00000000000024">
            <w:r>
              <w:rPr>
                <w:sz w:val="16"/>
                <w:b w:val="1"/>
              </w:rPr>
              <w:t vyd:_id="vyd:00000000000025">Должность</w:t>
            </w:r>
          </w:p>
        </w:tc>
        <w:tc vyd:_id="vyd:00000000000020">
          <w:tcPr>
            <w:shd w:val="clear" w:color="auto" w:fill="E7E6E6"/>
            <w:vAlign w:val="center"/>
          </w:tcPr>
          <w:p w:rsidR="00B81FA9" w:rsidRDefault="00781383" vyd:_id="vyd:00000000000021">
            <w:r>
              <w:rPr>
                <w:sz w:val="16"/>
                <w:b w:val="1"/>
              </w:rPr>
              <w:t vyd:_id="vyd:00000000000022">Ф.И.О.</w:t>
            </w:r>
          </w:p>
        </w:tc>
        <w:tc vyd:_id="vyd:0000000000001x">
          <w:tcPr>
            <w:shd w:val="clear" w:color="auto" w:fill="E7E6E6"/>
            <w:vAlign w:val="center"/>
          </w:tcPr>
          <w:p w:rsidR="00B81FA9" w:rsidRDefault="00781383" vyd:_id="vyd:0000000000001y">
            <w:r>
              <w:rPr>
                <w:sz w:val="16"/>
                <w:b w:val="1"/>
              </w:rPr>
              <w:t vyd:_id="vyd:0000000000001z">Дата</w:t>
            </w:r>
          </w:p>
        </w:tc>
        <w:tc vyd:_id="vyd:0000000000001u">
          <w:tcPr>
            <w:shd w:val="clear" w:color="auto" w:fill="E7E6E6"/>
            <w:vAlign w:val="center"/>
          </w:tcPr>
          <w:p w:rsidR="00B81FA9" w:rsidRDefault="00781383" vyd:_id="vyd:0000000000001v">
            <w:r>
              <w:rPr>
                <w:sz w:val="16"/>
                <w:b w:val="1"/>
              </w:rPr>
              <w:t vyd:_id="vyd:0000000000001w">Подпись</w:t>
            </w:r>
          </w:p>
        </w:tc>
      </w:tr>
      <w:tr w:rsidR="00B81FA9" vyd:_id="vyd:0000000000001h">
        <w:trPr>
          <w:jc w:val="center"/>
        </w:trPr>
        <w:tc vyd:_id="vyd:0000000000001q">
          <w:tcPr>
            <w:vAlign w:val="center"/>
          </w:tcPr>
          <w:p w:rsidR="00B81FA9" w:rsidRDefault="00781383" vyd:_id="vyd:0000000000001r">
            <w:r>
              <w:rPr>
                <w:sz w:val="16"/>
              </w:rPr>
              <w:t vyd:_id="vyd:0000000000001s">1</w:t>
            </w:r>
          </w:p>
        </w:tc>
        <w:tc vyd:_id="vyd:0000000000001o">
          <w:tcPr>
            <w:vAlign w:val="center"/>
          </w:tcPr>
          <w:p w:rsidR="00B81FA9" w:rsidRDefault="00B81FA9" vyd:_id="vyd:0000000000001p"/>
        </w:tc>
        <w:tc vyd:_id="vyd:0000000000001m">
          <w:tcPr>
            <w:vAlign w:val="center"/>
          </w:tcPr>
          <w:p w:rsidR="00B81FA9" w:rsidRDefault="00B81FA9" vyd:_id="vyd:0000000000001n"/>
        </w:tc>
        <w:tc vyd:_id="vyd:0000000000001k">
          <w:tcPr>
            <w:vAlign w:val="center"/>
          </w:tcPr>
          <w:p w:rsidR="00B81FA9" w:rsidRDefault="00B81FA9" vyd:_id="vyd:0000000000001l"/>
        </w:tc>
        <w:tc vyd:_id="vyd:0000000000001i">
          <w:tcPr>
            <w:vAlign w:val="center"/>
          </w:tcPr>
          <w:p w:rsidR="00B81FA9" w:rsidRDefault="00B81FA9" vyd:_id="vyd:0000000000001j"/>
        </w:tc>
      </w:tr>
      <w:tr w:rsidR="00B81FA9" vyd:_id="vyd:00000000000015">
        <w:trPr>
          <w:jc w:val="center"/>
        </w:trPr>
        <w:tc vyd:_id="vyd:0000000000001e">
          <w:tcPr>
            <w:vAlign w:val="center"/>
          </w:tcPr>
          <w:p w:rsidR="00B81FA9" w:rsidRDefault="00781383" vyd:_id="vyd:0000000000001f">
            <w:r>
              <w:rPr>
                <w:sz w:val="16"/>
              </w:rPr>
              <w:t vyd:_id="vyd:0000000000001g">2</w:t>
            </w:r>
          </w:p>
        </w:tc>
        <w:tc vyd:_id="vyd:0000000000001c">
          <w:tcPr>
            <w:vAlign w:val="center"/>
          </w:tcPr>
          <w:p w:rsidR="00B81FA9" w:rsidRDefault="00B81FA9" vyd:_id="vyd:0000000000001d"/>
        </w:tc>
        <w:tc vyd:_id="vyd:0000000000001a">
          <w:tcPr>
            <w:vAlign w:val="center"/>
          </w:tcPr>
          <w:p w:rsidR="00B81FA9" w:rsidRDefault="00B81FA9" vyd:_id="vyd:0000000000001b"/>
        </w:tc>
        <w:tc vyd:_id="vyd:00000000000018">
          <w:tcPr>
            <w:vAlign w:val="center"/>
          </w:tcPr>
          <w:p w:rsidR="00B81FA9" w:rsidRDefault="00B81FA9" vyd:_id="vyd:00000000000019"/>
        </w:tc>
        <w:tc vyd:_id="vyd:00000000000016">
          <w:tcPr>
            <w:vAlign w:val="center"/>
          </w:tcPr>
          <w:p w:rsidR="00B81FA9" w:rsidRDefault="00B81FA9" vyd:_id="vyd:00000000000017"/>
        </w:tc>
      </w:tr>
      <w:tr w:rsidR="00B81FA9" vyd:_id="vyd:0000000000000t">
        <w:trPr>
          <w:jc w:val="center"/>
        </w:trPr>
        <w:tc vyd:_id="vyd:00000000000012">
          <w:tcPr>
            <w:vAlign w:val="center"/>
          </w:tcPr>
          <w:p w:rsidR="00B81FA9" w:rsidRDefault="00781383" vyd:_id="vyd:00000000000013">
            <w:r>
              <w:rPr>
                <w:sz w:val="16"/>
              </w:rPr>
              <w:t vyd:_id="vyd:00000000000014">3</w:t>
            </w:r>
          </w:p>
        </w:tc>
        <w:tc vyd:_id="vyd:00000000000010">
          <w:tcPr>
            <w:vAlign w:val="center"/>
          </w:tcPr>
          <w:p w:rsidR="00B81FA9" w:rsidRDefault="00B81FA9" vyd:_id="vyd:00000000000011"/>
        </w:tc>
        <w:tc vyd:_id="vyd:0000000000000y">
          <w:tcPr>
            <w:vAlign w:val="center"/>
          </w:tcPr>
          <w:p w:rsidR="00B81FA9" w:rsidRDefault="00B81FA9" vyd:_id="vyd:0000000000000z"/>
        </w:tc>
        <w:tc vyd:_id="vyd:0000000000000w">
          <w:tcPr>
            <w:vAlign w:val="center"/>
          </w:tcPr>
          <w:p w:rsidR="00B81FA9" w:rsidRDefault="00B81FA9" vyd:_id="vyd:0000000000000x"/>
        </w:tc>
        <w:tc vyd:_id="vyd:0000000000000u">
          <w:tcPr>
            <w:vAlign w:val="center"/>
          </w:tcPr>
          <w:p w:rsidR="00B81FA9" w:rsidRDefault="00B81FA9" vyd:_id="vyd:0000000000000v"/>
        </w:tc>
      </w:tr>
      <w:tr w:rsidR="00B81FA9" vyd:_id="vyd:0000000000000h">
        <w:trPr>
          <w:jc w:val="center"/>
        </w:trPr>
        <w:tc vyd:_id="vyd:0000000000000q">
          <w:tcPr>
            <w:vAlign w:val="center"/>
          </w:tcPr>
          <w:p w:rsidR="00B81FA9" w:rsidRDefault="00781383" vyd:_id="vyd:0000000000000r">
            <w:r>
              <w:rPr>
                <w:sz w:val="16"/>
              </w:rPr>
              <w:t vyd:_id="vyd:0000000000000s">4</w:t>
            </w:r>
          </w:p>
        </w:tc>
        <w:tc vyd:_id="vyd:0000000000000o">
          <w:tcPr>
            <w:vAlign w:val="center"/>
          </w:tcPr>
          <w:p w:rsidR="00B81FA9" w:rsidRDefault="00B81FA9" vyd:_id="vyd:0000000000000p"/>
        </w:tc>
        <w:tc vyd:_id="vyd:0000000000000m">
          <w:tcPr>
            <w:vAlign w:val="center"/>
          </w:tcPr>
          <w:p w:rsidR="00B81FA9" w:rsidRDefault="00B81FA9" vyd:_id="vyd:0000000000000n"/>
        </w:tc>
        <w:tc vyd:_id="vyd:0000000000000k">
          <w:tcPr>
            <w:vAlign w:val="center"/>
          </w:tcPr>
          <w:p w:rsidR="00B81FA9" w:rsidRDefault="00B81FA9" vyd:_id="vyd:0000000000000l"/>
        </w:tc>
        <w:tc vyd:_id="vyd:0000000000000i">
          <w:tcPr>
            <w:vAlign w:val="center"/>
          </w:tcPr>
          <w:p w:rsidR="00B81FA9" w:rsidRDefault="00B81FA9" vyd:_id="vyd:0000000000000j"/>
        </w:tc>
      </w:tr>
      <w:tr w:rsidR="00B81FA9" vyd:_id="vyd:00000000000005">
        <w:trPr>
          <w:jc w:val="center"/>
        </w:trPr>
        <w:tc vyd:_id="vyd:0000000000000e">
          <w:tcPr>
            <w:vAlign w:val="center"/>
          </w:tcPr>
          <w:p w:rsidR="00B81FA9" w:rsidRDefault="00781383" vyd:_id="vyd:0000000000000f">
            <w:r>
              <w:rPr>
                <w:sz w:val="16"/>
              </w:rPr>
              <w:t vyd:_id="vyd:0000000000000g">5</w:t>
            </w:r>
          </w:p>
        </w:tc>
        <w:tc vyd:_id="vyd:0000000000000c">
          <w:tcPr>
            <w:vAlign w:val="center"/>
          </w:tcPr>
          <w:p w:rsidR="00B81FA9" w:rsidRDefault="00B81FA9" vyd:_id="vyd:0000000000000d"/>
        </w:tc>
        <w:tc vyd:_id="vyd:0000000000000a">
          <w:tcPr>
            <w:vAlign w:val="center"/>
          </w:tcPr>
          <w:p w:rsidR="00B81FA9" w:rsidRDefault="00B81FA9" vyd:_id="vyd:0000000000000b"/>
        </w:tc>
        <w:tc vyd:_id="vyd:00000000000008">
          <w:tcPr>
            <w:vAlign w:val="center"/>
          </w:tcPr>
          <w:p w:rsidR="00B81FA9" w:rsidRDefault="00B81FA9" vyd:_id="vyd:00000000000009"/>
        </w:tc>
        <w:tc vyd:_id="vyd:00000000000006">
          <w:tcPr>
            <w:vAlign w:val="center"/>
          </w:tcPr>
          <w:p w:rsidR="00B81FA9" w:rsidRDefault="00B81FA9" vyd:_id="vyd:00000000000007"/>
        </w:tc>
      </w:tr>
    </w:tbl>
    <w:p w:rsidR="00B81FA9" w:rsidRDefault="00B81FA9" vyd:_id="vyd:00000000000003"/>
    <w:sectPr vyd:_id="vyd:00000000000002" w:rsidR="00B81FA9" w:rsidSect="00034616">
      <w:footerReference r:id="rId8" w:type="default"/>
      <w:type w:val="nextPage"/>
      <w:pgSz w:w="12240" w:h="15840" w:orient="portrait"/>
      <w:pgMar w:top="964" w:right="850" w:bottom="964" w:left="1134" w:header="720" w:footer="720" w:gutter="0"/>
      <w:cols w:equalWidth="1" w:space="720" w:sep="0"/>
      <w:vAlign w:val="top"/>
      <w:titlePg w:val="0"/>
      <w:docGrid w:linePitch="360"/>
    </w:sectPr>
  </w:body>
</w:document>
</file>

<file path=word/endnotes.xml><?xml version="1.0" encoding="utf-8"?>
<w:endnotes xmlns:w15="http://schemas.microsoft.com/office/word/2012/wordml" xmlns:w14="http://schemas.microsoft.com/office/word/2010/wordml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p14="http://schemas.microsoft.com/office/word/2010/wordprocessingDrawing" mc:Ignorable="w14 w15 w16se w16cid wp14">
  <w:endnote w:type="separator" w:id="-1">
    <w:p w:rsidR="00C70696" w:rsidRDefault="00C70696">
      <w:pPr>
        <w:spacing w:after="0"/>
      </w:pPr>
      <w:r>
        <w:separator/>
      </w:r>
    </w:p>
  </w:endnote>
  <w:endnote w:type="continuationSeparator" w:id="0">
    <w:p w:rsidR="00C70696" w:rsidRDefault="00C70696">
      <w:pPr>
        <w:spacing w:after="0"/>
      </w:pPr>
      <w:r>
        <w:continuationSeparator/>
      </w:r>
    </w:p>
  </w:endnote>
</w:endnotes>
</file>

<file path=word/fontTable.xml><?xml version="1.0" encoding="utf-8"?>
<w:fonts xmlns:w16cid="http://schemas.microsoft.com/office/word/2016/wordml/cid" xmlns:w16se="http://schemas.microsoft.com/office/word/2015/wordml/symex" xmlns:w14="http://schemas.microsoft.com/office/word/2010/wordml" xmlns:w15="http://schemas.microsoft.com/office/word/2012/wordml" xmlns:w="http://schemas.openxmlformats.org/wordprocessingml/2006/main" xmlns:mc="http://schemas.openxmlformats.org/markup-compatibility/2006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vyd="http://volga.yandex.com/schemas/document/model" xmlns:w="http://schemas.openxmlformats.org/wordprocessingml/2006/main" vyd:_id="vyd:000000000001v4">
  <w:p w:rsidR="001756CE" w:rsidRDefault="001756CE" vyd:_id="vyd:000000000001v5">
    <w:pPr>
      <w:pStyle w:val="a7"/>
      <w:jc w:val="center"/>
    </w:pPr>
    <w:r>
      <w:rPr>
        <w:noProof w:val="1"/>
      </w:rPr>
      <w:fldChar w:fldCharType="begin" vyd:_id="vyd:000000000001v7"/>
    </w:r>
    <w:r>
      <w:rPr>
        <w:noProof w:val="1"/>
      </w:rPr>
      <w:instrText>PAGE</w:instrText>
    </w:r>
    <w:r>
      <w:rPr>
        <w:noProof w:val="1"/>
      </w:rPr>
      <w:fldChar w:fldCharType="separate"/>
    </w:r>
    <w:r>
      <w:rPr>
        <w:noProof w:val="1"/>
      </w:rPr>
      <w:t vyd:_id="vyd:000000000001v6">1</w:t>
    </w:r>
    <w:r>
      <w:rPr>
        <w:noProof w:val="1"/>
      </w:rPr>
      <w:fldChar w:fldCharType="end" vyd:_id="vyd:000000000001v7-end"/>
    </w:r>
  </w:p>
</w:ftr>
</file>

<file path=word/footnotes.xml><?xml version="1.0" encoding="utf-8"?>
<w:footnotes xmlns:w15="http://schemas.microsoft.com/office/word/2012/wordml" xmlns:w14="http://schemas.microsoft.com/office/word/2010/wordml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p14="http://schemas.microsoft.com/office/word/2010/wordprocessingDrawing" mc:Ignorable="w14 w15 w16se w16cid wp14">
  <w:footnote w:type="separator" w:id="-1">
    <w:p w:rsidR="00C70696" w:rsidRDefault="00C70696">
      <w:pPr>
        <w:spacing w:after="0"/>
      </w:pPr>
      <w:r>
        <w:separator/>
      </w:r>
    </w:p>
  </w:footnote>
  <w:footnote w:type="continuationSeparator" w:id="0">
    <w:p w:rsidR="00C70696" w:rsidRDefault="00C70696">
      <w:pPr>
        <w:spacing w:after="0"/>
      </w:pPr>
      <w:r>
        <w:continuationSeparator/>
      </w:r>
    </w:p>
  </w:footnote>
</w:footnotes>
</file>

<file path=word/numbering.xml><?xml version="1.0" encoding="utf-8"?>
<w:numbering xmlns:w15="http://schemas.microsoft.com/office/word/2012/wordml" xmlns:w14="http://schemas.microsoft.com/office/word/2010/wordml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p14="http://schemas.microsoft.com/office/word/2010/wordprocessingDrawing" mc:Ignorable="w14 w15 w16se w16cid wp14">
  <w:abstractNum w15:restartNumberingAfterBreak="0" w:abstractNumId="0">
    <w:nsid w:val="FFFFFF7C"/>
    <w:multiLevelType w:val="singleLevel"/>
    <w:tmpl w:val="C310EC42"/>
    <w:lvl w:ilvl="0">
      <w:start w:val="1"/>
      <w:numFmt w:val="decimal"/>
      <w:lvlText w:val="%1."/>
      <w:lvlJc w:val="start"/>
      <w:pPr>
        <w:tabs>
          <w:tab w:val="num" w:pos="1800"/>
        </w:tabs>
        <w:ind w:start="1800" w:hanging="360"/>
      </w:pPr>
    </w:lvl>
  </w:abstractNum>
  <w:abstractNum w15:restartNumberingAfterBreak="0" w:abstractNumId="1">
    <w:nsid w:val="FFFFFF7D"/>
    <w:multiLevelType w:val="singleLevel"/>
    <w:tmpl w:val="E4089024"/>
    <w:lvl w:ilvl="0">
      <w:start w:val="1"/>
      <w:numFmt w:val="decimal"/>
      <w:lvlText w:val="%1."/>
      <w:lvlJc w:val="start"/>
      <w:pPr>
        <w:tabs>
          <w:tab w:val="num" w:pos="1440"/>
        </w:tabs>
        <w:ind w:start="1440" w:hanging="360"/>
      </w:pPr>
    </w:lvl>
  </w:abstractNum>
  <w:abstractNum w15:restartNumberingAfterBreak="0" w:abstractNumId="10">
    <w:nsid w:val="0A8F3FFC"/>
    <w:multiLevelType w:val="hybridMultilevel"/>
    <w:tmpl w:val="EB5A8C60"/>
    <w:lvl w:tplc="04190001" w:ilvl="0">
      <w:start w:val="1"/>
      <w:numFmt w:val="bullet"/>
      <w:lvlText w:val=""/>
      <w:lvlJc w:val="start"/>
      <w:pPr>
        <w:ind w:start="862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582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302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022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742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462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182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902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622" w:hanging="360"/>
      </w:pPr>
      <w:rPr>
        <w:rFonts w:hint="default" w:ascii="Wingdings" w:hAnsi="Wingdings"/>
      </w:rPr>
    </w:lvl>
  </w:abstractNum>
  <w:abstractNum w15:restartNumberingAfterBreak="0" w:abstractNumId="11">
    <w:nsid w:val="20242FE2"/>
    <w:multiLevelType w:val="multilevel"/>
    <w:tmpl w:val="66D2E53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2">
    <w:nsid w:val="249C2ED8"/>
    <w:multiLevelType w:val="hybridMultilevel"/>
    <w:tmpl w:val="B72492EE"/>
    <w:lvl w:tplc="04190001" w:ilvl="0">
      <w:start w:val="1"/>
      <w:numFmt w:val="bullet"/>
      <w:lvlText w:val=""/>
      <w:lvlJc w:val="start"/>
      <w:pPr>
        <w:ind w:start="862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582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302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022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742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462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182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902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622" w:hanging="360"/>
      </w:pPr>
      <w:rPr>
        <w:rFonts w:hint="default" w:ascii="Wingdings" w:hAnsi="Wingdings"/>
      </w:rPr>
    </w:lvl>
  </w:abstractNum>
  <w:abstractNum w15:restartNumberingAfterBreak="0" w:abstractNumId="13">
    <w:nsid w:val="25CB17F6"/>
    <w:multiLevelType w:val="multilevel"/>
    <w:tmpl w:val="F8B60B2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4">
    <w:nsid w:val="33BB3C29"/>
    <w:multiLevelType w:val="hybridMultilevel"/>
    <w:tmpl w:val="062C46A6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5">
    <w:nsid w:val="4B51373B"/>
    <w:multiLevelType w:val="multilevel"/>
    <w:tmpl w:val="3E7C707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6">
    <w:nsid w:val="4BF70499"/>
    <w:multiLevelType w:val="multilevel"/>
    <w:tmpl w:val="0A14258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7">
    <w:nsid w:val="4F3265AE"/>
    <w:multiLevelType w:val="hybridMultilevel"/>
    <w:tmpl w:val="02D6103E"/>
    <w:lvl w:tplc="91B43354" w:ilvl="0">
      <w:start w:val="1"/>
      <w:numFmt w:val="bullet"/>
      <w:lvlText w:val="•"/>
      <w:lvlJc w:val="start"/>
      <w:pPr>
        <w:ind w:start="720" w:hanging="360"/>
      </w:pPr>
      <w:rPr>
        <w:rFonts w:ascii="Arial" w:hAnsi="Arial" w:eastAsia="Arial" w:cs="Arial"/>
        <w:sz w:val="22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  <w:szCs w:val="22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8">
    <w:nsid w:val="5C0B4C26"/>
    <w:multiLevelType w:val="hybridMultilevel"/>
    <w:tmpl w:val="E3B4F854"/>
    <w:lvl w:tplc="3FE22F04" w:ilvl="0">
      <w:start w:val="1"/>
      <w:numFmt w:val="bullet"/>
      <w:lvlText w:val="•"/>
      <w:lvlJc w:val="start"/>
      <w:pPr>
        <w:ind w:start="720" w:hanging="360"/>
      </w:pPr>
      <w:rPr>
        <w:rFonts w:ascii="Arial" w:hAnsi="Arial" w:eastAsia="Arial" w:cs="Arial"/>
        <w:sz w:val="28"/>
        <w:color w:val="000000"/>
        <w:u w:val="none" w:color="000000"/>
        <w:vertAlign w:val="baseline"/>
        <w:b w:val="0"/>
        <w:i w:val="0"/>
        <w:strike w:val="0"/>
        <w:dstrike w:val="0"/>
        <w:bdr w:val="none" w:color="auto" w:sz="0" w:space="0"/>
        <w:shd w:val="clear" w:color="auto" w:fill="auto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9">
    <w:nsid w:val="622D27BE"/>
    <w:multiLevelType w:val="multilevel"/>
    <w:tmpl w:val="D1961C1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start"/>
      <w:pPr>
        <w:tabs>
          <w:tab w:val="num" w:pos="1080"/>
        </w:tabs>
        <w:ind w:start="1080" w:hanging="360"/>
      </w:pPr>
    </w:lvl>
  </w:abstractNum>
  <w:abstractNum w15:restartNumberingAfterBreak="0"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start"/>
      <w:pPr>
        <w:tabs>
          <w:tab w:val="num" w:pos="720"/>
        </w:tabs>
        <w:ind w:start="720" w:hanging="360"/>
      </w:pPr>
    </w:lvl>
  </w:abstractNum>
  <w:abstractNum w15:restartNumberingAfterBreak="0" w:abstractNumId="4">
    <w:nsid w:val="FFFFFF81"/>
    <w:multiLevelType w:val="singleLevel"/>
    <w:tmpl w:val="171AC3A4"/>
    <w:lvl w:ilvl="0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</w:rPr>
    </w:lvl>
  </w:abstractNum>
  <w:abstractNum w15:restartNumberingAfterBreak="0"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start"/>
      <w:pPr>
        <w:tabs>
          <w:tab w:val="num" w:pos="1080"/>
        </w:tabs>
        <w:ind w:start="1080" w:hanging="360"/>
      </w:pPr>
      <w:rPr>
        <w:rFonts w:hint="default" w:ascii="Symbol" w:hAnsi="Symbol"/>
      </w:rPr>
    </w:lvl>
  </w:abstractNum>
  <w:abstractNum w15:restartNumberingAfterBreak="0"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</w:rPr>
    </w:lvl>
  </w:abstractNum>
  <w:abstractNum w15:restartNumberingAfterBreak="0"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start"/>
      <w:pPr>
        <w:tabs>
          <w:tab w:val="num" w:pos="360"/>
        </w:tabs>
        <w:ind w:start="360" w:hanging="360"/>
      </w:pPr>
    </w:lvl>
  </w:abstractNum>
  <w:abstractNum w15:restartNumberingAfterBreak="0"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start"/>
      <w:pPr>
        <w:tabs>
          <w:tab w:val="num" w:pos="360"/>
        </w:tabs>
        <w:ind w:start="360" w:hanging="360"/>
      </w:pPr>
      <w:rPr>
        <w:rFonts w:hint="default" w:ascii="Symbol" w:hAnsi="Symbol"/>
      </w:rPr>
    </w:lvl>
  </w:abstractNum>
  <w:abstractNum w15:restartNumberingAfterBreak="0" w:abstractNumId="9">
    <w:nsid w:val="088457F3"/>
    <w:multiLevelType w:val="multilevel"/>
    <w:tmpl w:val="AE76935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:numId="1">
    <w:abstractNumId w:val="8"/>
  </w:num>
  <w:num w:numId="10">
    <w:abstractNumId w:val="10"/>
  </w:num>
  <w:num w:numId="11">
    <w:abstractNumId w:val="12"/>
  </w:num>
  <w:num w:numId="12">
    <w:abstractNumId w:val="14"/>
  </w:num>
  <w:num w:numId="13">
    <w:abstractNumId w:val="11"/>
  </w:num>
  <w:num w:numId="14">
    <w:abstractNumId w:val="13"/>
  </w:num>
  <w:num w:numId="15">
    <w:abstractNumId w:val="15"/>
  </w:num>
  <w:num w:numId="16">
    <w:abstractNumId w:val="19"/>
  </w:num>
  <w:num w:numId="17">
    <w:abstractNumId w:val="9"/>
  </w:num>
  <w:num w:numId="18">
    <w:abstractNumId w:val="16"/>
  </w:num>
  <w:num w:numId="19">
    <w:abstractNumId w:val="18"/>
  </w:num>
  <w:num w:numId="2">
    <w:abstractNumId w:val="6"/>
  </w:num>
  <w:num w:numId="20">
    <w:abstractNumId w:val="17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14="http://schemas.microsoft.com/office/word/2010/wordml" xmlns:w15="http://schemas.microsoft.com/office/word/2012/wordml" xmlns:w="http://schemas.openxmlformats.org/wordprocessingml/2006/main" xmlns:v="urn:schemas-microsoft-com:vml" xmlns:w16cid="http://schemas.microsoft.com/office/word/2016/wordml/cid" xmlns:w16se="http://schemas.microsoft.com/office/word/2015/wordml/symex" xmlns:mc="http://schemas.openxmlformats.org/markup-compatibility/2006" xmlns:o="urn:schemas-microsoft-com:office:office" xmlns:m="http://schemas.openxmlformats.org/officeDocument/2006/math" mc:Ignorable="w14 w15 w16se w16cid">
  <w14:docId w14:val="1B6EC6A3"/>
  <w14:defaultImageDpi w14:val="300"/>
  <w15:docId w15:val="{589B7FF0-22DF-4779-BF2E-6C5C4961B577}"/>
  <w:zoom w:percent="180"/>
  <w:displayBackgroundShape w:val="1"/>
  <w:defaultTabStop w:val="720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useFELayout w:val="1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C63"/>
    <w:rsid w:val="0006063C"/>
    <w:rsid w:val="0015074B"/>
    <w:rsid w:val="001756CE"/>
    <w:rsid w:val="00184D39"/>
    <w:rsid w:val="001865B2"/>
    <w:rsid w:val="0029639D"/>
    <w:rsid w:val="00326F90"/>
    <w:rsid w:val="003A5855"/>
    <w:rsid w:val="00537213"/>
    <w:rsid w:val="0054097A"/>
    <w:rsid w:val="005B4416"/>
    <w:rsid w:val="00627F95"/>
    <w:rsid w:val="0066425A"/>
    <w:rsid w:val="00781383"/>
    <w:rsid w:val="007F5490"/>
    <w:rsid w:val="00822E0D"/>
    <w:rsid w:val="009C6109"/>
    <w:rsid w:val="00AA1D8D"/>
    <w:rsid w:val="00AA59A3"/>
    <w:rsid w:val="00AC3D24"/>
    <w:rsid w:val="00AF438E"/>
    <w:rsid w:val="00B47730"/>
    <w:rsid w:val="00B81FA9"/>
    <w:rsid w:val="00C07929"/>
    <w:rsid w:val="00C70696"/>
    <w:rsid w:val="00CB0664"/>
    <w:rsid w:val="00E963C4"/>
    <w:rsid w:val="00F2229E"/>
    <w:rsid w:val="00F74972"/>
    <w:rsid w:val="00F81F24"/>
    <w:rsid w:val="00FC693F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5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start w:val="nil" w:sz="0"/>
          <w:bottom w:val="single" w:color="4F81BD" w:themeColor="accent1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start w:val="nil" w:sz="0"/>
          <w:bottom w:val="single" w:color="4F81BD" w:themeColor="accent1" w:sz="8" w:space="0"/>
          <w:end w:val="nil" w:sz="0"/>
          <w:insideH w:val="nil" w:sz="0"/>
          <w:insideV w:val="nil" w:sz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4F81BD" w:themeFill="accen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band1Horz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1Vert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18" w:space="0"/>
          <w:end w:val="single" w:color="4F81BD" w:themeColor="accent1" w:sz="8" w:space="0"/>
          <w:insideH w:val="nil" w:sz="0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  <w:insideH w:val="nil" w:sz="0"/>
          <w:insideV w:val="single" w:color="4F81BD" w:themeColor="accent1" w:sz="8" w:space="0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243F60" w:themeFill="accent1" w:themeFillShade="7F"/>
      </w:tc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2C4C74" w:themeColor="accent1" w:themeShade="99" w:sz="4" w:space="0"/>
          <w:insideV w:val="nil" w:sz="0"/>
        </w:tcBorders>
        <w:shd w:val="clear" w:color="auto" w:fill="2C4C74" w:themeFill="accent1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C0504D" w:themeColor="accent2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2C4C74" w:themeFill="accent1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band1Horz">
      <w:tblPr/>
      <w:tcPr>
        <w:shd w:val="clear" w:color="auto" w:fill="DBE5F1" w:themeFill="accent1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  <w:tblStylePr w:type="lastRow">
      <w:rPr>
        <w:color w:val="9E3A38" w:themeColor="accent2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B8CCE4" w:themeFill="accent1" w:themeFillTint="66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start w:val="nil" w:sz="0"/>
          <w:bottom w:val="single" w:color="C0504D" w:themeColor="accent2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start w:val="nil" w:sz="0"/>
          <w:bottom w:val="single" w:color="C0504D" w:themeColor="accent2" w:sz="8" w:space="0"/>
          <w:end w:val="nil" w:sz="0"/>
          <w:insideH w:val="nil" w:sz="0"/>
          <w:insideV w:val="nil" w:sz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C0504D" w:themeFill="accent2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band1Horz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1Vert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18" w:space="0"/>
          <w:end w:val="single" w:color="C0504D" w:themeColor="accent2" w:sz="8" w:space="0"/>
          <w:insideH w:val="nil" w:sz="0"/>
          <w:insideV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  <w:insideH w:val="nil" w:sz="0"/>
          <w:insideV w:val="single" w:color="C0504D" w:themeColor="accent2" w:sz="8" w:space="0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622423" w:themeFill="accent2" w:themeFillShade="7F"/>
      </w:tc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772C2A" w:themeColor="accent2" w:themeShade="99" w:sz="4" w:space="0"/>
          <w:insideV w:val="nil" w:sz="0"/>
        </w:tcBorders>
        <w:shd w:val="clear" w:color="auto" w:fill="772C2A" w:themeFill="accent2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C0504D" w:themeColor="accent2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772C2A" w:themeFill="accent2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band1Horz">
      <w:tblPr/>
      <w:tcPr>
        <w:shd w:val="clear" w:color="auto" w:fill="F2DBDB" w:themeFill="accent2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  <w:tblStylePr w:type="lastRow">
      <w:rPr>
        <w:color w:val="9E3A38" w:themeColor="accent2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E5B8B7" w:themeFill="accent2" w:themeFillTint="66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start w:val="nil" w:sz="0"/>
          <w:bottom w:val="single" w:color="9BBB59" w:themeColor="accent3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start w:val="nil" w:sz="0"/>
          <w:bottom w:val="single" w:color="9BBB59" w:themeColor="accent3" w:sz="8" w:space="0"/>
          <w:end w:val="nil" w:sz="0"/>
          <w:insideH w:val="nil" w:sz="0"/>
          <w:insideV w:val="nil" w:sz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9BBB59" w:themeFill="accent3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band1Horz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1Vert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18" w:space="0"/>
          <w:end w:val="single" w:color="9BBB59" w:themeColor="accent3" w:sz="8" w:space="0"/>
          <w:insideH w:val="nil" w:sz="0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  <w:insideH w:val="nil" w:sz="0"/>
          <w:insideV w:val="single" w:color="9BBB59" w:themeColor="accent3" w:sz="8" w:space="0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4E6128" w:themeFill="accent3" w:themeFillShade="7F"/>
      </w:tc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5E7530" w:themeColor="accent3" w:themeShade="99" w:sz="4" w:space="0"/>
          <w:insideV w:val="nil" w:sz="0"/>
        </w:tcBorders>
        <w:shd w:val="clear" w:color="auto" w:fill="5E7530" w:themeFill="accent3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8064A2" w:themeColor="accent4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5E7530" w:themeFill="accent3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band1Horz">
      <w:tblPr/>
      <w:tcPr>
        <w:shd w:val="clear" w:color="auto" w:fill="EAF1DD" w:themeFill="accent3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 w:val="1"/>
        <w:bCs w:val="1"/>
      </w:rPr>
    </w:tblStylePr>
    <w:tblStylePr w:type="lastRow">
      <w:rPr>
        <w:color w:val="664E82" w:themeColor="accent4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D6E3BC" w:themeFill="accent3" w:themeFillTint="66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start w:val="nil" w:sz="0"/>
          <w:bottom w:val="single" w:color="8064A2" w:themeColor="accent4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start w:val="nil" w:sz="0"/>
          <w:bottom w:val="single" w:color="8064A2" w:themeColor="accent4" w:sz="8" w:space="0"/>
          <w:end w:val="nil" w:sz="0"/>
          <w:insideH w:val="nil" w:sz="0"/>
          <w:insideV w:val="nil" w:sz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8064A2" w:themeFill="accent4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band1Horz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1Vert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18" w:space="0"/>
          <w:end w:val="single" w:color="8064A2" w:themeColor="accent4" w:sz="8" w:space="0"/>
          <w:insideH w:val="nil" w:sz="0"/>
          <w:insideV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  <w:insideH w:val="nil" w:sz="0"/>
          <w:insideV w:val="single" w:color="8064A2" w:themeColor="accent4" w:sz="8" w:space="0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F3151" w:themeFill="accent4" w:themeFillShade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4C3B62" w:themeColor="accent4" w:themeShade="99" w:sz="4" w:space="0"/>
          <w:insideV w:val="nil" w:sz="0"/>
        </w:tcBorders>
        <w:shd w:val="clear" w:color="auto" w:fill="4C3B62" w:themeFill="accent4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9BBB59" w:themeColor="accent3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4C3B62" w:themeFill="accent4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Col">
      <w:rPr>
        <w:b w:val="1"/>
        <w:bCs w:val="1"/>
      </w:rPr>
    </w:tblStylePr>
    <w:tblStylePr w:type="lastRow">
      <w:rPr>
        <w:color w:val="7E9C40" w:themeColor="accent3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CCC0D9" w:themeFill="accent4" w:themeFillTint="66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start w:val="nil" w:sz="0"/>
          <w:bottom w:val="single" w:color="4BACC6" w:themeColor="accent5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start w:val="nil" w:sz="0"/>
          <w:bottom w:val="single" w:color="4BACC6" w:themeColor="accent5" w:sz="8" w:space="0"/>
          <w:end w:val="nil" w:sz="0"/>
          <w:insideH w:val="nil" w:sz="0"/>
          <w:insideV w:val="nil" w:sz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4BACC6" w:themeFill="accent5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band1Horz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1Vert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18" w:space="0"/>
          <w:end w:val="single" w:color="4BACC6" w:themeColor="accent5" w:sz="8" w:space="0"/>
          <w:insideH w:val="nil" w:sz="0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  <w:insideH w:val="nil" w:sz="0"/>
          <w:insideV w:val="single" w:color="4BACC6" w:themeColor="accent5" w:sz="8" w:space="0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205867" w:themeFill="accent5" w:themeFillShade="7F"/>
      </w:tc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276A7C" w:themeColor="accent5" w:themeShade="99" w:sz="4" w:space="0"/>
          <w:insideV w:val="nil" w:sz="0"/>
        </w:tcBorders>
        <w:shd w:val="clear" w:color="auto" w:fill="276A7C" w:themeFill="accent5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79646" w:themeColor="accent6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276A7C" w:themeFill="accent5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band1Horz">
      <w:tblPr/>
      <w:tcPr>
        <w:shd w:val="clear" w:color="auto" w:fill="DAEEF3" w:themeFill="accent5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Col">
      <w:rPr>
        <w:b w:val="1"/>
        <w:bCs w:val="1"/>
      </w:rPr>
    </w:tblStylePr>
    <w:tblStylePr w:type="lastRow">
      <w:rPr>
        <w:color w:val="F2730A" w:themeColor="accent6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B6DDE8" w:themeFill="accent5" w:themeFillTint="66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start w:val="nil" w:sz="0"/>
          <w:bottom w:val="single" w:color="F79646" w:themeColor="accent6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start w:val="nil" w:sz="0"/>
          <w:bottom w:val="single" w:color="F79646" w:themeColor="accent6" w:sz="8" w:space="0"/>
          <w:end w:val="nil" w:sz="0"/>
          <w:insideH w:val="nil" w:sz="0"/>
          <w:insideV w:val="nil" w:sz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F79646" w:themeFill="accent6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band1Horz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1Vert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18" w:space="0"/>
          <w:end w:val="single" w:color="F79646" w:themeColor="accent6" w:sz="8" w:space="0"/>
          <w:insideH w:val="nil" w:sz="0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  <w:insideH w:val="nil" w:sz="0"/>
          <w:insideV w:val="single" w:color="F79646" w:themeColor="accent6" w:sz="8" w:space="0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974706" w:themeFill="accent6" w:themeFillShade="7F"/>
      </w:tc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B65608" w:themeColor="accent6" w:themeShade="99" w:sz="4" w:space="0"/>
          <w:insideV w:val="nil" w:sz="0"/>
        </w:tcBorders>
        <w:shd w:val="clear" w:color="auto" w:fill="B65608" w:themeFill="accent6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4BACC6" w:themeColor="accent5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B65608" w:themeFill="accent6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band1Horz">
      <w:tblPr/>
      <w:tcPr>
        <w:shd w:val="clear" w:color="auto" w:fill="FDE9D9" w:themeFill="accent6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Col">
      <w:rPr>
        <w:b w:val="1"/>
        <w:bCs w:val="1"/>
      </w:rPr>
    </w:tblStylePr>
    <w:tblStylePr w:type="lastRow">
      <w:rPr>
        <w:color w:val="348DA5" w:themeColor="accent5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FBD4B4" w:themeFill="accent6" w:themeFillTint="66"/>
      </w:tcPr>
    </w:tblStylePr>
  </w:style>
  <w:style w:type="paragraph" w:styleId="1">
    <w:name w:val="heading 1"/>
    <w:basedOn w:val="a1"/>
    <w:next w:val="a1"/>
    <w:link w:val="10"/>
    <w:uiPriority w:val="9"/>
    <w:qFormat w:val="1"/>
    <w:rsid w:val="00FC693F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sz w:val="28"/>
      <w:b w:val="1"/>
      <w:bCs w:val="1"/>
      <w:szCs w:val="28"/>
    </w:r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7BA0CD" w:themeColor="accent1" w:themeTint="BF" w:sz="8" w:space="0"/>
          <w:start w:val="single" w:color="7BA0CD" w:themeColor="accent1" w:themeTint="BF" w:sz="8" w:space="0"/>
          <w:bottom w:val="single" w:color="7BA0CD" w:themeColor="accent1" w:themeTint="BF" w:sz="8" w:space="0"/>
          <w:end w:val="single" w:color="7BA0CD" w:themeColor="accent1" w:themeTint="BF" w:sz="8" w:space="0"/>
          <w:insideH w:val="nil" w:sz="0"/>
          <w:insideV w:val="nil" w:sz="0"/>
        </w:tcBorders>
        <w:shd w:val="clear" w:color="auto" w:fill="4F81BD" w:themeFill="accen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start w:val="single" w:color="7BA0CD" w:themeColor="accent1" w:themeTint="BF" w:sz="8" w:space="0"/>
          <w:bottom w:val="single" w:color="7BA0CD" w:themeColor="accent1" w:themeTint="BF" w:sz="8" w:space="0"/>
          <w:end w:val="single" w:color="7BA0CD" w:themeColor="accent1" w:themeTint="BF" w:sz="8" w:space="0"/>
          <w:insideH w:val="nil" w:sz="0"/>
          <w:insideV w:val="nil" w:sz="0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blPr/>
      <w:tcPr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4F81BD" w:themeColor="accen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CF7B79" w:themeColor="accent2" w:themeTint="BF" w:sz="8" w:space="0"/>
          <w:start w:val="single" w:color="CF7B79" w:themeColor="accent2" w:themeTint="BF" w:sz="8" w:space="0"/>
          <w:bottom w:val="single" w:color="CF7B79" w:themeColor="accent2" w:themeTint="BF" w:sz="8" w:space="0"/>
          <w:end w:val="single" w:color="CF7B79" w:themeColor="accent2" w:themeTint="BF" w:sz="8" w:space="0"/>
          <w:insideH w:val="nil" w:sz="0"/>
          <w:insideV w:val="nil" w:sz="0"/>
        </w:tcBorders>
        <w:shd w:val="clear" w:color="auto" w:fill="C0504D" w:themeFill="accent2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start w:val="single" w:color="CF7B79" w:themeColor="accent2" w:themeTint="BF" w:sz="8" w:space="0"/>
          <w:bottom w:val="single" w:color="CF7B79" w:themeColor="accent2" w:themeTint="BF" w:sz="8" w:space="0"/>
          <w:end w:val="single" w:color="CF7B79" w:themeColor="accent2" w:themeTint="BF" w:sz="8" w:space="0"/>
          <w:insideH w:val="nil" w:sz="0"/>
          <w:insideV w:val="nil" w:sz="0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blPr/>
      <w:tcPr>
        <w:shd w:val="clear" w:color="auto" w:fill="EFD3D2" w:themeFill="accent2" w:themeFillTint="3F"/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C0504D" w:themeColor="accent2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B3CC82" w:themeColor="accent3" w:themeTint="BF" w:sz="8" w:space="0"/>
          <w:start w:val="single" w:color="B3CC82" w:themeColor="accent3" w:themeTint="BF" w:sz="8" w:space="0"/>
          <w:bottom w:val="single" w:color="B3CC82" w:themeColor="accent3" w:themeTint="BF" w:sz="8" w:space="0"/>
          <w:end w:val="single" w:color="B3CC82" w:themeColor="accent3" w:themeTint="BF" w:sz="8" w:space="0"/>
          <w:insideH w:val="nil" w:sz="0"/>
          <w:insideV w:val="nil" w:sz="0"/>
        </w:tcBorders>
        <w:shd w:val="clear" w:color="auto" w:fill="9BBB59" w:themeFill="accent3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3CC82" w:themeColor="accent3" w:themeTint="BF" w:sz="6" w:space="0"/>
          <w:start w:val="single" w:color="B3CC82" w:themeColor="accent3" w:themeTint="BF" w:sz="8" w:space="0"/>
          <w:bottom w:val="single" w:color="B3CC82" w:themeColor="accent3" w:themeTint="BF" w:sz="8" w:space="0"/>
          <w:end w:val="single" w:color="B3CC82" w:themeColor="accent3" w:themeTint="BF" w:sz="8" w:space="0"/>
          <w:insideH w:val="nil" w:sz="0"/>
          <w:insideV w:val="nil" w:sz="0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blPr/>
      <w:tcPr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9BBB59" w:themeColor="accent3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B3CC82" w:themeColor="accent3" w:themeTint="BF" w:sz="18" w:space="0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9F8AB9" w:themeColor="accent4" w:themeTint="BF" w:sz="8" w:space="0"/>
          <w:start w:val="single" w:color="9F8AB9" w:themeColor="accent4" w:themeTint="BF" w:sz="8" w:space="0"/>
          <w:bottom w:val="single" w:color="9F8AB9" w:themeColor="accent4" w:themeTint="BF" w:sz="8" w:space="0"/>
          <w:end w:val="single" w:color="9F8AB9" w:themeColor="accent4" w:themeTint="BF" w:sz="8" w:space="0"/>
          <w:insideH w:val="nil" w:sz="0"/>
          <w:insideV w:val="nil" w:sz="0"/>
        </w:tcBorders>
        <w:shd w:val="clear" w:color="auto" w:fill="8064A2" w:themeFill="accent4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start w:val="single" w:color="9F8AB9" w:themeColor="accent4" w:themeTint="BF" w:sz="8" w:space="0"/>
          <w:bottom w:val="single" w:color="9F8AB9" w:themeColor="accent4" w:themeTint="BF" w:sz="8" w:space="0"/>
          <w:end w:val="single" w:color="9F8AB9" w:themeColor="accent4" w:themeTint="BF" w:sz="8" w:space="0"/>
          <w:insideH w:val="nil" w:sz="0"/>
          <w:insideV w:val="nil" w:sz="0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blPr/>
      <w:tcPr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8064A2" w:themeColor="accent4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78C0D4" w:themeColor="accent5" w:themeTint="BF" w:sz="8" w:space="0"/>
          <w:start w:val="single" w:color="78C0D4" w:themeColor="accent5" w:themeTint="BF" w:sz="8" w:space="0"/>
          <w:bottom w:val="single" w:color="78C0D4" w:themeColor="accent5" w:themeTint="BF" w:sz="8" w:space="0"/>
          <w:end w:val="single" w:color="78C0D4" w:themeColor="accent5" w:themeTint="BF" w:sz="8" w:space="0"/>
          <w:insideH w:val="nil" w:sz="0"/>
          <w:insideV w:val="nil" w:sz="0"/>
        </w:tcBorders>
        <w:shd w:val="clear" w:color="auto" w:fill="4BACC6" w:themeFill="accent5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start w:val="single" w:color="78C0D4" w:themeColor="accent5" w:themeTint="BF" w:sz="8" w:space="0"/>
          <w:bottom w:val="single" w:color="78C0D4" w:themeColor="accent5" w:themeTint="BF" w:sz="8" w:space="0"/>
          <w:end w:val="single" w:color="78C0D4" w:themeColor="accent5" w:themeTint="BF" w:sz="8" w:space="0"/>
          <w:insideH w:val="nil" w:sz="0"/>
          <w:insideV w:val="nil" w:sz="0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blPr/>
      <w:tcPr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4BACC6" w:themeColor="accent5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F9B074" w:themeColor="accent6" w:themeTint="BF" w:sz="8" w:space="0"/>
          <w:start w:val="single" w:color="F9B074" w:themeColor="accent6" w:themeTint="BF" w:sz="8" w:space="0"/>
          <w:bottom w:val="single" w:color="F9B074" w:themeColor="accent6" w:themeTint="BF" w:sz="8" w:space="0"/>
          <w:end w:val="single" w:color="F9B074" w:themeColor="accent6" w:themeTint="BF" w:sz="8" w:space="0"/>
          <w:insideH w:val="nil" w:sz="0"/>
          <w:insideV w:val="nil" w:sz="0"/>
        </w:tcBorders>
        <w:shd w:val="clear" w:color="auto" w:fill="F79646" w:themeFill="accent6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start w:val="single" w:color="F9B074" w:themeColor="accent6" w:themeTint="BF" w:sz="8" w:space="0"/>
          <w:bottom w:val="single" w:color="F9B074" w:themeColor="accent6" w:themeTint="BF" w:sz="8" w:space="0"/>
          <w:end w:val="single" w:color="F9B074" w:themeColor="accent6" w:themeTint="BF" w:sz="8" w:space="0"/>
          <w:insideH w:val="nil" w:sz="0"/>
          <w:insideV w:val="nil" w:sz="0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blPr/>
      <w:tcPr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F79646" w:themeColor="accent6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hAnsiTheme="majorHAnsi" w:eastAsiaTheme="majorEastAsia" w:cstheme="majorBidi"/>
      <w:sz w:val="28"/>
      <w:color w:val="365F91" w:themeColor="accent1" w:themeShade="BF"/>
      <w:b w:val="1"/>
      <w:bCs w:val="1"/>
      <w:szCs w:val="28"/>
    </w:r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404040" w:themeColor="text1" w:themeTint="BF" w:sz="8" w:space="0"/>
          <w:start w:val="single" w:color="404040" w:themeColor="text1" w:themeTint="BF" w:sz="8" w:space="0"/>
          <w:bottom w:val="single" w:color="404040" w:themeColor="text1" w:themeTint="BF" w:sz="8" w:space="0"/>
          <w:end w:val="single" w:color="404040" w:themeColor="text1" w:themeTint="BF" w:sz="8" w:space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04040" w:themeColor="text1" w:themeTint="BF" w:sz="6" w:space="0"/>
          <w:start w:val="single" w:color="404040" w:themeColor="text1" w:themeTint="BF" w:sz="8" w:space="0"/>
          <w:bottom w:val="single" w:color="404040" w:themeColor="text1" w:themeTint="BF" w:sz="8" w:space="0"/>
          <w:end w:val="single" w:color="404040" w:themeColor="text1" w:themeTint="BF" w:sz="8" w:space="0"/>
          <w:insideH w:val="nil" w:sz="0"/>
          <w:insideV w:val="nil" w:sz="0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blPr/>
      <w:tcPr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000000" w:themeColor="tex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404040" w:themeColor="text1" w:themeTint="BF" w:sz="18" w:space="0"/>
        </w:tcBorders>
      </w:tcPr>
    </w:tblStyle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4F81BD" w:themeFill="accent1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4F81BD" w:themeColor="accent1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4F81BD" w:themeColor="accent1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4F81BD" w:themeColor="accent1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EDF2F8" w:themeFill="accent1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BE5F1" w:themeFill="accent1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C0504D" w:themeFill="accent2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C0504D" w:themeFill="accent2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C0504D" w:themeColor="accent2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C0504D" w:themeColor="accent2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C0504D" w:themeColor="accent2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F8EDED" w:themeFill="accent2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2DBDB" w:themeFill="accent2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9BBB59" w:themeFill="accent3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9BBB59" w:themeColor="accent3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9BBB59" w:themeColor="accent3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9BBB59" w:themeColor="accent3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F5F8EE" w:themeFill="accent3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AF1DD" w:themeFill="accent3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8064A2" w:themeFill="accent4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8064A2" w:themeColor="accent4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8064A2" w:themeColor="accent4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8064A2" w:themeColor="accent4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F2EFF6" w:themeFill="accent4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5DFEC" w:themeFill="accent4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4BACC6" w:themeFill="accent5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4BACC6" w:themeFill="accent5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4BACC6" w:themeColor="accent5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4BACC6" w:themeColor="accent5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4BACC6" w:themeColor="accent5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EDF6F9" w:themeFill="accent5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AEEF3" w:themeFill="accent5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79646" w:themeFill="accent6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79646" w:themeFill="accent6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79646" w:themeColor="accent6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F79646" w:themeColor="accent6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F79646" w:themeColor="accent6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FEF4EC" w:themeFill="accent6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DE9D9" w:themeFill="accent6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21">
    <w:name w:val="heading 2"/>
    <w:basedOn w:val="a1"/>
    <w:next w:val="a1"/>
    <w:link w:val="22"/>
    <w:uiPriority w:val="9"/>
    <w:unhideWhenUsed w:val="1"/>
    <w:qFormat w:val="1"/>
    <w:rsid w:val="00FC693F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sz w:val="24"/>
      <w:b w:val="1"/>
      <w:bCs w:val="1"/>
      <w:szCs w:val="26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hAnsiTheme="majorHAnsi" w:eastAsiaTheme="majorEastAsia" w:cstheme="majorBidi"/>
      <w:sz w:val="26"/>
      <w:color w:val="4F81BD" w:themeColor="accent1"/>
      <w:b w:val="1"/>
      <w:bCs w:val="1"/>
      <w:szCs w:val="26"/>
    </w:rPr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25">
    <w:name w:val="List 2"/>
    <w:basedOn w:val="a1"/>
    <w:uiPriority w:val="99"/>
    <w:unhideWhenUsed w:val="1"/>
    <w:rsid w:val="00326F90"/>
    <w:pPr>
      <w:ind w:start="720" w:hanging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start="720"/>
      <w:contextualSpacing w:val="1"/>
    </w:pPr>
  </w:style>
  <w:style w:type="paragraph" w:styleId="27">
    <w:name w:val="Quote"/>
    <w:basedOn w:val="a1"/>
    <w:next w:val="a1"/>
    <w:link w:val="28"/>
    <w:uiPriority w:val="29"/>
    <w:qFormat w:val="1"/>
    <w:rsid w:val="00FC693F"/>
    <w:rPr>
      <w:color w:val="000000" w:themeColor="text1"/>
      <w:i w:val="1"/>
      <w:iCs w:val="1"/>
    </w:rPr>
  </w:style>
  <w:style w:type="character" w:styleId="28" w:customStyle="1">
    <w:name w:val="Цитата 2 Знак"/>
    <w:basedOn w:val="a2"/>
    <w:link w:val="27"/>
    <w:uiPriority w:val="29"/>
    <w:rsid w:val="00FC693F"/>
    <w:rPr>
      <w:color w:val="000000" w:themeColor="text1"/>
      <w:i w:val="1"/>
      <w:iCs w:val="1"/>
    </w:r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000000" w:themeColor="text1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000000" w:themeColor="text1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000000" w:themeColor="text1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E6E6E6" w:themeFill="text1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CCCCCC" w:themeFill="text1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A7BFDE" w:themeFill="accent1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4F81BD" w:themeFill="accent1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4F81BD" w:themeFill="accent1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4F81BD" w:themeFill="accent1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DFA7A6" w:themeFill="accent2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C0504D" w:themeFill="accent2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C0504D" w:themeFill="accent2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C0504D" w:themeFill="accent2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CDDDAC" w:themeFill="accent3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9BBB59" w:themeFill="accent3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9BBB59" w:themeFill="accent3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9BBB59" w:themeFill="accent3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BFB1D0" w:themeFill="accent4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8064A2" w:themeFill="accent4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8064A2" w:themeFill="accent4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A5D5E2" w:themeFill="accent5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4BACC6" w:themeFill="accent5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4BACC6" w:themeFill="accent5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4BACC6" w:themeFill="accent5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FBCAA2" w:themeFill="accent6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F79646" w:themeFill="accent6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F79646" w:themeFill="accent6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F79646" w:themeFill="accent6"/>
      </w:tcPr>
    </w:tblStyle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31">
    <w:name w:val="heading 3"/>
    <w:basedOn w:val="a1"/>
    <w:next w:val="a1"/>
    <w:link w:val="32"/>
    <w:uiPriority w:val="9"/>
    <w:unhideWhenUsed w:val="1"/>
    <w:qFormat w:val="1"/>
    <w:rsid w:val="00FC693F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b w:val="1"/>
      <w:bCs w:val="1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hAnsiTheme="majorHAnsi" w:eastAsiaTheme="majorEastAsia" w:cstheme="majorBidi"/>
      <w:color w:val="4F81BD" w:themeColor="accent1"/>
      <w:b w:val="1"/>
      <w:bCs w:val="1"/>
    </w:rPr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35">
    <w:name w:val="List 3"/>
    <w:basedOn w:val="a1"/>
    <w:uiPriority w:val="99"/>
    <w:unhideWhenUsed w:val="1"/>
    <w:rsid w:val="00326F90"/>
    <w:pPr>
      <w:ind w:start="1080" w:hanging="36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start="1080"/>
      <w:contextualSpacing w:val="1"/>
    </w:p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808080" w:themeFill="text1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000000" w:themeFill="text1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000000" w:themeFill="text1"/>
      </w:tcPr>
    </w:tblStylePr>
  </w:style>
  <w:style w:type="paragraph" w:styleId="4">
    <w:name w:val="heading 4"/>
    <w:basedOn w:val="a1"/>
    <w:next w:val="a1"/>
    <w:link w:val="4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color w:val="4F81BD" w:themeColor="accent1"/>
      <w:b w:val="1"/>
      <w:i w:val="1"/>
      <w:bCs w:val="1"/>
      <w:iCs w:val="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hAnsiTheme="majorHAnsi" w:eastAsiaTheme="majorEastAsia" w:cstheme="majorBidi"/>
      <w:color w:val="4F81BD" w:themeColor="accent1"/>
      <w:b w:val="1"/>
      <w:i w:val="1"/>
      <w:bCs w:val="1"/>
      <w:iCs w:val="1"/>
    </w:rPr>
  </w:style>
  <w:style w:type="paragraph" w:styleId="5">
    <w:name w:val="heading 5"/>
    <w:basedOn w:val="a1"/>
    <w:next w:val="a1"/>
    <w:link w:val="5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color w:val="243F60" w:themeColor="accent1" w:themeShade="7F"/>
      <w:i w:val="1"/>
      <w:iCs w:val="1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  <w:i w:val="1"/>
      <w:iCs w:val="1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color w:val="404040" w:themeColor="text1" w:themeTint="BF"/>
      <w:i w:val="1"/>
      <w:iCs w:val="1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hAnsiTheme="majorHAnsi" w:eastAsiaTheme="majorEastAsia" w:cstheme="majorBidi"/>
      <w:color w:val="404040" w:themeColor="text1" w:themeTint="BF"/>
      <w:i w:val="1"/>
      <w:iCs w:val="1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sz w:val="20"/>
      <w:color w:val="4F81BD" w:themeColor="accent1"/>
      <w:szCs w:val="20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hAnsiTheme="majorHAnsi" w:eastAsiaTheme="majorEastAsia" w:cstheme="majorBidi"/>
      <w:sz w:val="20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sz w:val="20"/>
      <w:color w:val="404040" w:themeColor="text1" w:themeTint="BF"/>
      <w:i w:val="1"/>
      <w:iCs w:val="1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hAnsiTheme="majorHAnsi" w:eastAsiaTheme="majorEastAsia" w:cstheme="majorBidi"/>
      <w:sz w:val="20"/>
      <w:color w:val="404040" w:themeColor="text1" w:themeTint="BF"/>
      <w:i w:val="1"/>
      <w:iCs w:val="1"/>
      <w:szCs w:val="2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a1" w:default="1">
    <w:name w:val="Normal"/>
    <w:qFormat w:val="1"/>
    <w:rsid w:val="00FC693F"/>
    <w:pPr>
      <w:spacing w:after="60" w:line="240" w:lineRule="auto"/>
    </w:pPr>
    <w:rPr>
      <w:rFonts w:ascii="Times New Roman" w:hAnsi="Times New Roman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paragraph" w:styleId="aa">
    <w:name w:val="Title"/>
    <w:basedOn w:val="a1"/>
    <w:next w:val="a1"/>
    <w:link w:val="ab"/>
    <w:uiPriority w:val="10"/>
    <w:qFormat w:val="1"/>
    <w:rsid w:val="00FC693F"/>
    <w:pPr>
      <w:pBdr>
        <w:bottom w:val="single" w:color="4F81BD" w:themeColor="accent1" w:sz="8" w:space="4"/>
      </w:pBdr>
      <w:spacing w:after="300"/>
      <w:contextualSpacing w:val="1"/>
    </w:pPr>
    <w:rPr>
      <w:rFonts w:asciiTheme="majorHAnsi" w:hAnsiTheme="majorHAnsi" w:eastAsiaTheme="majorEastAsia" w:cstheme="majorBidi"/>
      <w:sz w:val="32"/>
      <w:b w:val="1"/>
      <w:spacing w:val="5"/>
      <w:kern w:val="28"/>
      <w:szCs w:val="52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hAnsiTheme="majorHAnsi" w:eastAsiaTheme="majorEastAsia" w:cstheme="majorBidi"/>
      <w:sz w:val="52"/>
      <w:color w:val="17365D" w:themeColor="text2" w:themeShade="BF"/>
      <w:spacing w:val="5"/>
      <w:kern w:val="28"/>
      <w:szCs w:val="52"/>
    </w:rPr>
  </w:style>
  <w:style w:type="paragraph" w:styleId="ac">
    <w:name w:val="Subtitle"/>
    <w:basedOn w:val="a1"/>
    <w:next w:val="a1"/>
    <w:link w:val="ad"/>
    <w:uiPriority w:val="11"/>
    <w:qFormat w:val="1"/>
    <w:rsid w:val="00FC693F"/>
    <w:pPr>
      <w:numPr>
        <w:ilvl w:val="1"/>
      </w:numPr>
    </w:pPr>
    <w:rPr>
      <w:rFonts w:asciiTheme="majorHAnsi" w:hAnsiTheme="majorHAnsi" w:eastAsiaTheme="majorEastAsia" w:cstheme="majorBidi"/>
      <w:sz w:val="24"/>
      <w:color w:val="4F81BD" w:themeColor="accent1"/>
      <w:i w:val="1"/>
      <w:spacing w:val="15"/>
      <w:iCs w:val="1"/>
      <w:szCs w:val="24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hAnsiTheme="majorHAnsi" w:eastAsiaTheme="majorEastAsia" w:cstheme="majorBidi"/>
      <w:sz w:val="24"/>
      <w:color w:val="4F81BD" w:themeColor="accent1"/>
      <w:i w:val="1"/>
      <w:spacing w:val="15"/>
      <w:iCs w:val="1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star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af1">
    <w:name w:val="List"/>
    <w:basedOn w:val="a1"/>
    <w:uiPriority w:val="99"/>
    <w:unhideWhenUsed w:val="1"/>
    <w:rsid w:val="00AA1D8D"/>
    <w:pPr>
      <w:ind w:start="360" w:hanging="360"/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start="36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rPr>
      <w:sz w:val="18"/>
      <w:color w:val="4F81BD" w:themeColor="accent1"/>
      <w:b w:val="1"/>
      <w:bCs w:val="1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val="single" w:color="4F81BD" w:themeColor="accent1" w:sz="4" w:space="4"/>
      </w:pBdr>
      <w:spacing w:before="200" w:after="280"/>
      <w:ind w:start="936" w:end="936"/>
    </w:pPr>
    <w:rPr>
      <w:color w:val="4F81BD" w:themeColor="accent1"/>
      <w:b w:val="1"/>
      <w:i w:val="1"/>
      <w:bCs w:val="1"/>
      <w:iCs w:val="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color w:val="4F81BD" w:themeColor="accent1"/>
      <w:b w:val="1"/>
      <w:i w:val="1"/>
      <w:bCs w:val="1"/>
      <w:iCs w:val="1"/>
    </w:rPr>
  </w:style>
  <w:style w:type="character" w:styleId="afa">
    <w:name w:val="Subtle Emphasis"/>
    <w:basedOn w:val="a2"/>
    <w:uiPriority w:val="19"/>
    <w:qFormat w:val="1"/>
    <w:rsid w:val="00FC693F"/>
    <w:rPr>
      <w:color w:val="808080" w:themeColor="text1" w:themeTint="7F"/>
      <w:i w:val="1"/>
      <w:iCs w:val="1"/>
    </w:rPr>
  </w:style>
  <w:style w:type="character" w:styleId="afb">
    <w:name w:val="Intense Emphasis"/>
    <w:basedOn w:val="a2"/>
    <w:uiPriority w:val="21"/>
    <w:qFormat w:val="1"/>
    <w:rsid w:val="00FC693F"/>
    <w:rPr>
      <w:color w:val="4F81BD" w:themeColor="accent1"/>
      <w:b w:val="1"/>
      <w:i w:val="1"/>
      <w:bCs w:val="1"/>
      <w:iCs w:val="1"/>
    </w:rPr>
  </w:style>
  <w:style w:type="character" w:styleId="afc">
    <w:name w:val="Subtle Reference"/>
    <w:basedOn w:val="a2"/>
    <w:uiPriority w:val="31"/>
    <w:qFormat w:val="1"/>
    <w:rsid w:val="00FC693F"/>
    <w:rPr>
      <w:color w:val="C0504D" w:themeColor="accent2"/>
      <w:u w:val="single"/>
      <w:smallCaps w:val="1"/>
    </w:rPr>
  </w:style>
  <w:style w:type="character" w:styleId="afd">
    <w:name w:val="Intense Reference"/>
    <w:basedOn w:val="a2"/>
    <w:uiPriority w:val="32"/>
    <w:qFormat w:val="1"/>
    <w:rsid w:val="00FC693F"/>
    <w:rPr>
      <w:color w:val="C0504D" w:themeColor="accent2"/>
      <w:u w:val="single"/>
      <w:b w:val="1"/>
      <w:smallCaps w:val="1"/>
      <w:spacing w:val="5"/>
      <w:bCs w:val="1"/>
    </w:rPr>
  </w:style>
  <w:style w:type="character" w:styleId="afe">
    <w:name w:val="Book Title"/>
    <w:basedOn w:val="a2"/>
    <w:uiPriority w:val="33"/>
    <w:qFormat w:val="1"/>
    <w:rsid w:val="00FC693F"/>
    <w:rPr>
      <w:b w:val="1"/>
      <w:smallCaps w:val="1"/>
      <w:spacing w:val="5"/>
      <w:bCs w:val="1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start w:val="nil" w:sz="0"/>
          <w:bottom w:val="single" w:color="000000" w:themeColor="text1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start w:val="nil" w:sz="0"/>
          <w:bottom w:val="single" w:color="000000" w:themeColor="text1" w:sz="8" w:space="0"/>
          <w:end w:val="nil" w:sz="0"/>
          <w:insideH w:val="nil" w:sz="0"/>
          <w:insideV w:val="nil" w:sz="0"/>
        </w:tcBorders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000000" w:themeFill="tex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band1Horz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1Vert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18" w:space="0"/>
          <w:end w:val="single" w:color="000000" w:themeColor="text1" w:sz="8" w:space="0"/>
          <w:insideH w:val="nil" w:sz="0"/>
          <w:insideV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  <w:insideH w:val="nil" w:sz="0"/>
          <w:insideV w:val="single" w:color="000000" w:themeColor="text1" w:sz="8" w:space="0"/>
        </w:tcBorders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7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000000" w:themeColor="text1" w:themeShade="99" w:sz="4" w:space="0"/>
          <w:insideV w:val="nil" w:sz="0"/>
        </w:tcBorders>
        <w:shd w:val="clear" w:color="auto" w:fill="000000" w:themeFill="text1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C0504D" w:themeColor="accent2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  <w:tblStylePr w:type="lastRow">
      <w:rPr>
        <w:color w:val="9E3A38" w:themeColor="accent2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w16cid="http://schemas.microsoft.com/office/word/2016/wordml/cid" xmlns:w16se="http://schemas.microsoft.com/office/word/2015/wordml/symex" xmlns:w14="http://schemas.microsoft.com/office/word/2010/wordml" xmlns:w15="http://schemas.microsoft.com/office/word/2012/wordml" xmlns:w="http://schemas.openxmlformats.org/wordprocessingml/2006/main" xmlns:mc="http://schemas.openxmlformats.org/markup-compatibility/2006" mc:Ignorable="w14 w15 w16se w16cid">
  <w:divs>
    <w:div w:id="181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.XSL" StyleName="APA"/>
</file>

<file path=customXml/itemProps1.xml><?xml version="1.0" encoding="utf-8"?>
<customXml:datastoreItem xmlns:customXml="http://schemas.openxmlformats.org/officeDocument/2006/customXml" customXml:itemID="{875D3C10-5D07-44E8-B25F-2688116BABFE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145</ep:TotalTime>
  <ep:Pages>12</ep:Pages>
  <ep:Words>4909</ep:Words>
  <ep:Characters>27986</ep:Characters>
  <ep:Application>Microsoft Office Word</ep:Application>
  <ep:DocSecurity>0</ep:DocSecurity>
  <ep:Lines>233</ep:Lines>
  <ep:Paragraphs>65</ep:Paragraphs>
  <ep:ScaleCrop>false</ep:ScaleCrop>
  <ep: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ep:HeadingPairs>
  <ep:TitlesOfParts>
    <vt:vector size="2" baseType="lpstr">
      <vt:lpstr>Годовой план работы ДОО на 2026/2027 учебный год</vt:lpstr>
      <vt:lpstr/>
    </vt:vector>
  </ep:TitlesOfParts>
  <ep:Manager/>
  <ep:Company/>
  <ep:LinksUpToDate>false</ep:LinksUpToDate>
  <ep:CharactersWithSpaces>32830</ep:CharactersWithSpaces>
  <ep:SharedDoc>false</ep:SharedDoc>
  <ep:HyperlinkBase/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:title>Годовой план работы ДОО на 2026/2027 учебный год</dc:title>
  <dc:subject>Универсальный шаблон</dc:subject>
  <dc:creator/>
  <cp:keywords/>
  <dc:description>generated by python-docx</dc:description>
  <cp:lastModifiedBy>LKazimirova</cp:lastModifiedBy>
  <cp:revision>6</cp:revision>
  <dcterms:created xsi:type="dcterms:W3CDTF">2013-12-23T23:15:00Z</dcterms:created>
  <dcterms:modified xsi:type="dcterms:W3CDTF">2026-08-29T20:48:00Z</dcterms:modified>
  <cp:category/>
</cp:coreProperties>
</file>